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宋体" w:hAnsi="宋体" w:eastAsia="宋体"/>
          <w:b/>
          <w:sz w:val="36"/>
        </w:rPr>
        <w:t>泰语语音总复习教案</w:t>
        <w:br/>
        <w:t>——元音·中辅音·高辅音·低辅音</w:t>
      </w:r>
    </w:p>
    <w:p/>
    <w:p>
      <w:pPr>
        <w:spacing w:line="360" w:lineRule="auto"/>
      </w:pPr>
      <w:r>
        <w:rPr>
          <w:rFonts w:ascii="宋体" w:hAnsi="宋体" w:eastAsia="宋体"/>
          <w:b w:val="0"/>
          <w:sz w:val="24"/>
        </w:rPr>
        <w:t>本课为阶段性复习课，不讲授新内容。90 分钟全面回顾已学的泰语元音及三类辅音体系，查漏补缺，巩固基础，为下一课学习低辅音 ฑ ฒ ธ 做好准备。</w:t>
      </w:r>
    </w:p>
    <w:p>
      <w:pPr>
        <w:pStyle w:val="Heading1"/>
      </w:pPr>
      <w:r>
        <w:rPr>
          <w:rFonts w:ascii="宋体" w:hAnsi="宋体" w:eastAsia="宋体"/>
          <w:sz w:val="32"/>
        </w:rPr>
        <w:t>一、教学目标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【知识】系统梳理泰语元音、中辅音、高辅音、低辅音，建立完整的语音体系框架。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【能力】准确认读并书写各类元音和辅音，正确运用语调规则拼读单词。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【情感】通过体系化复习消除畏难情绪，增强学好泰语的信心。</w:t>
      </w:r>
    </w:p>
    <w:p>
      <w:pPr>
        <w:pStyle w:val="Heading1"/>
      </w:pPr>
      <w:r>
        <w:rPr>
          <w:rFonts w:ascii="宋体" w:hAnsi="宋体" w:eastAsia="宋体"/>
          <w:sz w:val="32"/>
        </w:rPr>
        <w:t>二、教学流程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环节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时间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内容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形式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导入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5 min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复习课说明 + 语音体系总图展示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讲解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元音复习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20 min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单元音、复合元音、特殊元音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领读+跟读+抽查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中辅音复习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15 min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7个中辅音 + 语调规则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卡片+抢答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高辅音复习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15 min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10个高辅音 + 语调规则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卡片+听写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低辅音复习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20 min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23个已学低辅音 + 综合语调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分组竞赛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综合拼读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10 min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混合辅音+元音拼读练习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个人/小组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总结作业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5 min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查漏补缺 + 预告新课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讲解</w:t>
            </w:r>
          </w:p>
        </w:tc>
      </w:tr>
    </w:tbl>
    <w:p/>
    <w:p>
      <w:pPr>
        <w:pStyle w:val="Heading1"/>
      </w:pPr>
      <w:r>
        <w:rPr>
          <w:rFonts w:ascii="宋体" w:hAnsi="宋体" w:eastAsia="宋体"/>
          <w:sz w:val="32"/>
        </w:rPr>
        <w:t>三、导入环节（5 分钟）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板书/PPT 展示完整的语音体系树状图：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  泰语语音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  ├── 元音 (32个) → 单元音 18个 + 复合元音 + 特殊元音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  └── 辅音 (44个) → 中辅音 7 + 高辅音 10 + 低辅音 24 + 特殊 3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"同学们，我们今天把这棵树从头到尾爬一遍，看看有没有掉下来的果子。"</w:t>
      </w:r>
    </w:p>
    <w:p>
      <w:pPr>
        <w:pStyle w:val="Heading1"/>
      </w:pPr>
      <w:r>
        <w:rPr>
          <w:rFonts w:ascii="宋体" w:hAnsi="宋体" w:eastAsia="宋体"/>
          <w:sz w:val="32"/>
        </w:rPr>
        <w:t>四、元音复习（20 分钟）</w:t>
      </w:r>
    </w:p>
    <w:p>
      <w:pPr>
        <w:pStyle w:val="Heading2"/>
      </w:pPr>
      <w:r>
        <w:rPr>
          <w:rFonts w:ascii="宋体" w:hAnsi="宋体" w:eastAsia="宋体"/>
          <w:sz w:val="28"/>
        </w:rPr>
        <w:t>4.1 单元音 — 长短配对（8 min）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81"/>
        <w:gridCol w:w="1881"/>
        <w:gridCol w:w="1881"/>
        <w:gridCol w:w="1881"/>
        <w:gridCol w:w="1881"/>
      </w:tblGrid>
      <w:tr>
        <w:tc>
          <w:tcPr>
            <w:tcW w:type="dxa" w:w="188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短元音</w:t>
            </w:r>
          </w:p>
        </w:tc>
        <w:tc>
          <w:tcPr>
            <w:tcW w:type="dxa" w:w="188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长元音</w:t>
            </w:r>
          </w:p>
        </w:tc>
        <w:tc>
          <w:tcPr>
            <w:tcW w:type="dxa" w:w="188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发音</w:t>
            </w:r>
          </w:p>
        </w:tc>
        <w:tc>
          <w:tcPr>
            <w:tcW w:type="dxa" w:w="188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例词(短)</w:t>
            </w:r>
          </w:p>
        </w:tc>
        <w:tc>
          <w:tcPr>
            <w:tcW w:type="dxa" w:w="188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例词(长)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-ะ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-า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/a/ ~ /aa/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จะ (将要)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มา (来)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-ิ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-ี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/i/ ~ /ii/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นิ่ง (安静)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ดี (好)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-ึ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-ือ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/ue/ ~ /uee/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นึ่ง (蒸)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มือ (手)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-ุ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-ู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/u/ ~ /uu/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ลุก (起身)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ดู (看)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เ-ะ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เ-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/e/ ~ /ee/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เตะ (踢)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เก (歪)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แ-ะ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แ-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/ae/ ~ /aae/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แกะ (羊)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แม่ (妈妈)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โ-ะ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โ-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/o/ ~ /oo/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โตะ (桌)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โต (大)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เ-าะ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-อ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/o/ ~ /oo/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เกาะ (岛)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ขอ (请求)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เ-อะ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เ-อ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/euh/ ~ /euh/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เจอะ (遇到)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เธอ (你)</w:t>
            </w:r>
          </w:p>
        </w:tc>
      </w:tr>
    </w:tbl>
    <w:p/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教学方法：教师拍手打节拍（短=1拍/长=2拍），学生跟读，感受长短对立。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抽查 3-5 名学生快速认读混合排列的长短元音。</w:t>
      </w:r>
    </w:p>
    <w:p>
      <w:pPr>
        <w:pStyle w:val="Heading2"/>
      </w:pPr>
      <w:r>
        <w:rPr>
          <w:rFonts w:ascii="宋体" w:hAnsi="宋体" w:eastAsia="宋体"/>
          <w:sz w:val="28"/>
        </w:rPr>
        <w:t>4.2 复合元音与特殊元音（7 min）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类型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元音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发音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例词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复合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เ-ีย/เ-ียะ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iia/ia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เรียน(学) / เจี๊ยะ(吃-潮州话)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复合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เ-ือ/เ-ือะ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uuea/uea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เชื่อ(相信) / —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复合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-ัว/-ัวะ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uua/ua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ตัว(身体) / —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复合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ไ- / ใ-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ai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ไป(去) / ใจ(心)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复合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เ-า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ao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เก่า(旧)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特殊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-ำ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am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ทำ(做)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特殊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ฤ / ฤๅ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rue/ruee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ฤดู(季节)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特殊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ฦ / ฦๅ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lue/luee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(罕见)</w:t>
            </w:r>
          </w:p>
        </w:tc>
      </w:tr>
    </w:tbl>
    <w:p/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快速闪卡：展示元音卡，全班齐读。速度由慢到快。</w:t>
      </w:r>
    </w:p>
    <w:p>
      <w:pPr>
        <w:pStyle w:val="Heading2"/>
      </w:pPr>
      <w:r>
        <w:rPr>
          <w:rFonts w:ascii="宋体" w:hAnsi="宋体" w:eastAsia="宋体"/>
          <w:sz w:val="28"/>
        </w:rPr>
        <w:t>4.3 元音小测（5 min）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听写 8 个元音（教师读，学生写）：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/ii/ /ae/ /ai/ /am/ /ue/ /ao/ /a/ /uua/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同桌互批，当场纠错。</w:t>
      </w:r>
    </w:p>
    <w:p>
      <w:pPr>
        <w:pStyle w:val="Heading1"/>
      </w:pPr>
      <w:r>
        <w:rPr>
          <w:rFonts w:ascii="宋体" w:hAnsi="宋体" w:eastAsia="宋体"/>
          <w:sz w:val="32"/>
        </w:rPr>
        <w:t>五、中辅音复习（15 分钟）</w:t>
      </w:r>
    </w:p>
    <w:p>
      <w:pPr>
        <w:pStyle w:val="Heading2"/>
      </w:pPr>
      <w:r>
        <w:rPr>
          <w:rFonts w:ascii="宋体" w:hAnsi="宋体" w:eastAsia="宋体"/>
          <w:sz w:val="28"/>
        </w:rPr>
        <w:t>5.1 中辅音全表（5 min）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81"/>
        <w:gridCol w:w="1881"/>
        <w:gridCol w:w="1881"/>
        <w:gridCol w:w="1881"/>
        <w:gridCol w:w="1881"/>
      </w:tblGrid>
      <w:tr>
        <w:tc>
          <w:tcPr>
            <w:tcW w:type="dxa" w:w="188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字母</w:t>
            </w:r>
          </w:p>
        </w:tc>
        <w:tc>
          <w:tcPr>
            <w:tcW w:type="dxa" w:w="188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名称</w:t>
            </w:r>
          </w:p>
        </w:tc>
        <w:tc>
          <w:tcPr>
            <w:tcW w:type="dxa" w:w="188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发音</w:t>
            </w:r>
          </w:p>
        </w:tc>
        <w:tc>
          <w:tcPr>
            <w:tcW w:type="dxa" w:w="188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辅音类</w:t>
            </w:r>
          </w:p>
        </w:tc>
        <w:tc>
          <w:tcPr>
            <w:tcW w:type="dxa" w:w="188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例词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ก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ไก่ (鸡)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/k/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中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กา (乌鸦)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จ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จาน (盘)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/j/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中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ใจ (心)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ด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เด็ก (孩子)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/d/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中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ดี (好)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ต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เต่า (龟)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/dt/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中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ตา (眼睛)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บ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ใบไม้ (叶)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/b/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中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ใบ (叶子)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ป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ปลา (鱼)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/bp/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中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ไป (去)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อ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อ่าง (缸)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/ʔ/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中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อ่าน (读)</w:t>
            </w:r>
          </w:p>
        </w:tc>
      </w:tr>
    </w:tbl>
    <w:p/>
    <w:p>
      <w:pPr>
        <w:pStyle w:val="Heading2"/>
      </w:pPr>
      <w:r>
        <w:rPr>
          <w:rFonts w:ascii="宋体" w:hAnsi="宋体" w:eastAsia="宋体"/>
          <w:sz w:val="28"/>
        </w:rPr>
        <w:t>5.2 中辅音语调规则（5 min）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板书核心规则：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中辅音 + 长元音/有声尾 → 中平调       例：กา /kaa/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中辅音 + 短元音/无声尾 → 低调(一声)   例：กัด /kàt/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中辅音 + ่ → 低调(一声)               例：ก่อ /kɔ̀ɔ/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中辅音 + ้ → 降调(三声)               例：ก้อ /kɔ̂ɔ/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中辅音 + ๊ → 高调(四声)               例：ก๊า /káa/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中辅音 + ๋ → 升调(五声)               例：ก๋า /kǎa/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快速拼读练习（口头）：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กา (中平) → ก่า (低调) → ก้า (降调) → ก๊า (高调) → ก๋า (升调)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จา → จ่า → จ้า → จ๊า → จ๋า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ตา → ต่า → ต้า → ต๊า → ต๋า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(三组同练，感受中辅音 + 四个声调符号的完整变化)</w:t>
      </w:r>
    </w:p>
    <w:p>
      <w:pPr>
        <w:pStyle w:val="Heading2"/>
      </w:pPr>
      <w:r>
        <w:rPr>
          <w:rFonts w:ascii="宋体" w:hAnsi="宋体" w:eastAsia="宋体"/>
          <w:sz w:val="28"/>
        </w:rPr>
        <w:t>5.3 中辅音词汇听写（5 min）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听写 6 个词：ใจดี (好心) / ไป (去) / อ่าน (读) / บอก (告诉) / กัด (咬) / ต่อ (接)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注意检查：1) 辅音写对没 2) 声调标对没</w:t>
      </w:r>
    </w:p>
    <w:p>
      <w:pPr>
        <w:pStyle w:val="Heading1"/>
      </w:pPr>
      <w:r>
        <w:rPr>
          <w:rFonts w:ascii="宋体" w:hAnsi="宋体" w:eastAsia="宋体"/>
          <w:sz w:val="32"/>
        </w:rPr>
        <w:t>六、高辅音复习（15 分钟）</w:t>
      </w:r>
    </w:p>
    <w:p>
      <w:pPr>
        <w:pStyle w:val="Heading2"/>
      </w:pPr>
      <w:r>
        <w:rPr>
          <w:rFonts w:ascii="宋体" w:hAnsi="宋体" w:eastAsia="宋体"/>
          <w:sz w:val="28"/>
        </w:rPr>
        <w:t>6.1 高辅音全表（5 min）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字母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名称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发音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例词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ข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ไข่ (蛋)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/kh/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ข้าว (米饭)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ฃ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ฃวด (瓶)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/kh/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(已废弃，略讲)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ฉ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ฉิ่ง (钹)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/ch/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ฉัน (我-女)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ฐ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ฐาน (底座)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/th/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ฐาน (基础)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ถ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ถุง (袋)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/th/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ถนน (道路)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ผ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ผึ้ง (蜂)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/ph/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ผัก (蔬菜)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ฝ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ฝา (盖子)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/f/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ฝน (雨)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ศ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ศาลา (亭)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/s/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ศึกษา (学习)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ษ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ฤาษี (隐士)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/s/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ภาษา (语言-语)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ส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เสือ (老虎)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/s/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สอง (二)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ห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หีบ (箱)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/h/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หา (找)</w:t>
            </w:r>
          </w:p>
        </w:tc>
      </w:tr>
    </w:tbl>
    <w:p/>
    <w:p>
      <w:pPr>
        <w:pStyle w:val="Heading2"/>
      </w:pPr>
      <w:r>
        <w:rPr>
          <w:rFonts w:ascii="宋体" w:hAnsi="宋体" w:eastAsia="宋体"/>
          <w:sz w:val="28"/>
        </w:rPr>
        <w:t>6.2 高辅音语调规则（5 min）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板书核心规则（与中辅音对比）：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高辅音 + 长/有声尾 → 升调(五声)       例：ขา /khǎa/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高辅音 + 短/无声尾 → 低调(一声)       例：ขัด /khàt/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高辅音 + ่ → 低调(一声)               例：ข่า /khàa/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高辅音 + ้ → 降调(三声)               例：ข้า /khâa/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高辅音 + ๊ → 高调(四声)               例：ข๊า /kháa/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高辅音 + ๋ → 升调(五声)               例：ข๋า /khǎa/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⚠️ 重点对比：中辅音 长/有声尾→中平  vs  高辅音 长/有声尾→升调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          中辅音 + ่ → 低调        vs  高辅音 + ่ → 低调 （相同）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拼读练习：ขา→ข่า→ข้า→ข๊า→ข๋า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         สา→ส่า→ส้า→ส๊า→ส๋า</w:t>
      </w:r>
    </w:p>
    <w:p>
      <w:pPr>
        <w:pStyle w:val="Heading2"/>
      </w:pPr>
      <w:r>
        <w:rPr>
          <w:rFonts w:ascii="宋体" w:hAnsi="宋体" w:eastAsia="宋体"/>
          <w:sz w:val="28"/>
        </w:rPr>
        <w:t>6.3 高辅音词汇接龙（5 min）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规则：教师说一个高辅音词 → 学生说出下一个高辅音词（首字母为高辅音即可）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启动词：สอง (2) → 学生接 → ...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目标：全班每人至少说出 1 个，活跃气氛，激活记忆。</w:t>
      </w:r>
    </w:p>
    <w:p>
      <w:pPr>
        <w:pStyle w:val="Heading1"/>
      </w:pPr>
      <w:r>
        <w:rPr>
          <w:rFonts w:ascii="宋体" w:hAnsi="宋体" w:eastAsia="宋体"/>
          <w:sz w:val="32"/>
        </w:rPr>
        <w:t>七、低辅音复习（20 分钟）</w:t>
      </w:r>
    </w:p>
    <w:p>
      <w:pPr>
        <w:pStyle w:val="Heading2"/>
      </w:pPr>
      <w:r>
        <w:rPr>
          <w:rFonts w:ascii="宋体" w:hAnsi="宋体" w:eastAsia="宋体"/>
          <w:sz w:val="28"/>
        </w:rPr>
        <w:t>7.1 低辅音全表 — 按发音分组（8 min）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发音组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字母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例词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/kh/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ค ฅ ฆ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คน(人) / — / ฆ้อง(锣)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/ng/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ง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งาม(美)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/ch/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ช ฌ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ชอบ(喜欢) / เฌอ(树-罕用)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/s/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ซ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ซื้อ(买)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/y/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ญ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หญิง(女)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/th/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ท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ทำ(做) —— ฑ ฒ ธ 下次学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/n/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ณ น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เณร(沙弥) / นอน(睡)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/ph/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พ ภ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พูด(说) / ภาษา(语言)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/f/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ฟ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ฟัง(听)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/m/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ม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แม่(妈妈)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/y/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ย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ยาก(难)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/r/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ร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รัก(爱)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/l/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ล ฬ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ลง(下) / กีฬา(体育)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/w/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ว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วัน(天)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/h/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ฮ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ฮา(哈哈)</w:t>
            </w:r>
          </w:p>
        </w:tc>
      </w:tr>
    </w:tbl>
    <w:p/>
    <w:p>
      <w:pPr>
        <w:pStyle w:val="Heading2"/>
      </w:pPr>
      <w:r>
        <w:rPr>
          <w:rFonts w:ascii="宋体" w:hAnsi="宋体" w:eastAsia="宋体"/>
          <w:sz w:val="28"/>
        </w:rPr>
        <w:t>7.2 低辅音语调规则 — 与中/高对比（7 min）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条件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中辅音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高辅音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低辅音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长元音/有声尾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中平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升调 ↑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中平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短元音/无声尾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低调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低调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高调 ↑↑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+ ่ (mai ek)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低调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低调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降调 ↓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+ ้ (mai tho)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降调 ↓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降调 ↓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高调 ↑↑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+ ๊ (mai tri)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高调 ↑↑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高调 ↑↑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—(不用)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+ ๋ (mai jattawa)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升调 ↑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升调 ↑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—(不用)</w:t>
            </w:r>
          </w:p>
        </w:tc>
      </w:tr>
    </w:tbl>
    <w:p/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★★★ 学生最易混淆的三点（重点讲）：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1. 低辅音 无声尾 → 高调！不是低调！（如 คะ = khá）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2. 低辅音 + ่ → 降调！（如 ค่า = khâa）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3. 低辅音从不使用 ๊ 和 ๋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对比拼读练习（三类辅音同元音对比）：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中: กา(中平)  | 高: ขา(升调)  | 低: คา(中平)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中: ก่า(低调) | 高: ข่า(低调) | 低: ค่า(降调)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中: ก้า(降调) | 高: ข้า(降调) | 低: ค้า(高调)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中: ก๊า(高调) | 高: ข๊า(高调) | 低: —</w:t>
      </w:r>
    </w:p>
    <w:p>
      <w:pPr>
        <w:pStyle w:val="Heading2"/>
      </w:pPr>
      <w:r>
        <w:rPr>
          <w:rFonts w:ascii="宋体" w:hAnsi="宋体" w:eastAsia="宋体"/>
          <w:sz w:val="28"/>
        </w:rPr>
        <w:t>7.3 低辅音词汇竞赛（5 min）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分组竞赛（3-4人一组）：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Round 1 — 教师说中文，各组抢答泰文（含低辅音的词）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  米饭 → ข้าว (hmm, that has ข which is high consonant... no)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  正确示例：人→คน, 喜欢→ชอบ, 买→ซื้อ, 做→ทำ, 听→ฟัง, 爱→รัก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Round 2 — 教师写泰文，学生读并标声调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 xml:space="preserve">  分数最高组有奖励。</w:t>
      </w:r>
    </w:p>
    <w:p>
      <w:pPr>
        <w:pStyle w:val="Heading1"/>
      </w:pPr>
      <w:r>
        <w:rPr>
          <w:rFonts w:ascii="宋体" w:hAnsi="宋体" w:eastAsia="宋体"/>
          <w:sz w:val="32"/>
        </w:rPr>
        <w:t>八、综合拼读练习（10 分钟）</w:t>
      </w:r>
    </w:p>
    <w:p>
      <w:pPr>
        <w:pStyle w:val="Heading2"/>
      </w:pPr>
      <w:r>
        <w:rPr>
          <w:rFonts w:ascii="宋体" w:hAnsi="宋体" w:eastAsia="宋体"/>
          <w:sz w:val="28"/>
        </w:rPr>
        <w:t>8.1 混合拼读大挑战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泰文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分解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拼音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声调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ข้าว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ข + -้า + ว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khâao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降调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สวย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ส + -วย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sǔuai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升调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กลาง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กล + -า + ง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klaang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中平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เมือง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ม + เ-ือ + ง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mueang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中平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ร้าน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ร + -้า + น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ráan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高调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ฟ้า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ฟ + -้า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fáa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高调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หญิง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หญ + -ิ + ง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yǐng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升调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ชอบ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ช + -อ + บ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chɔ̂ɔp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降调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ศึกษา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ศึก-ษา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sùek-sǎa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低调-升调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ภาษา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พา-ษา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phaa-sǎa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中平-升调</w:t>
            </w:r>
          </w:p>
        </w:tc>
      </w:tr>
    </w:tbl>
    <w:p/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★ 要求：学生看到词→口头拼出"初始辅音+元音+尾辅音+声调"→正确朗读。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教师示范 2 个，然后学生轮流拼读剩下 8 个。</w:t>
      </w:r>
    </w:p>
    <w:p>
      <w:pPr>
        <w:pStyle w:val="Heading1"/>
      </w:pPr>
      <w:r>
        <w:rPr>
          <w:rFonts w:ascii="宋体" w:hAnsi="宋体" w:eastAsia="宋体"/>
          <w:sz w:val="32"/>
        </w:rPr>
        <w:t>九、课堂总结（5 分钟）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1. 元音体系：9组长短对立 + 6个复合/特殊 → 会写会读 ✓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2. 中辅音 7 个 + 语调五声 → 已掌握 ✓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3. 高辅音 10 个 + 语调规则（特别注意长元音起升调）→ 基本掌握 ✓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4. 低辅音 23 个 + 语调规则（无声尾→高调！）→ 基本掌握 ✓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📊 快速自评：每人给自己三个✓（元音/中/高）和一个○（低，还需巩固）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📢 下节课预告：低辅音最后三个——ฑ ฒ ธ（发音跟ท一样！重点在字形）</w:t>
      </w:r>
    </w:p>
    <w:p>
      <w:pPr>
        <w:pStyle w:val="Heading1"/>
      </w:pPr>
      <w:r>
        <w:rPr>
          <w:rFonts w:ascii="宋体" w:hAnsi="宋体" w:eastAsia="宋体"/>
          <w:sz w:val="32"/>
        </w:rPr>
        <w:t>十、课后作业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1. 制作一张"三类辅音语调规则对照表"（手写），上课检查。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2. 抄写本节课综合练习的 10 个词，标注辅音类别和声调。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3. 找 5 个含低辅音的词，用已学语调规则推出声调，下节课分享。</w:t>
      </w:r>
    </w:p>
    <w:p>
      <w:pPr>
        <w:spacing w:line="360" w:lineRule="auto"/>
        <w:ind w:firstLine="397"/>
      </w:pPr>
      <w:r>
        <w:rPr>
          <w:rFonts w:ascii="宋体" w:hAnsi="宋体" w:eastAsia="宋体"/>
          <w:b w:val="0"/>
          <w:sz w:val="24"/>
        </w:rPr>
        <w:t>4. 预习 ฑ ฒ ธ —— 看看它们长什么样（不需要学）。</w:t>
      </w:r>
    </w:p>
    <w:p>
      <w:pPr>
        <w:pStyle w:val="Heading1"/>
      </w:pPr>
      <w:r>
        <w:rPr>
          <w:rFonts w:ascii="宋体" w:hAnsi="宋体" w:eastAsia="宋体"/>
          <w:sz w:val="32"/>
        </w:rPr>
        <w:t>附：板书设计</w:t>
      </w:r>
    </w:p>
    <w:p>
      <w:r>
        <w:rPr>
          <w:rFonts w:ascii="Courier New" w:hAnsi="Courier New"/>
          <w:sz w:val="20"/>
        </w:rPr>
        <w:t>┌──────────────────────────────────────────────────┐</w:t>
      </w:r>
    </w:p>
    <w:p>
      <w:r>
        <w:rPr>
          <w:rFonts w:ascii="Courier New" w:hAnsi="Courier New"/>
          <w:sz w:val="20"/>
        </w:rPr>
        <w:t>│                   泰语语音总复习                    │</w:t>
      </w:r>
    </w:p>
    <w:p>
      <w:r>
        <w:rPr>
          <w:rFonts w:ascii="Courier New" w:hAnsi="Courier New"/>
          <w:sz w:val="20"/>
        </w:rPr>
        <w:t>│                                                    │</w:t>
      </w:r>
    </w:p>
    <w:p>
      <w:r>
        <w:rPr>
          <w:rFonts w:ascii="Courier New" w:hAnsi="Courier New"/>
          <w:sz w:val="20"/>
        </w:rPr>
        <w:t>│  【元音 32】                                       │</w:t>
      </w:r>
    </w:p>
    <w:p>
      <w:r>
        <w:rPr>
          <w:rFonts w:ascii="Courier New" w:hAnsi="Courier New"/>
          <w:sz w:val="20"/>
        </w:rPr>
        <w:t>│  短-长: ะ-า  ิ-ี  ึ-ือ  ุ-ู  เ-ะ-เ-  แ-ะ-แ-      │</w:t>
      </w:r>
    </w:p>
    <w:p>
      <w:r>
        <w:rPr>
          <w:rFonts w:ascii="Courier New" w:hAnsi="Courier New"/>
          <w:sz w:val="20"/>
        </w:rPr>
        <w:t>│         โ-ะ-โ-  เ-าะ-อ  เ-อะ-เ-อ               │</w:t>
      </w:r>
    </w:p>
    <w:p>
      <w:r>
        <w:rPr>
          <w:rFonts w:ascii="Courier New" w:hAnsi="Courier New"/>
          <w:sz w:val="20"/>
        </w:rPr>
        <w:t>│  复合: เ-ีย  เ-ือ  -ัว  ไ- ใ-  เ-า                │</w:t>
      </w:r>
    </w:p>
    <w:p>
      <w:r>
        <w:rPr>
          <w:rFonts w:ascii="Courier New" w:hAnsi="Courier New"/>
          <w:sz w:val="20"/>
        </w:rPr>
        <w:t>│  特殊: -ำ  ฤ  ฦ                                    │</w:t>
      </w:r>
    </w:p>
    <w:p>
      <w:r>
        <w:rPr>
          <w:rFonts w:ascii="Courier New" w:hAnsi="Courier New"/>
          <w:sz w:val="20"/>
        </w:rPr>
        <w:t>│                                                    │</w:t>
      </w:r>
    </w:p>
    <w:p>
      <w:r>
        <w:rPr>
          <w:rFonts w:ascii="Courier New" w:hAnsi="Courier New"/>
          <w:sz w:val="20"/>
        </w:rPr>
        <w:t>│  【语调对比表】                                    │</w:t>
      </w:r>
    </w:p>
    <w:p>
      <w:r>
        <w:rPr>
          <w:rFonts w:ascii="Courier New" w:hAnsi="Courier New"/>
          <w:sz w:val="20"/>
        </w:rPr>
        <w:t>│   条件          │ 中辅音 │ 高辅音 │ 低辅音         │</w:t>
      </w:r>
    </w:p>
    <w:p>
      <w:r>
        <w:rPr>
          <w:rFonts w:ascii="Courier New" w:hAnsi="Courier New"/>
          <w:sz w:val="20"/>
        </w:rPr>
        <w:t>│   长/有声尾     │ 中平   │ 升调↑  │ 中平           │</w:t>
      </w:r>
    </w:p>
    <w:p>
      <w:r>
        <w:rPr>
          <w:rFonts w:ascii="Courier New" w:hAnsi="Courier New"/>
          <w:sz w:val="20"/>
        </w:rPr>
        <w:t>│   短/无声尾     │ 低调   │ 低调   │ 高调↑↑★       │</w:t>
      </w:r>
    </w:p>
    <w:p>
      <w:r>
        <w:rPr>
          <w:rFonts w:ascii="Courier New" w:hAnsi="Courier New"/>
          <w:sz w:val="20"/>
        </w:rPr>
        <w:t>│   + ่           │ 低调   │ 低调   │ 降调↓          │</w:t>
      </w:r>
    </w:p>
    <w:p>
      <w:r>
        <w:rPr>
          <w:rFonts w:ascii="Courier New" w:hAnsi="Courier New"/>
          <w:sz w:val="20"/>
        </w:rPr>
        <w:t>│   + ้           │ 降调↓  │ 降调↓  │ 高调↑↑         │</w:t>
      </w:r>
    </w:p>
    <w:p>
      <w:r>
        <w:rPr>
          <w:rFonts w:ascii="Courier New" w:hAnsi="Courier New"/>
          <w:sz w:val="20"/>
        </w:rPr>
        <w:t>│                                                    │</w:t>
      </w:r>
    </w:p>
    <w:p>
      <w:r>
        <w:rPr>
          <w:rFonts w:ascii="Courier New" w:hAnsi="Courier New"/>
          <w:sz w:val="20"/>
        </w:rPr>
        <w:t>│  ★ 下次课: ฑ ฒ ธ (低辅音最后三个)                 │</w:t>
      </w:r>
    </w:p>
    <w:p>
      <w:r>
        <w:rPr>
          <w:rFonts w:ascii="Courier New" w:hAnsi="Courier New"/>
          <w:sz w:val="20"/>
        </w:rPr>
        <w:t>└──────────────────────────────────────────────────┘</w:t>
      </w:r>
    </w:p>
    <w:sectPr w:rsidR="00FC693F" w:rsidRPr="0006063C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