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rFonts w:ascii="Tahoma" w:hAnsi="Tahoma" w:eastAsia="微软雅黑" w:cs="Tahoma"/>
          <w:b/>
          <w:i w:val="0"/>
          <w:sz w:val="44"/>
        </w:rPr>
        <w:t>泰语教程 · 考试题</w:t>
      </w:r>
    </w:p>
    <w:p>
      <w:pPr>
        <w:jc w:val="center"/>
      </w:pPr>
      <w:r>
        <w:rPr>
          <w:rFonts w:ascii="Tahoma" w:hAnsi="Tahoma" w:eastAsia="微软雅黑" w:cs="Tahoma"/>
          <w:b w:val="0"/>
          <w:i w:val="0"/>
          <w:color w:val="555555"/>
          <w:sz w:val="24"/>
        </w:rPr>
        <w:t>แบบทดสอบภาษาไทย  (Thai Language Exam)</w:t>
      </w:r>
    </w:p>
    <w:p>
      <w:pPr>
        <w:jc w:val="center"/>
      </w:pPr>
      <w:r>
        <w:rPr>
          <w:rFonts w:ascii="Tahoma" w:hAnsi="Tahoma" w:eastAsia="微软雅黑" w:cs="Tahoma"/>
          <w:b w:val="0"/>
          <w:i w:val="0"/>
          <w:color w:val="555555"/>
          <w:sz w:val="22"/>
        </w:rPr>
        <w:t>满分 100 分　（词汇 20 + 课文 15 + 语音 20 + 句型 14 + 阅读 15 + 写作 16）</w:t>
      </w:r>
    </w:p>
    <w:p/>
    <w:p>
      <w:pPr>
        <w:spacing w:before="280" w:after="40"/>
      </w:pPr>
      <w:r>
        <w:rPr>
          <w:rFonts w:ascii="Tahoma" w:hAnsi="Tahoma" w:eastAsia="微软雅黑" w:cs="Tahoma"/>
          <w:b/>
          <w:i w:val="0"/>
          <w:sz w:val="30"/>
        </w:rPr>
        <w:t>一、词汇题（共10题，每题2分，共20分）</w:t>
      </w:r>
    </w:p>
    <w:p>
      <w:pPr>
        <w:spacing w:after="80"/>
      </w:pPr>
      <w:r>
        <w:rPr>
          <w:rFonts w:ascii="Tahoma" w:hAnsi="Tahoma" w:eastAsia="微软雅黑" w:cs="Tahoma"/>
          <w:b w:val="0"/>
          <w:i w:val="0"/>
          <w:color w:val="555555"/>
          <w:sz w:val="21"/>
        </w:rPr>
        <w:t>答题要求：根据题干要求完成词汇辨析、释义、拼写类题目，选出正确答案。</w:t>
      </w:r>
    </w:p>
    <w:p>
      <w:pPr>
        <w:spacing w:before="160" w:after="40"/>
      </w:pPr>
      <w:r>
        <w:rPr>
          <w:rFonts w:ascii="Tahoma" w:hAnsi="Tahoma" w:eastAsia="微软雅黑" w:cs="Tahoma"/>
          <w:b w:val="0"/>
          <w:i w:val="0"/>
          <w:sz w:val="25"/>
        </w:rPr>
        <w:t>1. จงเลือกคำแปลที่ถูกต้องของคำว่า "สวัสดี"</w:t>
      </w:r>
    </w:p>
    <w:p>
      <w:pPr>
        <w:spacing w:after="0"/>
        <w:ind w:left="480"/>
      </w:pPr>
      <w:r>
        <w:rPr>
          <w:rFonts w:ascii="Tahoma" w:hAnsi="Tahoma" w:eastAsia="微软雅黑" w:cs="Tahoma"/>
          <w:b w:val="0"/>
          <w:i w:val="0"/>
          <w:sz w:val="24"/>
        </w:rPr>
        <w:t>A. 再见</w:t>
      </w:r>
    </w:p>
    <w:p>
      <w:pPr>
        <w:spacing w:after="0"/>
        <w:ind w:left="480"/>
      </w:pPr>
      <w:r>
        <w:rPr>
          <w:rFonts w:ascii="Tahoma" w:hAnsi="Tahoma" w:eastAsia="微软雅黑" w:cs="Tahoma"/>
          <w:b w:val="0"/>
          <w:i w:val="0"/>
          <w:sz w:val="24"/>
        </w:rPr>
        <w:t>B. 你好</w:t>
      </w:r>
    </w:p>
    <w:p>
      <w:pPr>
        <w:spacing w:after="0"/>
        <w:ind w:left="480"/>
      </w:pPr>
      <w:r>
        <w:rPr>
          <w:rFonts w:ascii="Tahoma" w:hAnsi="Tahoma" w:eastAsia="微软雅黑" w:cs="Tahoma"/>
          <w:b w:val="0"/>
          <w:i w:val="0"/>
          <w:sz w:val="24"/>
        </w:rPr>
        <w:t>C. 谢谢</w:t>
      </w:r>
    </w:p>
    <w:p>
      <w:pPr>
        <w:spacing w:after="0"/>
        <w:ind w:left="480"/>
      </w:pPr>
      <w:r>
        <w:rPr>
          <w:rFonts w:ascii="Tahoma" w:hAnsi="Tahoma" w:eastAsia="微软雅黑" w:cs="Tahoma"/>
          <w:b w:val="0"/>
          <w:i w:val="0"/>
          <w:sz w:val="24"/>
        </w:rPr>
        <w:t>D. 对不起</w:t>
      </w:r>
    </w:p>
    <w:p>
      <w:pPr>
        <w:spacing w:before="160" w:after="40"/>
      </w:pPr>
      <w:r>
        <w:rPr>
          <w:rFonts w:ascii="Tahoma" w:hAnsi="Tahoma" w:eastAsia="微软雅黑" w:cs="Tahoma"/>
          <w:b w:val="0"/>
          <w:i w:val="0"/>
          <w:sz w:val="25"/>
        </w:rPr>
        <w:t>2. คำว่า "ขอบคุณ" หมายถึงอะไร</w:t>
      </w:r>
    </w:p>
    <w:p>
      <w:pPr>
        <w:spacing w:after="0"/>
        <w:ind w:left="480"/>
      </w:pPr>
      <w:r>
        <w:rPr>
          <w:rFonts w:ascii="Tahoma" w:hAnsi="Tahoma" w:eastAsia="微软雅黑" w:cs="Tahoma"/>
          <w:b w:val="0"/>
          <w:i w:val="0"/>
          <w:sz w:val="24"/>
        </w:rPr>
        <w:t>A. 打扰了</w:t>
      </w:r>
    </w:p>
    <w:p>
      <w:pPr>
        <w:spacing w:after="0"/>
        <w:ind w:left="480"/>
      </w:pPr>
      <w:r>
        <w:rPr>
          <w:rFonts w:ascii="Tahoma" w:hAnsi="Tahoma" w:eastAsia="微软雅黑" w:cs="Tahoma"/>
          <w:b w:val="0"/>
          <w:i w:val="0"/>
          <w:sz w:val="24"/>
        </w:rPr>
        <w:t>B. 不客气</w:t>
      </w:r>
    </w:p>
    <w:p>
      <w:pPr>
        <w:spacing w:after="0"/>
        <w:ind w:left="480"/>
      </w:pPr>
      <w:r>
        <w:rPr>
          <w:rFonts w:ascii="Tahoma" w:hAnsi="Tahoma" w:eastAsia="微软雅黑" w:cs="Tahoma"/>
          <w:b w:val="0"/>
          <w:i w:val="0"/>
          <w:sz w:val="24"/>
        </w:rPr>
        <w:t>C. 谢谢</w:t>
      </w:r>
    </w:p>
    <w:p>
      <w:pPr>
        <w:spacing w:after="0"/>
        <w:ind w:left="480"/>
      </w:pPr>
      <w:r>
        <w:rPr>
          <w:rFonts w:ascii="Tahoma" w:hAnsi="Tahoma" w:eastAsia="微软雅黑" w:cs="Tahoma"/>
          <w:b w:val="0"/>
          <w:i w:val="0"/>
          <w:sz w:val="24"/>
        </w:rPr>
        <w:t>D. 晚安</w:t>
      </w:r>
    </w:p>
    <w:p>
      <w:pPr>
        <w:spacing w:before="160" w:after="40"/>
      </w:pPr>
      <w:r>
        <w:rPr>
          <w:rFonts w:ascii="Tahoma" w:hAnsi="Tahoma" w:eastAsia="微软雅黑" w:cs="Tahoma"/>
          <w:b w:val="0"/>
          <w:i w:val="0"/>
          <w:sz w:val="25"/>
        </w:rPr>
        <w:t>3. จงเลือกคำที่แปลว่า "吃饭"</w:t>
      </w:r>
    </w:p>
    <w:p>
      <w:pPr>
        <w:spacing w:after="0"/>
        <w:ind w:left="480"/>
      </w:pPr>
      <w:r>
        <w:rPr>
          <w:rFonts w:ascii="Tahoma" w:hAnsi="Tahoma" w:eastAsia="微软雅黑" w:cs="Tahoma"/>
          <w:b w:val="0"/>
          <w:i w:val="0"/>
          <w:sz w:val="24"/>
        </w:rPr>
        <w:t>A. กินข้าว</w:t>
      </w:r>
    </w:p>
    <w:p>
      <w:pPr>
        <w:spacing w:after="0"/>
        <w:ind w:left="480"/>
      </w:pPr>
      <w:r>
        <w:rPr>
          <w:rFonts w:ascii="Tahoma" w:hAnsi="Tahoma" w:eastAsia="微软雅黑" w:cs="Tahoma"/>
          <w:b w:val="0"/>
          <w:i w:val="0"/>
          <w:sz w:val="24"/>
        </w:rPr>
        <w:t>B. ดื่มน้ำ</w:t>
      </w:r>
    </w:p>
    <w:p>
      <w:pPr>
        <w:spacing w:after="0"/>
        <w:ind w:left="480"/>
      </w:pPr>
      <w:r>
        <w:rPr>
          <w:rFonts w:ascii="Tahoma" w:hAnsi="Tahoma" w:eastAsia="微软雅黑" w:cs="Tahoma"/>
          <w:b w:val="0"/>
          <w:i w:val="0"/>
          <w:sz w:val="24"/>
        </w:rPr>
        <w:t>C. นอนหลับ</w:t>
      </w:r>
    </w:p>
    <w:p>
      <w:pPr>
        <w:spacing w:after="0"/>
        <w:ind w:left="480"/>
      </w:pPr>
      <w:r>
        <w:rPr>
          <w:rFonts w:ascii="Tahoma" w:hAnsi="Tahoma" w:eastAsia="微软雅黑" w:cs="Tahoma"/>
          <w:b w:val="0"/>
          <w:i w:val="0"/>
          <w:sz w:val="24"/>
        </w:rPr>
        <w:t>D. อ่านหนังสือ</w:t>
      </w:r>
    </w:p>
    <w:p>
      <w:pPr>
        <w:spacing w:before="160" w:after="40"/>
      </w:pPr>
      <w:r>
        <w:rPr>
          <w:rFonts w:ascii="Tahoma" w:hAnsi="Tahoma" w:eastAsia="微软雅黑" w:cs="Tahoma"/>
          <w:b w:val="0"/>
          <w:i w:val="0"/>
          <w:sz w:val="25"/>
        </w:rPr>
        <w:t>4. คำว่า "น้ำ" มีความหมายว่าอะไร</w:t>
      </w:r>
    </w:p>
    <w:p>
      <w:pPr>
        <w:spacing w:after="0"/>
        <w:ind w:left="480"/>
      </w:pPr>
      <w:r>
        <w:rPr>
          <w:rFonts w:ascii="Tahoma" w:hAnsi="Tahoma" w:eastAsia="微软雅黑" w:cs="Tahoma"/>
          <w:b w:val="0"/>
          <w:i w:val="0"/>
          <w:sz w:val="24"/>
        </w:rPr>
        <w:t>A. 火</w:t>
      </w:r>
    </w:p>
    <w:p>
      <w:pPr>
        <w:spacing w:after="0"/>
        <w:ind w:left="480"/>
      </w:pPr>
      <w:r>
        <w:rPr>
          <w:rFonts w:ascii="Tahoma" w:hAnsi="Tahoma" w:eastAsia="微软雅黑" w:cs="Tahoma"/>
          <w:b w:val="0"/>
          <w:i w:val="0"/>
          <w:sz w:val="24"/>
        </w:rPr>
        <w:t>B. 水</w:t>
      </w:r>
    </w:p>
    <w:p>
      <w:pPr>
        <w:spacing w:after="0"/>
        <w:ind w:left="480"/>
      </w:pPr>
      <w:r>
        <w:rPr>
          <w:rFonts w:ascii="Tahoma" w:hAnsi="Tahoma" w:eastAsia="微软雅黑" w:cs="Tahoma"/>
          <w:b w:val="0"/>
          <w:i w:val="0"/>
          <w:sz w:val="24"/>
        </w:rPr>
        <w:t>C. 风</w:t>
      </w:r>
    </w:p>
    <w:p>
      <w:pPr>
        <w:spacing w:after="0"/>
        <w:ind w:left="480"/>
      </w:pPr>
      <w:r>
        <w:rPr>
          <w:rFonts w:ascii="Tahoma" w:hAnsi="Tahoma" w:eastAsia="微软雅黑" w:cs="Tahoma"/>
          <w:b w:val="0"/>
          <w:i w:val="0"/>
          <w:sz w:val="24"/>
        </w:rPr>
        <w:t>D. 土</w:t>
      </w:r>
    </w:p>
    <w:p>
      <w:pPr>
        <w:spacing w:before="160" w:after="40"/>
      </w:pPr>
      <w:r>
        <w:rPr>
          <w:rFonts w:ascii="Tahoma" w:hAnsi="Tahoma" w:eastAsia="微软雅黑" w:cs="Tahoma"/>
          <w:b w:val="0"/>
          <w:i w:val="0"/>
          <w:sz w:val="25"/>
        </w:rPr>
        <w:t>5. จงเลือกคำตรงข้ามของ "ร้อน"</w:t>
      </w:r>
    </w:p>
    <w:p>
      <w:pPr>
        <w:spacing w:after="0"/>
        <w:ind w:left="480"/>
      </w:pPr>
      <w:r>
        <w:rPr>
          <w:rFonts w:ascii="Tahoma" w:hAnsi="Tahoma" w:eastAsia="微软雅黑" w:cs="Tahoma"/>
          <w:b w:val="0"/>
          <w:i w:val="0"/>
          <w:sz w:val="24"/>
        </w:rPr>
        <w:t>A. หนาว</w:t>
      </w:r>
    </w:p>
    <w:p>
      <w:pPr>
        <w:spacing w:after="0"/>
        <w:ind w:left="480"/>
      </w:pPr>
      <w:r>
        <w:rPr>
          <w:rFonts w:ascii="Tahoma" w:hAnsi="Tahoma" w:eastAsia="微软雅黑" w:cs="Tahoma"/>
          <w:b w:val="0"/>
          <w:i w:val="0"/>
          <w:sz w:val="24"/>
        </w:rPr>
        <w:t>B. ดี</w:t>
      </w:r>
    </w:p>
    <w:p>
      <w:pPr>
        <w:spacing w:after="0"/>
        <w:ind w:left="480"/>
      </w:pPr>
      <w:r>
        <w:rPr>
          <w:rFonts w:ascii="Tahoma" w:hAnsi="Tahoma" w:eastAsia="微软雅黑" w:cs="Tahoma"/>
          <w:b w:val="0"/>
          <w:i w:val="0"/>
          <w:sz w:val="24"/>
        </w:rPr>
        <w:t>C. เร็ว</w:t>
      </w:r>
    </w:p>
    <w:p>
      <w:pPr>
        <w:spacing w:after="0"/>
        <w:ind w:left="480"/>
      </w:pPr>
      <w:r>
        <w:rPr>
          <w:rFonts w:ascii="Tahoma" w:hAnsi="Tahoma" w:eastAsia="微软雅黑" w:cs="Tahoma"/>
          <w:b w:val="0"/>
          <w:i w:val="0"/>
          <w:sz w:val="24"/>
        </w:rPr>
        <w:t>D. สูง</w:t>
      </w:r>
    </w:p>
    <w:p>
      <w:pPr>
        <w:spacing w:before="160" w:after="40"/>
      </w:pPr>
      <w:r>
        <w:rPr>
          <w:rFonts w:ascii="Tahoma" w:hAnsi="Tahoma" w:eastAsia="微软雅黑" w:cs="Tahoma"/>
          <w:b w:val="0"/>
          <w:i w:val="0"/>
          <w:sz w:val="25"/>
        </w:rPr>
        <w:t>6. คำว่า "โรงเรียน" แปลว่า</w:t>
      </w:r>
    </w:p>
    <w:p>
      <w:pPr>
        <w:spacing w:after="0"/>
        <w:ind w:left="480"/>
      </w:pPr>
      <w:r>
        <w:rPr>
          <w:rFonts w:ascii="Tahoma" w:hAnsi="Tahoma" w:eastAsia="微软雅黑" w:cs="Tahoma"/>
          <w:b w:val="0"/>
          <w:i w:val="0"/>
          <w:sz w:val="24"/>
        </w:rPr>
        <w:t>A. 医院</w:t>
      </w:r>
    </w:p>
    <w:p>
      <w:pPr>
        <w:spacing w:after="0"/>
        <w:ind w:left="480"/>
      </w:pPr>
      <w:r>
        <w:rPr>
          <w:rFonts w:ascii="Tahoma" w:hAnsi="Tahoma" w:eastAsia="微软雅黑" w:cs="Tahoma"/>
          <w:b w:val="0"/>
          <w:i w:val="0"/>
          <w:sz w:val="24"/>
        </w:rPr>
        <w:t>B. 商场</w:t>
      </w:r>
    </w:p>
    <w:p>
      <w:pPr>
        <w:spacing w:after="0"/>
        <w:ind w:left="480"/>
      </w:pPr>
      <w:r>
        <w:rPr>
          <w:rFonts w:ascii="Tahoma" w:hAnsi="Tahoma" w:eastAsia="微软雅黑" w:cs="Tahoma"/>
          <w:b w:val="0"/>
          <w:i w:val="0"/>
          <w:sz w:val="24"/>
        </w:rPr>
        <w:t>C. 学校</w:t>
      </w:r>
    </w:p>
    <w:p>
      <w:pPr>
        <w:spacing w:after="0"/>
        <w:ind w:left="480"/>
      </w:pPr>
      <w:r>
        <w:rPr>
          <w:rFonts w:ascii="Tahoma" w:hAnsi="Tahoma" w:eastAsia="微软雅黑" w:cs="Tahoma"/>
          <w:b w:val="0"/>
          <w:i w:val="0"/>
          <w:sz w:val="24"/>
        </w:rPr>
        <w:t>D. 家里</w:t>
      </w:r>
    </w:p>
    <w:p>
      <w:pPr>
        <w:spacing w:before="160" w:after="40"/>
      </w:pPr>
      <w:r>
        <w:rPr>
          <w:rFonts w:ascii="Tahoma" w:hAnsi="Tahoma" w:eastAsia="微软雅黑" w:cs="Tahoma"/>
          <w:b w:val="0"/>
          <w:i w:val="0"/>
          <w:sz w:val="25"/>
        </w:rPr>
        <w:t>7. จงเลือกคำที่ใช้เรียก "妈妈" ในภาษาไทย</w:t>
      </w:r>
    </w:p>
    <w:p>
      <w:pPr>
        <w:spacing w:after="0"/>
        <w:ind w:left="480"/>
      </w:pPr>
      <w:r>
        <w:rPr>
          <w:rFonts w:ascii="Tahoma" w:hAnsi="Tahoma" w:eastAsia="微软雅黑" w:cs="Tahoma"/>
          <w:b w:val="0"/>
          <w:i w:val="0"/>
          <w:sz w:val="24"/>
        </w:rPr>
        <w:t>A. พ่อ</w:t>
      </w:r>
    </w:p>
    <w:p>
      <w:pPr>
        <w:spacing w:after="0"/>
        <w:ind w:left="480"/>
      </w:pPr>
      <w:r>
        <w:rPr>
          <w:rFonts w:ascii="Tahoma" w:hAnsi="Tahoma" w:eastAsia="微软雅黑" w:cs="Tahoma"/>
          <w:b w:val="0"/>
          <w:i w:val="0"/>
          <w:sz w:val="24"/>
        </w:rPr>
        <w:t>B. แม่</w:t>
      </w:r>
    </w:p>
    <w:p>
      <w:pPr>
        <w:spacing w:after="0"/>
        <w:ind w:left="480"/>
      </w:pPr>
      <w:r>
        <w:rPr>
          <w:rFonts w:ascii="Tahoma" w:hAnsi="Tahoma" w:eastAsia="微软雅黑" w:cs="Tahoma"/>
          <w:b w:val="0"/>
          <w:i w:val="0"/>
          <w:sz w:val="24"/>
        </w:rPr>
        <w:t>C. ปู่</w:t>
      </w:r>
    </w:p>
    <w:p>
      <w:pPr>
        <w:spacing w:after="0"/>
        <w:ind w:left="480"/>
      </w:pPr>
      <w:r>
        <w:rPr>
          <w:rFonts w:ascii="Tahoma" w:hAnsi="Tahoma" w:eastAsia="微软雅黑" w:cs="Tahoma"/>
          <w:b w:val="0"/>
          <w:i w:val="0"/>
          <w:sz w:val="24"/>
        </w:rPr>
        <w:t>D. ย่า</w:t>
      </w:r>
    </w:p>
    <w:p>
      <w:pPr>
        <w:spacing w:before="160" w:after="40"/>
      </w:pPr>
      <w:r>
        <w:rPr>
          <w:rFonts w:ascii="Tahoma" w:hAnsi="Tahoma" w:eastAsia="微软雅黑" w:cs="Tahoma"/>
          <w:b w:val="0"/>
          <w:i w:val="0"/>
          <w:sz w:val="25"/>
        </w:rPr>
        <w:t>8. คำว่า "เดิน" หมายถึง</w:t>
      </w:r>
    </w:p>
    <w:p>
      <w:pPr>
        <w:spacing w:after="0"/>
        <w:ind w:left="480"/>
      </w:pPr>
      <w:r>
        <w:rPr>
          <w:rFonts w:ascii="Tahoma" w:hAnsi="Tahoma" w:eastAsia="微软雅黑" w:cs="Tahoma"/>
          <w:b w:val="0"/>
          <w:i w:val="0"/>
          <w:sz w:val="24"/>
        </w:rPr>
        <w:t>A. 跑</w:t>
      </w:r>
    </w:p>
    <w:p>
      <w:pPr>
        <w:spacing w:after="0"/>
        <w:ind w:left="480"/>
      </w:pPr>
      <w:r>
        <w:rPr>
          <w:rFonts w:ascii="Tahoma" w:hAnsi="Tahoma" w:eastAsia="微软雅黑" w:cs="Tahoma"/>
          <w:b w:val="0"/>
          <w:i w:val="0"/>
          <w:sz w:val="24"/>
        </w:rPr>
        <w:t>B. 跳</w:t>
      </w:r>
    </w:p>
    <w:p>
      <w:pPr>
        <w:spacing w:after="0"/>
        <w:ind w:left="480"/>
      </w:pPr>
      <w:r>
        <w:rPr>
          <w:rFonts w:ascii="Tahoma" w:hAnsi="Tahoma" w:eastAsia="微软雅黑" w:cs="Tahoma"/>
          <w:b w:val="0"/>
          <w:i w:val="0"/>
          <w:sz w:val="24"/>
        </w:rPr>
        <w:t>C. 走</w:t>
      </w:r>
    </w:p>
    <w:p>
      <w:pPr>
        <w:spacing w:after="0"/>
        <w:ind w:left="480"/>
      </w:pPr>
      <w:r>
        <w:rPr>
          <w:rFonts w:ascii="Tahoma" w:hAnsi="Tahoma" w:eastAsia="微软雅黑" w:cs="Tahoma"/>
          <w:b w:val="0"/>
          <w:i w:val="0"/>
          <w:sz w:val="24"/>
        </w:rPr>
        <w:t>D. 站</w:t>
      </w:r>
    </w:p>
    <w:p>
      <w:pPr>
        <w:spacing w:before="160" w:after="40"/>
      </w:pPr>
      <w:r>
        <w:rPr>
          <w:rFonts w:ascii="Tahoma" w:hAnsi="Tahoma" w:eastAsia="微软雅黑" w:cs="Tahoma"/>
          <w:b w:val="0"/>
          <w:i w:val="0"/>
          <w:sz w:val="25"/>
        </w:rPr>
        <w:t>9. จงเลือกคำแปล "开心的"</w:t>
      </w:r>
    </w:p>
    <w:p>
      <w:pPr>
        <w:spacing w:after="0"/>
        <w:ind w:left="480"/>
      </w:pPr>
      <w:r>
        <w:rPr>
          <w:rFonts w:ascii="Tahoma" w:hAnsi="Tahoma" w:eastAsia="微软雅黑" w:cs="Tahoma"/>
          <w:b w:val="0"/>
          <w:i w:val="0"/>
          <w:sz w:val="24"/>
        </w:rPr>
        <w:t>A. เศร้า</w:t>
      </w:r>
    </w:p>
    <w:p>
      <w:pPr>
        <w:spacing w:after="0"/>
        <w:ind w:left="480"/>
      </w:pPr>
      <w:r>
        <w:rPr>
          <w:rFonts w:ascii="Tahoma" w:hAnsi="Tahoma" w:eastAsia="微软雅黑" w:cs="Tahoma"/>
          <w:b w:val="0"/>
          <w:i w:val="0"/>
          <w:sz w:val="24"/>
        </w:rPr>
        <w:t>B. มีความสุข</w:t>
      </w:r>
    </w:p>
    <w:p>
      <w:pPr>
        <w:spacing w:after="0"/>
        <w:ind w:left="480"/>
      </w:pPr>
      <w:r>
        <w:rPr>
          <w:rFonts w:ascii="Tahoma" w:hAnsi="Tahoma" w:eastAsia="微软雅黑" w:cs="Tahoma"/>
          <w:b w:val="0"/>
          <w:i w:val="0"/>
          <w:sz w:val="24"/>
        </w:rPr>
        <w:t>C. โกรธ</w:t>
      </w:r>
    </w:p>
    <w:p>
      <w:pPr>
        <w:spacing w:after="0"/>
        <w:ind w:left="480"/>
      </w:pPr>
      <w:r>
        <w:rPr>
          <w:rFonts w:ascii="Tahoma" w:hAnsi="Tahoma" w:eastAsia="微软雅黑" w:cs="Tahoma"/>
          <w:b w:val="0"/>
          <w:i w:val="0"/>
          <w:sz w:val="24"/>
        </w:rPr>
        <w:t>D. เหนื่อย</w:t>
      </w:r>
    </w:p>
    <w:p>
      <w:pPr>
        <w:spacing w:before="160" w:after="40"/>
      </w:pPr>
      <w:r>
        <w:rPr>
          <w:rFonts w:ascii="Tahoma" w:hAnsi="Tahoma" w:eastAsia="微软雅黑" w:cs="Tahoma"/>
          <w:b w:val="0"/>
          <w:i w:val="0"/>
          <w:sz w:val="25"/>
        </w:rPr>
        <w:t>10. คำว่า "เวลา" แปลว่า</w:t>
      </w:r>
    </w:p>
    <w:p>
      <w:pPr>
        <w:spacing w:after="0"/>
        <w:ind w:left="480"/>
      </w:pPr>
      <w:r>
        <w:rPr>
          <w:rFonts w:ascii="Tahoma" w:hAnsi="Tahoma" w:eastAsia="微软雅黑" w:cs="Tahoma"/>
          <w:b w:val="0"/>
          <w:i w:val="0"/>
          <w:sz w:val="24"/>
        </w:rPr>
        <w:t>A. 时间</w:t>
      </w:r>
    </w:p>
    <w:p>
      <w:pPr>
        <w:spacing w:after="0"/>
        <w:ind w:left="480"/>
      </w:pPr>
      <w:r>
        <w:rPr>
          <w:rFonts w:ascii="Tahoma" w:hAnsi="Tahoma" w:eastAsia="微软雅黑" w:cs="Tahoma"/>
          <w:b w:val="0"/>
          <w:i w:val="0"/>
          <w:sz w:val="24"/>
        </w:rPr>
        <w:t>B. 天气</w:t>
      </w:r>
    </w:p>
    <w:p>
      <w:pPr>
        <w:spacing w:after="0"/>
        <w:ind w:left="480"/>
      </w:pPr>
      <w:r>
        <w:rPr>
          <w:rFonts w:ascii="Tahoma" w:hAnsi="Tahoma" w:eastAsia="微软雅黑" w:cs="Tahoma"/>
          <w:b w:val="0"/>
          <w:i w:val="0"/>
          <w:sz w:val="24"/>
        </w:rPr>
        <w:t>C. 温度</w:t>
      </w:r>
    </w:p>
    <w:p>
      <w:pPr>
        <w:spacing w:after="0"/>
        <w:ind w:left="480"/>
      </w:pPr>
      <w:r>
        <w:rPr>
          <w:rFonts w:ascii="Tahoma" w:hAnsi="Tahoma" w:eastAsia="微软雅黑" w:cs="Tahoma"/>
          <w:b w:val="0"/>
          <w:i w:val="0"/>
          <w:sz w:val="24"/>
        </w:rPr>
        <w:t>D. 季节</w:t>
      </w:r>
    </w:p>
    <w:p>
      <w:pPr>
        <w:spacing w:before="280" w:after="40"/>
      </w:pPr>
      <w:r>
        <w:rPr>
          <w:rFonts w:ascii="Tahoma" w:hAnsi="Tahoma" w:eastAsia="微软雅黑" w:cs="Tahoma"/>
          <w:b/>
          <w:i w:val="0"/>
          <w:sz w:val="30"/>
        </w:rPr>
        <w:t>二、课文题（共5题，每题3分，共15分）</w:t>
      </w:r>
    </w:p>
    <w:p>
      <w:pPr>
        <w:spacing w:after="80"/>
      </w:pPr>
      <w:r>
        <w:rPr>
          <w:rFonts w:ascii="Tahoma" w:hAnsi="Tahoma" w:eastAsia="微软雅黑" w:cs="Tahoma"/>
          <w:b w:val="0"/>
          <w:i w:val="0"/>
          <w:color w:val="555555"/>
          <w:sz w:val="21"/>
        </w:rPr>
        <w:t>答题要求：基于基础泰语日常课文内容，判断句子正误或选择正确选项。</w:t>
      </w:r>
    </w:p>
    <w:p>
      <w:pPr>
        <w:spacing w:before="160" w:after="40"/>
      </w:pPr>
      <w:r>
        <w:rPr>
          <w:rFonts w:ascii="Tahoma" w:hAnsi="Tahoma" w:eastAsia="微软雅黑" w:cs="Tahoma"/>
          <w:b w:val="0"/>
          <w:i w:val="0"/>
          <w:sz w:val="25"/>
        </w:rPr>
        <w:t>11. ประโยค "ฉันไปโรงเรียนทุกวัน" หมายความว่า ฉันไปโรงเรียนทุกสัปดาห์</w:t>
      </w:r>
    </w:p>
    <w:p>
      <w:pPr>
        <w:spacing w:after="0"/>
        <w:ind w:left="480"/>
      </w:pPr>
      <w:r>
        <w:rPr>
          <w:rFonts w:ascii="Tahoma" w:hAnsi="Tahoma" w:eastAsia="微软雅黑" w:cs="Tahoma"/>
          <w:b w:val="0"/>
          <w:i w:val="0"/>
          <w:sz w:val="23"/>
        </w:rPr>
        <w:t>（   ）ถูก（正确）        （   ）ผิด（错误）</w:t>
      </w:r>
    </w:p>
    <w:p>
      <w:pPr>
        <w:spacing w:before="160" w:after="40"/>
      </w:pPr>
      <w:r>
        <w:rPr>
          <w:rFonts w:ascii="Tahoma" w:hAnsi="Tahoma" w:eastAsia="微软雅黑" w:cs="Tahoma"/>
          <w:b w:val="0"/>
          <w:i w:val="0"/>
          <w:sz w:val="25"/>
        </w:rPr>
        <w:t>12. ประโยค "ฉันกินข้าวเที่ยงตอนสิบสองโมง" เป็นการพูดถึงเวลากินอาหารกลางวัน</w:t>
      </w:r>
    </w:p>
    <w:p>
      <w:pPr>
        <w:spacing w:after="0"/>
        <w:ind w:left="480"/>
      </w:pPr>
      <w:r>
        <w:rPr>
          <w:rFonts w:ascii="Tahoma" w:hAnsi="Tahoma" w:eastAsia="微软雅黑" w:cs="Tahoma"/>
          <w:b w:val="0"/>
          <w:i w:val="0"/>
          <w:sz w:val="23"/>
        </w:rPr>
        <w:t>（   ）ถูก（正确）        （   ）ผิด（错误）</w:t>
      </w:r>
    </w:p>
    <w:p>
      <w:pPr>
        <w:spacing w:before="160" w:after="40"/>
      </w:pPr>
      <w:r>
        <w:rPr>
          <w:rFonts w:ascii="Tahoma" w:hAnsi="Tahoma" w:eastAsia="微软雅黑" w:cs="Tahoma"/>
          <w:b w:val="0"/>
          <w:i w:val="0"/>
          <w:sz w:val="25"/>
        </w:rPr>
        <w:t>13. คำตอบของประโยค "คุณสบายดีไหม" คือประโยคไหน</w:t>
      </w:r>
    </w:p>
    <w:p>
      <w:pPr>
        <w:spacing w:after="0"/>
        <w:ind w:left="480"/>
      </w:pPr>
      <w:r>
        <w:rPr>
          <w:rFonts w:ascii="Tahoma" w:hAnsi="Tahoma" w:eastAsia="微软雅黑" w:cs="Tahoma"/>
          <w:b w:val="0"/>
          <w:i w:val="0"/>
          <w:sz w:val="24"/>
        </w:rPr>
        <w:t>A. ฉันสบายดี ขอบคุณ</w:t>
      </w:r>
    </w:p>
    <w:p>
      <w:pPr>
        <w:spacing w:after="0"/>
        <w:ind w:left="480"/>
      </w:pPr>
      <w:r>
        <w:rPr>
          <w:rFonts w:ascii="Tahoma" w:hAnsi="Tahoma" w:eastAsia="微软雅黑" w:cs="Tahoma"/>
          <w:b w:val="0"/>
          <w:i w:val="0"/>
          <w:sz w:val="24"/>
        </w:rPr>
        <w:t>B. ฉันไปบ้านแล้ว</w:t>
      </w:r>
    </w:p>
    <w:p>
      <w:pPr>
        <w:spacing w:after="0"/>
        <w:ind w:left="480"/>
      </w:pPr>
      <w:r>
        <w:rPr>
          <w:rFonts w:ascii="Tahoma" w:hAnsi="Tahoma" w:eastAsia="微软雅黑" w:cs="Tahoma"/>
          <w:b w:val="0"/>
          <w:i w:val="0"/>
          <w:sz w:val="24"/>
        </w:rPr>
        <w:t>C. ฉันกินข้าวแล้ว</w:t>
      </w:r>
    </w:p>
    <w:p>
      <w:pPr>
        <w:spacing w:after="0"/>
        <w:ind w:left="480"/>
      </w:pPr>
      <w:r>
        <w:rPr>
          <w:rFonts w:ascii="Tahoma" w:hAnsi="Tahoma" w:eastAsia="微软雅黑" w:cs="Tahoma"/>
          <w:b w:val="0"/>
          <w:i w:val="0"/>
          <w:sz w:val="24"/>
        </w:rPr>
        <w:t>D. ฉันอ่านหนังสือ</w:t>
      </w:r>
    </w:p>
    <w:p>
      <w:pPr>
        <w:spacing w:before="160" w:after="40"/>
      </w:pPr>
      <w:r>
        <w:rPr>
          <w:rFonts w:ascii="Tahoma" w:hAnsi="Tahoma" w:eastAsia="微软雅黑" w:cs="Tahoma"/>
          <w:b w:val="0"/>
          <w:i w:val="0"/>
          <w:sz w:val="25"/>
        </w:rPr>
        <w:t>14. ประโยค "เจอกันใหม่" ใช้ในสถานการณ์ไหน</w:t>
      </w:r>
    </w:p>
    <w:p>
      <w:pPr>
        <w:spacing w:after="0"/>
        <w:ind w:left="480"/>
      </w:pPr>
      <w:r>
        <w:rPr>
          <w:rFonts w:ascii="Tahoma" w:hAnsi="Tahoma" w:eastAsia="微软雅黑" w:cs="Tahoma"/>
          <w:b w:val="0"/>
          <w:i w:val="0"/>
          <w:sz w:val="24"/>
        </w:rPr>
        <w:t>A. ทักทาย</w:t>
      </w:r>
    </w:p>
    <w:p>
      <w:pPr>
        <w:spacing w:after="0"/>
        <w:ind w:left="480"/>
      </w:pPr>
      <w:r>
        <w:rPr>
          <w:rFonts w:ascii="Tahoma" w:hAnsi="Tahoma" w:eastAsia="微软雅黑" w:cs="Tahoma"/>
          <w:b w:val="0"/>
          <w:i w:val="0"/>
          <w:sz w:val="24"/>
        </w:rPr>
        <w:t>B. ลา</w:t>
      </w:r>
    </w:p>
    <w:p>
      <w:pPr>
        <w:spacing w:after="0"/>
        <w:ind w:left="480"/>
      </w:pPr>
      <w:r>
        <w:rPr>
          <w:rFonts w:ascii="Tahoma" w:hAnsi="Tahoma" w:eastAsia="微软雅黑" w:cs="Tahoma"/>
          <w:b w:val="0"/>
          <w:i w:val="0"/>
          <w:sz w:val="24"/>
        </w:rPr>
        <w:t>C. ขอบคุณ</w:t>
      </w:r>
    </w:p>
    <w:p>
      <w:pPr>
        <w:spacing w:after="0"/>
        <w:ind w:left="480"/>
      </w:pPr>
      <w:r>
        <w:rPr>
          <w:rFonts w:ascii="Tahoma" w:hAnsi="Tahoma" w:eastAsia="微软雅黑" w:cs="Tahoma"/>
          <w:b w:val="0"/>
          <w:i w:val="0"/>
          <w:sz w:val="24"/>
        </w:rPr>
        <w:t>D. ขอโทษ</w:t>
      </w:r>
    </w:p>
    <w:p>
      <w:pPr>
        <w:spacing w:before="160" w:after="40"/>
      </w:pPr>
      <w:r>
        <w:rPr>
          <w:rFonts w:ascii="Tahoma" w:hAnsi="Tahoma" w:eastAsia="微软雅黑" w:cs="Tahoma"/>
          <w:b w:val="0"/>
          <w:i w:val="0"/>
          <w:sz w:val="25"/>
        </w:rPr>
        <w:t>15. ประโยค "น้ำอร่อยมาก" หมายถึง น้ำมีรสชาติที่ดี</w:t>
      </w:r>
    </w:p>
    <w:p>
      <w:pPr>
        <w:spacing w:after="0"/>
        <w:ind w:left="480"/>
      </w:pPr>
      <w:r>
        <w:rPr>
          <w:rFonts w:ascii="Tahoma" w:hAnsi="Tahoma" w:eastAsia="微软雅黑" w:cs="Tahoma"/>
          <w:b w:val="0"/>
          <w:i w:val="0"/>
          <w:sz w:val="23"/>
        </w:rPr>
        <w:t>（   ）ถูก（正确）        （   ）ผิด（错误）</w:t>
      </w:r>
    </w:p>
    <w:p>
      <w:pPr>
        <w:spacing w:before="280" w:after="40"/>
      </w:pPr>
      <w:r>
        <w:rPr>
          <w:rFonts w:ascii="Tahoma" w:hAnsi="Tahoma" w:eastAsia="微软雅黑" w:cs="Tahoma"/>
          <w:b/>
          <w:i w:val="0"/>
          <w:sz w:val="30"/>
        </w:rPr>
        <w:t>三、语音题（共8题，每题2.5分，共20分）</w:t>
      </w:r>
    </w:p>
    <w:p>
      <w:pPr>
        <w:spacing w:after="80"/>
      </w:pPr>
      <w:r>
        <w:rPr>
          <w:rFonts w:ascii="Tahoma" w:hAnsi="Tahoma" w:eastAsia="微软雅黑" w:cs="Tahoma"/>
          <w:b w:val="0"/>
          <w:i w:val="0"/>
          <w:color w:val="555555"/>
          <w:sz w:val="21"/>
        </w:rPr>
        <w:t>答题要求：考查泰语声调、辅音、元音发音规则，选出正确答案。</w:t>
      </w:r>
    </w:p>
    <w:p>
      <w:pPr>
        <w:spacing w:before="160" w:after="40"/>
      </w:pPr>
      <w:r>
        <w:rPr>
          <w:rFonts w:ascii="Tahoma" w:hAnsi="Tahoma" w:eastAsia="微软雅黑" w:cs="Tahoma"/>
          <w:b w:val="0"/>
          <w:i w:val="0"/>
          <w:sz w:val="25"/>
        </w:rPr>
        <w:t>16. คำว่า "มา" มีเสียงวรรณยุกต์ระดับไหน</w:t>
      </w:r>
    </w:p>
    <w:p>
      <w:pPr>
        <w:spacing w:after="0"/>
        <w:ind w:left="480"/>
      </w:pPr>
      <w:r>
        <w:rPr>
          <w:rFonts w:ascii="Tahoma" w:hAnsi="Tahoma" w:eastAsia="微软雅黑" w:cs="Tahoma"/>
          <w:b w:val="0"/>
          <w:i w:val="0"/>
          <w:sz w:val="24"/>
        </w:rPr>
        <w:t>A. เสียงเอก</w:t>
      </w:r>
    </w:p>
    <w:p>
      <w:pPr>
        <w:spacing w:after="0"/>
        <w:ind w:left="480"/>
      </w:pPr>
      <w:r>
        <w:rPr>
          <w:rFonts w:ascii="Tahoma" w:hAnsi="Tahoma" w:eastAsia="微软雅黑" w:cs="Tahoma"/>
          <w:b w:val="0"/>
          <w:i w:val="0"/>
          <w:sz w:val="24"/>
        </w:rPr>
        <w:t>B. เสียงโท</w:t>
      </w:r>
    </w:p>
    <w:p>
      <w:pPr>
        <w:spacing w:after="0"/>
        <w:ind w:left="480"/>
      </w:pPr>
      <w:r>
        <w:rPr>
          <w:rFonts w:ascii="Tahoma" w:hAnsi="Tahoma" w:eastAsia="微软雅黑" w:cs="Tahoma"/>
          <w:b w:val="0"/>
          <w:i w:val="0"/>
          <w:sz w:val="24"/>
        </w:rPr>
        <w:t>C. เสียงตรี</w:t>
      </w:r>
    </w:p>
    <w:p>
      <w:pPr>
        <w:spacing w:after="0"/>
        <w:ind w:left="480"/>
      </w:pPr>
      <w:r>
        <w:rPr>
          <w:rFonts w:ascii="Tahoma" w:hAnsi="Tahoma" w:eastAsia="微软雅黑" w:cs="Tahoma"/>
          <w:b w:val="0"/>
          <w:i w:val="0"/>
          <w:sz w:val="24"/>
        </w:rPr>
        <w:t>D. เสียงจัตวา</w:t>
      </w:r>
    </w:p>
    <w:p>
      <w:pPr>
        <w:spacing w:before="160" w:after="40"/>
      </w:pPr>
      <w:r>
        <w:rPr>
          <w:rFonts w:ascii="Tahoma" w:hAnsi="Tahoma" w:eastAsia="微软雅黑" w:cs="Tahoma"/>
          <w:b w:val="0"/>
          <w:i w:val="0"/>
          <w:sz w:val="25"/>
        </w:rPr>
        <w:t>17. พยัญชนะ "ก" เป็นพยัญชนะประเภทไหน</w:t>
      </w:r>
    </w:p>
    <w:p>
      <w:pPr>
        <w:spacing w:after="0"/>
        <w:ind w:left="480"/>
      </w:pPr>
      <w:r>
        <w:rPr>
          <w:rFonts w:ascii="Tahoma" w:hAnsi="Tahoma" w:eastAsia="微软雅黑" w:cs="Tahoma"/>
          <w:b w:val="0"/>
          <w:i w:val="0"/>
          <w:sz w:val="24"/>
        </w:rPr>
        <w:t>A. พยัญชนะสูง</w:t>
      </w:r>
    </w:p>
    <w:p>
      <w:pPr>
        <w:spacing w:after="0"/>
        <w:ind w:left="480"/>
      </w:pPr>
      <w:r>
        <w:rPr>
          <w:rFonts w:ascii="Tahoma" w:hAnsi="Tahoma" w:eastAsia="微软雅黑" w:cs="Tahoma"/>
          <w:b w:val="0"/>
          <w:i w:val="0"/>
          <w:sz w:val="24"/>
        </w:rPr>
        <w:t>B. พยัญชนะกลาง</w:t>
      </w:r>
    </w:p>
    <w:p>
      <w:pPr>
        <w:spacing w:after="0"/>
        <w:ind w:left="480"/>
      </w:pPr>
      <w:r>
        <w:rPr>
          <w:rFonts w:ascii="Tahoma" w:hAnsi="Tahoma" w:eastAsia="微软雅黑" w:cs="Tahoma"/>
          <w:b w:val="0"/>
          <w:i w:val="0"/>
          <w:sz w:val="24"/>
        </w:rPr>
        <w:t>C. พยัญชนะต่ำ</w:t>
      </w:r>
    </w:p>
    <w:p>
      <w:pPr>
        <w:spacing w:after="0"/>
        <w:ind w:left="480"/>
      </w:pPr>
      <w:r>
        <w:rPr>
          <w:rFonts w:ascii="Tahoma" w:hAnsi="Tahoma" w:eastAsia="微软雅黑" w:cs="Tahoma"/>
          <w:b w:val="0"/>
          <w:i w:val="0"/>
          <w:sz w:val="24"/>
        </w:rPr>
        <w:t>D. พยัญชนะพิเศษ</w:t>
      </w:r>
    </w:p>
    <w:p>
      <w:pPr>
        <w:spacing w:before="160" w:after="40"/>
      </w:pPr>
      <w:r>
        <w:rPr>
          <w:rFonts w:ascii="Tahoma" w:hAnsi="Tahoma" w:eastAsia="微软雅黑" w:cs="Tahoma"/>
          <w:b w:val="0"/>
          <w:i w:val="0"/>
          <w:sz w:val="25"/>
        </w:rPr>
        <w:t>18. คำว่า "ดี" มีวรรณยุกต์กี่ตัว</w:t>
      </w:r>
    </w:p>
    <w:p>
      <w:pPr>
        <w:spacing w:after="0"/>
        <w:ind w:left="480"/>
      </w:pPr>
      <w:r>
        <w:rPr>
          <w:rFonts w:ascii="Tahoma" w:hAnsi="Tahoma" w:eastAsia="微软雅黑" w:cs="Tahoma"/>
          <w:b w:val="0"/>
          <w:i w:val="0"/>
          <w:sz w:val="24"/>
        </w:rPr>
        <w:t>A. 1 ตัว</w:t>
      </w:r>
    </w:p>
    <w:p>
      <w:pPr>
        <w:spacing w:after="0"/>
        <w:ind w:left="480"/>
      </w:pPr>
      <w:r>
        <w:rPr>
          <w:rFonts w:ascii="Tahoma" w:hAnsi="Tahoma" w:eastAsia="微软雅黑" w:cs="Tahoma"/>
          <w:b w:val="0"/>
          <w:i w:val="0"/>
          <w:sz w:val="24"/>
        </w:rPr>
        <w:t>B. 2 ตัว</w:t>
      </w:r>
    </w:p>
    <w:p>
      <w:pPr>
        <w:spacing w:after="0"/>
        <w:ind w:left="480"/>
      </w:pPr>
      <w:r>
        <w:rPr>
          <w:rFonts w:ascii="Tahoma" w:hAnsi="Tahoma" w:eastAsia="微软雅黑" w:cs="Tahoma"/>
          <w:b w:val="0"/>
          <w:i w:val="0"/>
          <w:sz w:val="24"/>
        </w:rPr>
        <w:t>C. 3 ตัว</w:t>
      </w:r>
    </w:p>
    <w:p>
      <w:pPr>
        <w:spacing w:after="0"/>
        <w:ind w:left="480"/>
      </w:pPr>
      <w:r>
        <w:rPr>
          <w:rFonts w:ascii="Tahoma" w:hAnsi="Tahoma" w:eastAsia="微软雅黑" w:cs="Tahoma"/>
          <w:b w:val="0"/>
          <w:i w:val="0"/>
          <w:sz w:val="24"/>
        </w:rPr>
        <w:t>D. ไม่มีวรรณยุกต์</w:t>
      </w:r>
    </w:p>
    <w:p>
      <w:pPr>
        <w:spacing w:before="160" w:after="40"/>
      </w:pPr>
      <w:r>
        <w:rPr>
          <w:rFonts w:ascii="Tahoma" w:hAnsi="Tahoma" w:eastAsia="微软雅黑" w:cs="Tahoma"/>
          <w:b w:val="0"/>
          <w:i w:val="0"/>
          <w:sz w:val="25"/>
        </w:rPr>
        <w:t>19. สระ "อะ" เป็นสระประเภทไหน</w:t>
      </w:r>
    </w:p>
    <w:p>
      <w:pPr>
        <w:spacing w:after="0"/>
        <w:ind w:left="480"/>
      </w:pPr>
      <w:r>
        <w:rPr>
          <w:rFonts w:ascii="Tahoma" w:hAnsi="Tahoma" w:eastAsia="微软雅黑" w:cs="Tahoma"/>
          <w:b w:val="0"/>
          <w:i w:val="0"/>
          <w:sz w:val="24"/>
        </w:rPr>
        <w:t>A. สระสั้น</w:t>
      </w:r>
    </w:p>
    <w:p>
      <w:pPr>
        <w:spacing w:after="0"/>
        <w:ind w:left="480"/>
      </w:pPr>
      <w:r>
        <w:rPr>
          <w:rFonts w:ascii="Tahoma" w:hAnsi="Tahoma" w:eastAsia="微软雅黑" w:cs="Tahoma"/>
          <w:b w:val="0"/>
          <w:i w:val="0"/>
          <w:sz w:val="24"/>
        </w:rPr>
        <w:t>B. สระยาว</w:t>
      </w:r>
    </w:p>
    <w:p>
      <w:pPr>
        <w:spacing w:after="0"/>
        <w:ind w:left="480"/>
      </w:pPr>
      <w:r>
        <w:rPr>
          <w:rFonts w:ascii="Tahoma" w:hAnsi="Tahoma" w:eastAsia="微软雅黑" w:cs="Tahoma"/>
          <w:b w:val="0"/>
          <w:i w:val="0"/>
          <w:sz w:val="24"/>
        </w:rPr>
        <w:t>C. สระผสม</w:t>
      </w:r>
    </w:p>
    <w:p>
      <w:pPr>
        <w:spacing w:after="0"/>
        <w:ind w:left="480"/>
      </w:pPr>
      <w:r>
        <w:rPr>
          <w:rFonts w:ascii="Tahoma" w:hAnsi="Tahoma" w:eastAsia="微软雅黑" w:cs="Tahoma"/>
          <w:b w:val="0"/>
          <w:i w:val="0"/>
          <w:sz w:val="24"/>
        </w:rPr>
        <w:t>D. สระไม่มีเสียง</w:t>
      </w:r>
    </w:p>
    <w:p>
      <w:pPr>
        <w:spacing w:before="160" w:after="40"/>
      </w:pPr>
      <w:r>
        <w:rPr>
          <w:rFonts w:ascii="Tahoma" w:hAnsi="Tahoma" w:eastAsia="微软雅黑" w:cs="Tahoma"/>
          <w:b w:val="0"/>
          <w:i w:val="0"/>
          <w:sz w:val="25"/>
        </w:rPr>
        <w:t>20. คำว่า "ไป" อ่านเสียงอย่างไร</w:t>
      </w:r>
    </w:p>
    <w:p>
      <w:pPr>
        <w:spacing w:after="0"/>
        <w:ind w:left="480"/>
      </w:pPr>
      <w:r>
        <w:rPr>
          <w:rFonts w:ascii="Tahoma" w:hAnsi="Tahoma" w:eastAsia="微软雅黑" w:cs="Tahoma"/>
          <w:b w:val="0"/>
          <w:i w:val="0"/>
          <w:sz w:val="24"/>
        </w:rPr>
        <w:t>A. ไป (เสียงเอก)</w:t>
      </w:r>
    </w:p>
    <w:p>
      <w:pPr>
        <w:spacing w:after="0"/>
        <w:ind w:left="480"/>
      </w:pPr>
      <w:r>
        <w:rPr>
          <w:rFonts w:ascii="Tahoma" w:hAnsi="Tahoma" w:eastAsia="微软雅黑" w:cs="Tahoma"/>
          <w:b w:val="0"/>
          <w:i w:val="0"/>
          <w:sz w:val="24"/>
        </w:rPr>
        <w:t>B. ไป (เสียงโท)</w:t>
      </w:r>
    </w:p>
    <w:p>
      <w:pPr>
        <w:spacing w:after="0"/>
        <w:ind w:left="480"/>
      </w:pPr>
      <w:r>
        <w:rPr>
          <w:rFonts w:ascii="Tahoma" w:hAnsi="Tahoma" w:eastAsia="微软雅黑" w:cs="Tahoma"/>
          <w:b w:val="0"/>
          <w:i w:val="0"/>
          <w:sz w:val="24"/>
        </w:rPr>
        <w:t>C. ไป (เสียงตรี)</w:t>
      </w:r>
    </w:p>
    <w:p>
      <w:pPr>
        <w:spacing w:after="0"/>
        <w:ind w:left="480"/>
      </w:pPr>
      <w:r>
        <w:rPr>
          <w:rFonts w:ascii="Tahoma" w:hAnsi="Tahoma" w:eastAsia="微软雅黑" w:cs="Tahoma"/>
          <w:b w:val="0"/>
          <w:i w:val="0"/>
          <w:sz w:val="24"/>
        </w:rPr>
        <w:t>D. ไป (เสียงจัตวา)</w:t>
      </w:r>
    </w:p>
    <w:p>
      <w:pPr>
        <w:spacing w:before="160" w:after="40"/>
      </w:pPr>
      <w:r>
        <w:rPr>
          <w:rFonts w:ascii="Tahoma" w:hAnsi="Tahoma" w:eastAsia="微软雅黑" w:cs="Tahoma"/>
          <w:b w:val="0"/>
          <w:i w:val="0"/>
          <w:sz w:val="25"/>
        </w:rPr>
        <w:t>21. พยัญชนะ "ข" แตกต่างจาก "ก" ในเรื่องไหน</w:t>
      </w:r>
    </w:p>
    <w:p>
      <w:pPr>
        <w:spacing w:after="0"/>
        <w:ind w:left="480"/>
      </w:pPr>
      <w:r>
        <w:rPr>
          <w:rFonts w:ascii="Tahoma" w:hAnsi="Tahoma" w:eastAsia="微软雅黑" w:cs="Tahoma"/>
          <w:b w:val="0"/>
          <w:i w:val="0"/>
          <w:sz w:val="24"/>
        </w:rPr>
        <w:t>A. รูปร่าง</w:t>
      </w:r>
    </w:p>
    <w:p>
      <w:pPr>
        <w:spacing w:after="0"/>
        <w:ind w:left="480"/>
      </w:pPr>
      <w:r>
        <w:rPr>
          <w:rFonts w:ascii="Tahoma" w:hAnsi="Tahoma" w:eastAsia="微软雅黑" w:cs="Tahoma"/>
          <w:b w:val="0"/>
          <w:i w:val="0"/>
          <w:sz w:val="24"/>
        </w:rPr>
        <w:t>B. เสียงออก</w:t>
      </w:r>
    </w:p>
    <w:p>
      <w:pPr>
        <w:spacing w:after="0"/>
        <w:ind w:left="480"/>
      </w:pPr>
      <w:r>
        <w:rPr>
          <w:rFonts w:ascii="Tahoma" w:hAnsi="Tahoma" w:eastAsia="微软雅黑" w:cs="Tahoma"/>
          <w:b w:val="0"/>
          <w:i w:val="0"/>
          <w:sz w:val="24"/>
        </w:rPr>
        <w:t>C. จำนวนขีด</w:t>
      </w:r>
    </w:p>
    <w:p>
      <w:pPr>
        <w:spacing w:after="0"/>
        <w:ind w:left="480"/>
      </w:pPr>
      <w:r>
        <w:rPr>
          <w:rFonts w:ascii="Tahoma" w:hAnsi="Tahoma" w:eastAsia="微软雅黑" w:cs="Tahoma"/>
          <w:b w:val="0"/>
          <w:i w:val="0"/>
          <w:sz w:val="24"/>
        </w:rPr>
        <w:t>D. การเขียน</w:t>
      </w:r>
    </w:p>
    <w:p>
      <w:pPr>
        <w:spacing w:before="160" w:after="40"/>
      </w:pPr>
      <w:r>
        <w:rPr>
          <w:rFonts w:ascii="Tahoma" w:hAnsi="Tahoma" w:eastAsia="微软雅黑" w:cs="Tahoma"/>
          <w:b w:val="0"/>
          <w:i w:val="0"/>
          <w:sz w:val="25"/>
        </w:rPr>
        <w:t>22. คำว่า "น้ำ" มีสระอะไร</w:t>
      </w:r>
    </w:p>
    <w:p>
      <w:pPr>
        <w:spacing w:after="0"/>
        <w:ind w:left="480"/>
      </w:pPr>
      <w:r>
        <w:rPr>
          <w:rFonts w:ascii="Tahoma" w:hAnsi="Tahoma" w:eastAsia="微软雅黑" w:cs="Tahoma"/>
          <w:b w:val="0"/>
          <w:i w:val="0"/>
          <w:sz w:val="24"/>
        </w:rPr>
        <w:t>A. สระอา</w:t>
      </w:r>
    </w:p>
    <w:p>
      <w:pPr>
        <w:spacing w:after="0"/>
        <w:ind w:left="480"/>
      </w:pPr>
      <w:r>
        <w:rPr>
          <w:rFonts w:ascii="Tahoma" w:hAnsi="Tahoma" w:eastAsia="微软雅黑" w:cs="Tahoma"/>
          <w:b w:val="0"/>
          <w:i w:val="0"/>
          <w:sz w:val="24"/>
        </w:rPr>
        <w:t>B. สระอุ</w:t>
      </w:r>
    </w:p>
    <w:p>
      <w:pPr>
        <w:spacing w:after="0"/>
        <w:ind w:left="480"/>
      </w:pPr>
      <w:r>
        <w:rPr>
          <w:rFonts w:ascii="Tahoma" w:hAnsi="Tahoma" w:eastAsia="微软雅黑" w:cs="Tahoma"/>
          <w:b w:val="0"/>
          <w:i w:val="0"/>
          <w:sz w:val="24"/>
        </w:rPr>
        <w:t>C. สระอิ</w:t>
      </w:r>
    </w:p>
    <w:p>
      <w:pPr>
        <w:spacing w:after="0"/>
        <w:ind w:left="480"/>
      </w:pPr>
      <w:r>
        <w:rPr>
          <w:rFonts w:ascii="Tahoma" w:hAnsi="Tahoma" w:eastAsia="微软雅黑" w:cs="Tahoma"/>
          <w:b w:val="0"/>
          <w:i w:val="0"/>
          <w:sz w:val="24"/>
        </w:rPr>
        <w:t>D. สระเอ</w:t>
      </w:r>
    </w:p>
    <w:p>
      <w:pPr>
        <w:spacing w:before="160" w:after="40"/>
      </w:pPr>
      <w:r>
        <w:rPr>
          <w:rFonts w:ascii="Tahoma" w:hAnsi="Tahoma" w:eastAsia="微软雅黑" w:cs="Tahoma"/>
          <w:b w:val="0"/>
          <w:i w:val="0"/>
          <w:sz w:val="25"/>
        </w:rPr>
        <w:t>23. การอ่านคำว่า "สวัสดี" ควรเน้นเสียงที่พยางค์ไหน</w:t>
      </w:r>
    </w:p>
    <w:p>
      <w:pPr>
        <w:spacing w:after="0"/>
        <w:ind w:left="480"/>
      </w:pPr>
      <w:r>
        <w:rPr>
          <w:rFonts w:ascii="Tahoma" w:hAnsi="Tahoma" w:eastAsia="微软雅黑" w:cs="Tahoma"/>
          <w:b w:val="0"/>
          <w:i w:val="0"/>
          <w:sz w:val="24"/>
        </w:rPr>
        <w:t>A. สวั</w:t>
      </w:r>
    </w:p>
    <w:p>
      <w:pPr>
        <w:spacing w:after="0"/>
        <w:ind w:left="480"/>
      </w:pPr>
      <w:r>
        <w:rPr>
          <w:rFonts w:ascii="Tahoma" w:hAnsi="Tahoma" w:eastAsia="微软雅黑" w:cs="Tahoma"/>
          <w:b w:val="0"/>
          <w:i w:val="0"/>
          <w:sz w:val="24"/>
        </w:rPr>
        <w:t>B. ดี</w:t>
      </w:r>
    </w:p>
    <w:p>
      <w:pPr>
        <w:spacing w:after="0"/>
        <w:ind w:left="480"/>
      </w:pPr>
      <w:r>
        <w:rPr>
          <w:rFonts w:ascii="Tahoma" w:hAnsi="Tahoma" w:eastAsia="微软雅黑" w:cs="Tahoma"/>
          <w:b w:val="0"/>
          <w:i w:val="0"/>
          <w:sz w:val="24"/>
        </w:rPr>
        <w:t>C. ทั้งสองพยางค์เท่ากัน</w:t>
      </w:r>
    </w:p>
    <w:p>
      <w:pPr>
        <w:spacing w:after="0"/>
        <w:ind w:left="480"/>
      </w:pPr>
      <w:r>
        <w:rPr>
          <w:rFonts w:ascii="Tahoma" w:hAnsi="Tahoma" w:eastAsia="微软雅黑" w:cs="Tahoma"/>
          <w:b w:val="0"/>
          <w:i w:val="0"/>
          <w:sz w:val="24"/>
        </w:rPr>
        <w:t>D. ไม่ต้องเน้นเสียง</w:t>
      </w:r>
    </w:p>
    <w:p>
      <w:pPr>
        <w:spacing w:before="280" w:after="40"/>
      </w:pPr>
      <w:r>
        <w:rPr>
          <w:rFonts w:ascii="Tahoma" w:hAnsi="Tahoma" w:eastAsia="微软雅黑" w:cs="Tahoma"/>
          <w:b/>
          <w:i w:val="0"/>
          <w:sz w:val="30"/>
        </w:rPr>
        <w:t>四、日常句型题（共7题，每题2分，共14分）</w:t>
      </w:r>
    </w:p>
    <w:p>
      <w:pPr>
        <w:spacing w:after="80"/>
      </w:pPr>
      <w:r>
        <w:rPr>
          <w:rFonts w:ascii="Tahoma" w:hAnsi="Tahoma" w:eastAsia="微软雅黑" w:cs="Tahoma"/>
          <w:b w:val="0"/>
          <w:i w:val="0"/>
          <w:color w:val="555555"/>
          <w:sz w:val="21"/>
        </w:rPr>
        <w:t>答题要求：补全句型、选择适配场景的正确泰语句型。</w:t>
      </w:r>
    </w:p>
    <w:p>
      <w:pPr>
        <w:spacing w:before="160" w:after="40"/>
      </w:pPr>
      <w:r>
        <w:rPr>
          <w:rFonts w:ascii="Tahoma" w:hAnsi="Tahoma" w:eastAsia="微软雅黑" w:cs="Tahoma"/>
          <w:b w:val="0"/>
          <w:i w:val="0"/>
          <w:sz w:val="25"/>
        </w:rPr>
        <w:t>24. __________ คุณชื่ออะไร</w:t>
      </w:r>
    </w:p>
    <w:p>
      <w:pPr>
        <w:spacing w:after="0"/>
        <w:ind w:left="480"/>
      </w:pPr>
      <w:r>
        <w:rPr>
          <w:rFonts w:ascii="Tahoma" w:hAnsi="Tahoma" w:eastAsia="微软雅黑" w:cs="Tahoma"/>
          <w:b w:val="0"/>
          <w:i w:val="0"/>
          <w:sz w:val="24"/>
        </w:rPr>
        <w:t>A. ขอโทษ</w:t>
      </w:r>
    </w:p>
    <w:p>
      <w:pPr>
        <w:spacing w:after="0"/>
        <w:ind w:left="480"/>
      </w:pPr>
      <w:r>
        <w:rPr>
          <w:rFonts w:ascii="Tahoma" w:hAnsi="Tahoma" w:eastAsia="微软雅黑" w:cs="Tahoma"/>
          <w:b w:val="0"/>
          <w:i w:val="0"/>
          <w:sz w:val="24"/>
        </w:rPr>
        <w:t>B. สวัสดี</w:t>
      </w:r>
    </w:p>
    <w:p>
      <w:pPr>
        <w:spacing w:after="0"/>
        <w:ind w:left="480"/>
      </w:pPr>
      <w:r>
        <w:rPr>
          <w:rFonts w:ascii="Tahoma" w:hAnsi="Tahoma" w:eastAsia="微软雅黑" w:cs="Tahoma"/>
          <w:b w:val="0"/>
          <w:i w:val="0"/>
          <w:sz w:val="24"/>
        </w:rPr>
        <w:t>C. ลาก่อน</w:t>
      </w:r>
    </w:p>
    <w:p>
      <w:pPr>
        <w:spacing w:after="0"/>
        <w:ind w:left="480"/>
      </w:pPr>
      <w:r>
        <w:rPr>
          <w:rFonts w:ascii="Tahoma" w:hAnsi="Tahoma" w:eastAsia="微软雅黑" w:cs="Tahoma"/>
          <w:b w:val="0"/>
          <w:i w:val="0"/>
          <w:sz w:val="24"/>
        </w:rPr>
        <w:t>D. ขอบคุณ</w:t>
      </w:r>
    </w:p>
    <w:p>
      <w:pPr>
        <w:spacing w:before="160" w:after="40"/>
      </w:pPr>
      <w:r>
        <w:rPr>
          <w:rFonts w:ascii="Tahoma" w:hAnsi="Tahoma" w:eastAsia="微软雅黑" w:cs="Tahoma"/>
          <w:b w:val="0"/>
          <w:i w:val="0"/>
          <w:sz w:val="25"/>
        </w:rPr>
        <w:t>25. ประโยคขอโทษในภาษาไทย คือข้อไหน</w:t>
      </w:r>
    </w:p>
    <w:p>
      <w:pPr>
        <w:spacing w:after="0"/>
        <w:ind w:left="480"/>
      </w:pPr>
      <w:r>
        <w:rPr>
          <w:rFonts w:ascii="Tahoma" w:hAnsi="Tahoma" w:eastAsia="微软雅黑" w:cs="Tahoma"/>
          <w:b w:val="0"/>
          <w:i w:val="0"/>
          <w:sz w:val="24"/>
        </w:rPr>
        <w:t>A. ขอบคุณมาก</w:t>
      </w:r>
    </w:p>
    <w:p>
      <w:pPr>
        <w:spacing w:after="0"/>
        <w:ind w:left="480"/>
      </w:pPr>
      <w:r>
        <w:rPr>
          <w:rFonts w:ascii="Tahoma" w:hAnsi="Tahoma" w:eastAsia="微软雅黑" w:cs="Tahoma"/>
          <w:b w:val="0"/>
          <w:i w:val="0"/>
          <w:sz w:val="24"/>
        </w:rPr>
        <w:t>B. ขอโทษด้วย</w:t>
      </w:r>
    </w:p>
    <w:p>
      <w:pPr>
        <w:spacing w:after="0"/>
        <w:ind w:left="480"/>
      </w:pPr>
      <w:r>
        <w:rPr>
          <w:rFonts w:ascii="Tahoma" w:hAnsi="Tahoma" w:eastAsia="微软雅黑" w:cs="Tahoma"/>
          <w:b w:val="0"/>
          <w:i w:val="0"/>
          <w:sz w:val="24"/>
        </w:rPr>
        <w:t>C. ยินดีค่ะ</w:t>
      </w:r>
    </w:p>
    <w:p>
      <w:pPr>
        <w:spacing w:after="0"/>
        <w:ind w:left="480"/>
      </w:pPr>
      <w:r>
        <w:rPr>
          <w:rFonts w:ascii="Tahoma" w:hAnsi="Tahoma" w:eastAsia="微软雅黑" w:cs="Tahoma"/>
          <w:b w:val="0"/>
          <w:i w:val="0"/>
          <w:sz w:val="24"/>
        </w:rPr>
        <w:t>D. สบายดีนะ</w:t>
      </w:r>
    </w:p>
    <w:p>
      <w:pPr>
        <w:spacing w:before="160" w:after="40"/>
      </w:pPr>
      <w:r>
        <w:rPr>
          <w:rFonts w:ascii="Tahoma" w:hAnsi="Tahoma" w:eastAsia="微软雅黑" w:cs="Tahoma"/>
          <w:b w:val="0"/>
          <w:i w:val="0"/>
          <w:sz w:val="25"/>
        </w:rPr>
        <w:t>26. ตอบรับคำขอบคุณควรพูดว่า</w:t>
      </w:r>
    </w:p>
    <w:p>
      <w:pPr>
        <w:spacing w:after="0"/>
        <w:ind w:left="480"/>
      </w:pPr>
      <w:r>
        <w:rPr>
          <w:rFonts w:ascii="Tahoma" w:hAnsi="Tahoma" w:eastAsia="微软雅黑" w:cs="Tahoma"/>
          <w:b w:val="0"/>
          <w:i w:val="0"/>
          <w:sz w:val="24"/>
        </w:rPr>
        <w:t>A. ยินดี</w:t>
      </w:r>
    </w:p>
    <w:p>
      <w:pPr>
        <w:spacing w:after="0"/>
        <w:ind w:left="480"/>
      </w:pPr>
      <w:r>
        <w:rPr>
          <w:rFonts w:ascii="Tahoma" w:hAnsi="Tahoma" w:eastAsia="微软雅黑" w:cs="Tahoma"/>
          <w:b w:val="0"/>
          <w:i w:val="0"/>
          <w:sz w:val="24"/>
        </w:rPr>
        <w:t>B. ขอโทษ</w:t>
      </w:r>
    </w:p>
    <w:p>
      <w:pPr>
        <w:spacing w:after="0"/>
        <w:ind w:left="480"/>
      </w:pPr>
      <w:r>
        <w:rPr>
          <w:rFonts w:ascii="Tahoma" w:hAnsi="Tahoma" w:eastAsia="微软雅黑" w:cs="Tahoma"/>
          <w:b w:val="0"/>
          <w:i w:val="0"/>
          <w:sz w:val="24"/>
        </w:rPr>
        <w:t>C. ไม่เป็นไร</w:t>
      </w:r>
    </w:p>
    <w:p>
      <w:pPr>
        <w:spacing w:after="0"/>
        <w:ind w:left="480"/>
      </w:pPr>
      <w:r>
        <w:rPr>
          <w:rFonts w:ascii="Tahoma" w:hAnsi="Tahoma" w:eastAsia="微软雅黑" w:cs="Tahoma"/>
          <w:b w:val="0"/>
          <w:i w:val="0"/>
          <w:sz w:val="24"/>
        </w:rPr>
        <w:t>D. ทั้ง A และ C</w:t>
      </w:r>
    </w:p>
    <w:p>
      <w:pPr>
        <w:spacing w:before="160" w:after="40"/>
      </w:pPr>
      <w:r>
        <w:rPr>
          <w:rFonts w:ascii="Tahoma" w:hAnsi="Tahoma" w:eastAsia="微软雅黑" w:cs="Tahoma"/>
          <w:b w:val="0"/>
          <w:i w:val="0"/>
          <w:sz w:val="25"/>
        </w:rPr>
        <w:t>27. __________ ฉันไปซื้อของ</w:t>
      </w:r>
    </w:p>
    <w:p>
      <w:pPr>
        <w:spacing w:after="0"/>
        <w:ind w:left="480"/>
      </w:pPr>
      <w:r>
        <w:rPr>
          <w:rFonts w:ascii="Tahoma" w:hAnsi="Tahoma" w:eastAsia="微软雅黑" w:cs="Tahoma"/>
          <w:b w:val="0"/>
          <w:i w:val="0"/>
          <w:sz w:val="24"/>
        </w:rPr>
        <w:t>A. ตอนเช้า</w:t>
      </w:r>
    </w:p>
    <w:p>
      <w:pPr>
        <w:spacing w:after="0"/>
        <w:ind w:left="480"/>
      </w:pPr>
      <w:r>
        <w:rPr>
          <w:rFonts w:ascii="Tahoma" w:hAnsi="Tahoma" w:eastAsia="微软雅黑" w:cs="Tahoma"/>
          <w:b w:val="0"/>
          <w:i w:val="0"/>
          <w:sz w:val="24"/>
        </w:rPr>
        <w:t>B. กินข้าว</w:t>
      </w:r>
    </w:p>
    <w:p>
      <w:pPr>
        <w:spacing w:after="0"/>
        <w:ind w:left="480"/>
      </w:pPr>
      <w:r>
        <w:rPr>
          <w:rFonts w:ascii="Tahoma" w:hAnsi="Tahoma" w:eastAsia="微软雅黑" w:cs="Tahoma"/>
          <w:b w:val="0"/>
          <w:i w:val="0"/>
          <w:sz w:val="24"/>
        </w:rPr>
        <w:t>C. อ่านหนังสือ</w:t>
      </w:r>
    </w:p>
    <w:p>
      <w:pPr>
        <w:spacing w:after="0"/>
        <w:ind w:left="480"/>
      </w:pPr>
      <w:r>
        <w:rPr>
          <w:rFonts w:ascii="Tahoma" w:hAnsi="Tahoma" w:eastAsia="微软雅黑" w:cs="Tahoma"/>
          <w:b w:val="0"/>
          <w:i w:val="0"/>
          <w:sz w:val="24"/>
        </w:rPr>
        <w:t>D. นอนหลับ</w:t>
      </w:r>
    </w:p>
    <w:p>
      <w:pPr>
        <w:spacing w:before="160" w:after="40"/>
      </w:pPr>
      <w:r>
        <w:rPr>
          <w:rFonts w:ascii="Tahoma" w:hAnsi="Tahoma" w:eastAsia="微软雅黑" w:cs="Tahoma"/>
          <w:b w:val="0"/>
          <w:i w:val="0"/>
          <w:sz w:val="25"/>
        </w:rPr>
        <w:t>28. ประโยค "คุณอายุเท่าไหร่" ใช้ถามอะไร</w:t>
      </w:r>
    </w:p>
    <w:p>
      <w:pPr>
        <w:spacing w:after="0"/>
        <w:ind w:left="480"/>
      </w:pPr>
      <w:r>
        <w:rPr>
          <w:rFonts w:ascii="Tahoma" w:hAnsi="Tahoma" w:eastAsia="微软雅黑" w:cs="Tahoma"/>
          <w:b w:val="0"/>
          <w:i w:val="0"/>
          <w:sz w:val="24"/>
        </w:rPr>
        <w:t>A. ส่วนสูง</w:t>
      </w:r>
    </w:p>
    <w:p>
      <w:pPr>
        <w:spacing w:after="0"/>
        <w:ind w:left="480"/>
      </w:pPr>
      <w:r>
        <w:rPr>
          <w:rFonts w:ascii="Tahoma" w:hAnsi="Tahoma" w:eastAsia="微软雅黑" w:cs="Tahoma"/>
          <w:b w:val="0"/>
          <w:i w:val="0"/>
          <w:sz w:val="24"/>
        </w:rPr>
        <w:t>B. อายุ</w:t>
      </w:r>
    </w:p>
    <w:p>
      <w:pPr>
        <w:spacing w:after="0"/>
        <w:ind w:left="480"/>
      </w:pPr>
      <w:r>
        <w:rPr>
          <w:rFonts w:ascii="Tahoma" w:hAnsi="Tahoma" w:eastAsia="微软雅黑" w:cs="Tahoma"/>
          <w:b w:val="0"/>
          <w:i w:val="0"/>
          <w:sz w:val="24"/>
        </w:rPr>
        <w:t>C. น้ำหนัก</w:t>
      </w:r>
    </w:p>
    <w:p>
      <w:pPr>
        <w:spacing w:after="0"/>
        <w:ind w:left="480"/>
      </w:pPr>
      <w:r>
        <w:rPr>
          <w:rFonts w:ascii="Tahoma" w:hAnsi="Tahoma" w:eastAsia="微软雅黑" w:cs="Tahoma"/>
          <w:b w:val="0"/>
          <w:i w:val="0"/>
          <w:sz w:val="24"/>
        </w:rPr>
        <w:t>D. ที่อยู่</w:t>
      </w:r>
    </w:p>
    <w:p>
      <w:pPr>
        <w:spacing w:before="160" w:after="40"/>
      </w:pPr>
      <w:r>
        <w:rPr>
          <w:rFonts w:ascii="Tahoma" w:hAnsi="Tahoma" w:eastAsia="微软雅黑" w:cs="Tahoma"/>
          <w:b w:val="0"/>
          <w:i w:val="0"/>
          <w:sz w:val="25"/>
        </w:rPr>
        <w:t>29. ถ้าอยากบอกว่า "我不懂" ต้องพูดว่า</w:t>
      </w:r>
    </w:p>
    <w:p>
      <w:pPr>
        <w:spacing w:after="0"/>
        <w:ind w:left="480"/>
      </w:pPr>
      <w:r>
        <w:rPr>
          <w:rFonts w:ascii="Tahoma" w:hAnsi="Tahoma" w:eastAsia="微软雅黑" w:cs="Tahoma"/>
          <w:b w:val="0"/>
          <w:i w:val="0"/>
          <w:sz w:val="24"/>
        </w:rPr>
        <w:t>A. ฉันเข้าใจ</w:t>
      </w:r>
    </w:p>
    <w:p>
      <w:pPr>
        <w:spacing w:after="0"/>
        <w:ind w:left="480"/>
      </w:pPr>
      <w:r>
        <w:rPr>
          <w:rFonts w:ascii="Tahoma" w:hAnsi="Tahoma" w:eastAsia="微软雅黑" w:cs="Tahoma"/>
          <w:b w:val="0"/>
          <w:i w:val="0"/>
          <w:sz w:val="24"/>
        </w:rPr>
        <w:t>B. ฉันไม่เข้าใจ</w:t>
      </w:r>
    </w:p>
    <w:p>
      <w:pPr>
        <w:spacing w:after="0"/>
        <w:ind w:left="480"/>
      </w:pPr>
      <w:r>
        <w:rPr>
          <w:rFonts w:ascii="Tahoma" w:hAnsi="Tahoma" w:eastAsia="微软雅黑" w:cs="Tahoma"/>
          <w:b w:val="0"/>
          <w:i w:val="0"/>
          <w:sz w:val="24"/>
        </w:rPr>
        <w:t>C. ฉันรู้แล้ว</w:t>
      </w:r>
    </w:p>
    <w:p>
      <w:pPr>
        <w:spacing w:after="0"/>
        <w:ind w:left="480"/>
      </w:pPr>
      <w:r>
        <w:rPr>
          <w:rFonts w:ascii="Tahoma" w:hAnsi="Tahoma" w:eastAsia="微软雅黑" w:cs="Tahoma"/>
          <w:b w:val="0"/>
          <w:i w:val="0"/>
          <w:sz w:val="24"/>
        </w:rPr>
        <w:t>D. ฉันอยากรู้</w:t>
      </w:r>
    </w:p>
    <w:p>
      <w:pPr>
        <w:spacing w:before="160" w:after="40"/>
      </w:pPr>
      <w:r>
        <w:rPr>
          <w:rFonts w:ascii="Tahoma" w:hAnsi="Tahoma" w:eastAsia="微软雅黑" w:cs="Tahoma"/>
          <w:b w:val="0"/>
          <w:i w:val="0"/>
          <w:sz w:val="25"/>
        </w:rPr>
        <w:t>30. ประโยค "เจอกันพรุ่งนี้" หมายถึง</w:t>
      </w:r>
    </w:p>
    <w:p>
      <w:pPr>
        <w:spacing w:after="0"/>
        <w:ind w:left="480"/>
      </w:pPr>
      <w:r>
        <w:rPr>
          <w:rFonts w:ascii="Tahoma" w:hAnsi="Tahoma" w:eastAsia="微软雅黑" w:cs="Tahoma"/>
          <w:b w:val="0"/>
          <w:i w:val="0"/>
          <w:sz w:val="24"/>
        </w:rPr>
        <w:t>A. 明天见</w:t>
      </w:r>
    </w:p>
    <w:p>
      <w:pPr>
        <w:spacing w:after="0"/>
        <w:ind w:left="480"/>
      </w:pPr>
      <w:r>
        <w:rPr>
          <w:rFonts w:ascii="Tahoma" w:hAnsi="Tahoma" w:eastAsia="微软雅黑" w:cs="Tahoma"/>
          <w:b w:val="0"/>
          <w:i w:val="0"/>
          <w:sz w:val="24"/>
        </w:rPr>
        <w:t>B. 今天见</w:t>
      </w:r>
    </w:p>
    <w:p>
      <w:pPr>
        <w:spacing w:after="0"/>
        <w:ind w:left="480"/>
      </w:pPr>
      <w:r>
        <w:rPr>
          <w:rFonts w:ascii="Tahoma" w:hAnsi="Tahoma" w:eastAsia="微软雅黑" w:cs="Tahoma"/>
          <w:b w:val="0"/>
          <w:i w:val="0"/>
          <w:sz w:val="24"/>
        </w:rPr>
        <w:t>C. 昨天见</w:t>
      </w:r>
    </w:p>
    <w:p>
      <w:pPr>
        <w:spacing w:after="0"/>
        <w:ind w:left="480"/>
      </w:pPr>
      <w:r>
        <w:rPr>
          <w:rFonts w:ascii="Tahoma" w:hAnsi="Tahoma" w:eastAsia="微软雅黑" w:cs="Tahoma"/>
          <w:b w:val="0"/>
          <w:i w:val="0"/>
          <w:sz w:val="24"/>
        </w:rPr>
        <w:t>D. 下次见</w:t>
      </w:r>
    </w:p>
    <w:p>
      <w:pPr>
        <w:spacing w:before="280" w:after="40"/>
      </w:pPr>
      <w:r>
        <w:rPr>
          <w:rFonts w:ascii="Tahoma" w:hAnsi="Tahoma" w:eastAsia="微软雅黑" w:cs="Tahoma"/>
          <w:b/>
          <w:i w:val="0"/>
          <w:sz w:val="30"/>
        </w:rPr>
        <w:t>五、阅读理解题（共5题，每题3分，共15分）</w:t>
      </w:r>
    </w:p>
    <w:p>
      <w:pPr>
        <w:spacing w:after="80"/>
      </w:pPr>
      <w:r>
        <w:rPr>
          <w:rFonts w:ascii="Tahoma" w:hAnsi="Tahoma" w:eastAsia="微软雅黑" w:cs="Tahoma"/>
          <w:b w:val="0"/>
          <w:i w:val="0"/>
          <w:color w:val="555555"/>
          <w:sz w:val="21"/>
        </w:rPr>
        <w:t>答题要求：阅读泰语短文，根据短文内容作答题目。</w:t>
      </w:r>
    </w:p>
    <w:p>
      <w:pPr>
        <w:spacing w:before="40" w:after="120"/>
        <w:ind w:left="240"/>
      </w:pPr>
      <w:r>
        <w:rPr>
          <w:rFonts w:ascii="Tahoma" w:hAnsi="Tahoma" w:eastAsia="微软雅黑" w:cs="Tahoma"/>
          <w:b w:val="0"/>
          <w:i w:val="0"/>
          <w:color w:val="2E74B5"/>
          <w:sz w:val="24"/>
        </w:rPr>
        <w:t>บทอ่าน：ฉันชื่อหลี่หัว ฉันอายุ 20 ปี ฉันเป็นนักเรียนโรงเรียนสอนภาษาไทย ทุกวันฉันตื่นนอนตอนเจ็ดโมงเช้า หลังจากตื่นนอน ฉันล้างหน้า แปรงฟัน แล้วกินข้าวเช้า ตอนแปดโมงฉันไปเรียนหนังสือ ตอนเที่ยงฉันกินข้าวเที่ยงกับเพื่อน ตอนเย็นฉันกลับบ้าน อ่านหนังสือและทำการบ้าน ทุกวันฉันมีความสุขมาก</w:t>
      </w:r>
    </w:p>
    <w:p>
      <w:pPr>
        <w:spacing w:before="160" w:after="40"/>
      </w:pPr>
      <w:r>
        <w:rPr>
          <w:rFonts w:ascii="Tahoma" w:hAnsi="Tahoma" w:eastAsia="微软雅黑" w:cs="Tahoma"/>
          <w:b w:val="0"/>
          <w:i w:val="0"/>
          <w:sz w:val="25"/>
        </w:rPr>
        <w:t>31. ผู้เขียนชื่ออะไร</w:t>
      </w:r>
    </w:p>
    <w:p>
      <w:pPr>
        <w:spacing w:after="0"/>
        <w:ind w:left="480"/>
      </w:pPr>
      <w:r>
        <w:rPr>
          <w:rFonts w:ascii="Tahoma" w:hAnsi="Tahoma" w:eastAsia="微软雅黑" w:cs="Tahoma"/>
          <w:b w:val="0"/>
          <w:i w:val="0"/>
          <w:sz w:val="24"/>
        </w:rPr>
        <w:t>A. หลี่หัว</w:t>
      </w:r>
    </w:p>
    <w:p>
      <w:pPr>
        <w:spacing w:after="0"/>
        <w:ind w:left="480"/>
      </w:pPr>
      <w:r>
        <w:rPr>
          <w:rFonts w:ascii="Tahoma" w:hAnsi="Tahoma" w:eastAsia="微软雅黑" w:cs="Tahoma"/>
          <w:b w:val="0"/>
          <w:i w:val="0"/>
          <w:sz w:val="24"/>
        </w:rPr>
        <w:t>B. วังหง</w:t>
      </w:r>
    </w:p>
    <w:p>
      <w:pPr>
        <w:spacing w:after="0"/>
        <w:ind w:left="480"/>
      </w:pPr>
      <w:r>
        <w:rPr>
          <w:rFonts w:ascii="Tahoma" w:hAnsi="Tahoma" w:eastAsia="微软雅黑" w:cs="Tahoma"/>
          <w:b w:val="0"/>
          <w:i w:val="0"/>
          <w:sz w:val="24"/>
        </w:rPr>
        <w:t>C. จางเหมย</w:t>
      </w:r>
    </w:p>
    <w:p>
      <w:pPr>
        <w:spacing w:after="0"/>
        <w:ind w:left="480"/>
      </w:pPr>
      <w:r>
        <w:rPr>
          <w:rFonts w:ascii="Tahoma" w:hAnsi="Tahoma" w:eastAsia="微软雅黑" w:cs="Tahoma"/>
          <w:b w:val="0"/>
          <w:i w:val="0"/>
          <w:sz w:val="24"/>
        </w:rPr>
        <w:t>D. ไม่ระบุ</w:t>
      </w:r>
    </w:p>
    <w:p>
      <w:pPr>
        <w:spacing w:before="160" w:after="40"/>
      </w:pPr>
      <w:r>
        <w:rPr>
          <w:rFonts w:ascii="Tahoma" w:hAnsi="Tahoma" w:eastAsia="微软雅黑" w:cs="Tahoma"/>
          <w:b w:val="0"/>
          <w:i w:val="0"/>
          <w:sz w:val="25"/>
        </w:rPr>
        <w:t>32. ผู้เขียนอายุเท่าไหร่</w:t>
      </w:r>
    </w:p>
    <w:p>
      <w:pPr>
        <w:spacing w:after="0"/>
        <w:ind w:left="480"/>
      </w:pPr>
      <w:r>
        <w:rPr>
          <w:rFonts w:ascii="Tahoma" w:hAnsi="Tahoma" w:eastAsia="微软雅黑" w:cs="Tahoma"/>
          <w:b w:val="0"/>
          <w:i w:val="0"/>
          <w:sz w:val="24"/>
        </w:rPr>
        <w:t>A. 19 ปี</w:t>
      </w:r>
    </w:p>
    <w:p>
      <w:pPr>
        <w:spacing w:after="0"/>
        <w:ind w:left="480"/>
      </w:pPr>
      <w:r>
        <w:rPr>
          <w:rFonts w:ascii="Tahoma" w:hAnsi="Tahoma" w:eastAsia="微软雅黑" w:cs="Tahoma"/>
          <w:b w:val="0"/>
          <w:i w:val="0"/>
          <w:sz w:val="24"/>
        </w:rPr>
        <w:t>B. 20 ปี</w:t>
      </w:r>
    </w:p>
    <w:p>
      <w:pPr>
        <w:spacing w:after="0"/>
        <w:ind w:left="480"/>
      </w:pPr>
      <w:r>
        <w:rPr>
          <w:rFonts w:ascii="Tahoma" w:hAnsi="Tahoma" w:eastAsia="微软雅黑" w:cs="Tahoma"/>
          <w:b w:val="0"/>
          <w:i w:val="0"/>
          <w:sz w:val="24"/>
        </w:rPr>
        <w:t>C. 21 ปี</w:t>
      </w:r>
    </w:p>
    <w:p>
      <w:pPr>
        <w:spacing w:after="0"/>
        <w:ind w:left="480"/>
      </w:pPr>
      <w:r>
        <w:rPr>
          <w:rFonts w:ascii="Tahoma" w:hAnsi="Tahoma" w:eastAsia="微软雅黑" w:cs="Tahoma"/>
          <w:b w:val="0"/>
          <w:i w:val="0"/>
          <w:sz w:val="24"/>
        </w:rPr>
        <w:t>D. 22 ปี</w:t>
      </w:r>
    </w:p>
    <w:p>
      <w:pPr>
        <w:spacing w:before="160" w:after="40"/>
      </w:pPr>
      <w:r>
        <w:rPr>
          <w:rFonts w:ascii="Tahoma" w:hAnsi="Tahoma" w:eastAsia="微软雅黑" w:cs="Tahoma"/>
          <w:b w:val="0"/>
          <w:i w:val="0"/>
          <w:sz w:val="25"/>
        </w:rPr>
        <w:t>33. ผู้เขียนตื่นนอนตอนไหน</w:t>
      </w:r>
    </w:p>
    <w:p>
      <w:pPr>
        <w:spacing w:after="0"/>
        <w:ind w:left="480"/>
      </w:pPr>
      <w:r>
        <w:rPr>
          <w:rFonts w:ascii="Tahoma" w:hAnsi="Tahoma" w:eastAsia="微软雅黑" w:cs="Tahoma"/>
          <w:b w:val="0"/>
          <w:i w:val="0"/>
          <w:sz w:val="24"/>
        </w:rPr>
        <w:t>A. หกโมง</w:t>
      </w:r>
    </w:p>
    <w:p>
      <w:pPr>
        <w:spacing w:after="0"/>
        <w:ind w:left="480"/>
      </w:pPr>
      <w:r>
        <w:rPr>
          <w:rFonts w:ascii="Tahoma" w:hAnsi="Tahoma" w:eastAsia="微软雅黑" w:cs="Tahoma"/>
          <w:b w:val="0"/>
          <w:i w:val="0"/>
          <w:sz w:val="24"/>
        </w:rPr>
        <w:t>B. เจ็ดโมง</w:t>
      </w:r>
    </w:p>
    <w:p>
      <w:pPr>
        <w:spacing w:after="0"/>
        <w:ind w:left="480"/>
      </w:pPr>
      <w:r>
        <w:rPr>
          <w:rFonts w:ascii="Tahoma" w:hAnsi="Tahoma" w:eastAsia="微软雅黑" w:cs="Tahoma"/>
          <w:b w:val="0"/>
          <w:i w:val="0"/>
          <w:sz w:val="24"/>
        </w:rPr>
        <w:t>C. แปดโมง</w:t>
      </w:r>
    </w:p>
    <w:p>
      <w:pPr>
        <w:spacing w:after="0"/>
        <w:ind w:left="480"/>
      </w:pPr>
      <w:r>
        <w:rPr>
          <w:rFonts w:ascii="Tahoma" w:hAnsi="Tahoma" w:eastAsia="微软雅黑" w:cs="Tahoma"/>
          <w:b w:val="0"/>
          <w:i w:val="0"/>
          <w:sz w:val="24"/>
        </w:rPr>
        <w:t>D. เก้าโมง</w:t>
      </w:r>
    </w:p>
    <w:p>
      <w:pPr>
        <w:spacing w:before="160" w:after="40"/>
      </w:pPr>
      <w:r>
        <w:rPr>
          <w:rFonts w:ascii="Tahoma" w:hAnsi="Tahoma" w:eastAsia="微软雅黑" w:cs="Tahoma"/>
          <w:b w:val="0"/>
          <w:i w:val="0"/>
          <w:sz w:val="25"/>
        </w:rPr>
        <w:t>34. ผู้เขียนไปเรียนตอนเวลาไหน</w:t>
      </w:r>
    </w:p>
    <w:p>
      <w:pPr>
        <w:spacing w:after="0"/>
        <w:ind w:left="480"/>
      </w:pPr>
      <w:r>
        <w:rPr>
          <w:rFonts w:ascii="Tahoma" w:hAnsi="Tahoma" w:eastAsia="微软雅黑" w:cs="Tahoma"/>
          <w:b w:val="0"/>
          <w:i w:val="0"/>
          <w:sz w:val="24"/>
        </w:rPr>
        <w:t>A. เจ็ดโมง</w:t>
      </w:r>
    </w:p>
    <w:p>
      <w:pPr>
        <w:spacing w:after="0"/>
        <w:ind w:left="480"/>
      </w:pPr>
      <w:r>
        <w:rPr>
          <w:rFonts w:ascii="Tahoma" w:hAnsi="Tahoma" w:eastAsia="微软雅黑" w:cs="Tahoma"/>
          <w:b w:val="0"/>
          <w:i w:val="0"/>
          <w:sz w:val="24"/>
        </w:rPr>
        <w:t>B. แปดโมง</w:t>
      </w:r>
    </w:p>
    <w:p>
      <w:pPr>
        <w:spacing w:after="0"/>
        <w:ind w:left="480"/>
      </w:pPr>
      <w:r>
        <w:rPr>
          <w:rFonts w:ascii="Tahoma" w:hAnsi="Tahoma" w:eastAsia="微软雅黑" w:cs="Tahoma"/>
          <w:b w:val="0"/>
          <w:i w:val="0"/>
          <w:sz w:val="24"/>
        </w:rPr>
        <w:t>C. สิบโมง</w:t>
      </w:r>
    </w:p>
    <w:p>
      <w:pPr>
        <w:spacing w:after="0"/>
        <w:ind w:left="480"/>
      </w:pPr>
      <w:r>
        <w:rPr>
          <w:rFonts w:ascii="Tahoma" w:hAnsi="Tahoma" w:eastAsia="微软雅黑" w:cs="Tahoma"/>
          <w:b w:val="0"/>
          <w:i w:val="0"/>
          <w:sz w:val="24"/>
        </w:rPr>
        <w:t>D. สิบสองโมง</w:t>
      </w:r>
    </w:p>
    <w:p>
      <w:pPr>
        <w:spacing w:before="160" w:after="40"/>
      </w:pPr>
      <w:r>
        <w:rPr>
          <w:rFonts w:ascii="Tahoma" w:hAnsi="Tahoma" w:eastAsia="微软雅黑" w:cs="Tahoma"/>
          <w:b w:val="0"/>
          <w:i w:val="0"/>
          <w:sz w:val="25"/>
        </w:rPr>
        <w:t>35. กิจกรรมตอนเย็นของผู้เขียนคืออะไร</w:t>
      </w:r>
    </w:p>
    <w:p>
      <w:pPr>
        <w:spacing w:after="0"/>
        <w:ind w:left="480"/>
      </w:pPr>
      <w:r>
        <w:rPr>
          <w:rFonts w:ascii="Tahoma" w:hAnsi="Tahoma" w:eastAsia="微软雅黑" w:cs="Tahoma"/>
          <w:b w:val="0"/>
          <w:i w:val="0"/>
          <w:sz w:val="24"/>
        </w:rPr>
        <w:t>A. กินข้าวเที่ยง</w:t>
      </w:r>
    </w:p>
    <w:p>
      <w:pPr>
        <w:spacing w:after="0"/>
        <w:ind w:left="480"/>
      </w:pPr>
      <w:r>
        <w:rPr>
          <w:rFonts w:ascii="Tahoma" w:hAnsi="Tahoma" w:eastAsia="微软雅黑" w:cs="Tahoma"/>
          <w:b w:val="0"/>
          <w:i w:val="0"/>
          <w:sz w:val="24"/>
        </w:rPr>
        <w:t>B. ไปโรงเรียน</w:t>
      </w:r>
    </w:p>
    <w:p>
      <w:pPr>
        <w:spacing w:after="0"/>
        <w:ind w:left="480"/>
      </w:pPr>
      <w:r>
        <w:rPr>
          <w:rFonts w:ascii="Tahoma" w:hAnsi="Tahoma" w:eastAsia="微软雅黑" w:cs="Tahoma"/>
          <w:b w:val="0"/>
          <w:i w:val="0"/>
          <w:sz w:val="24"/>
        </w:rPr>
        <w:t>C. อ่านหนังสือและทำการบ้าน</w:t>
      </w:r>
    </w:p>
    <w:p>
      <w:pPr>
        <w:spacing w:after="0"/>
        <w:ind w:left="480"/>
      </w:pPr>
      <w:r>
        <w:rPr>
          <w:rFonts w:ascii="Tahoma" w:hAnsi="Tahoma" w:eastAsia="微软雅黑" w:cs="Tahoma"/>
          <w:b w:val="0"/>
          <w:i w:val="0"/>
          <w:sz w:val="24"/>
        </w:rPr>
        <w:t>D. เล่นเกม</w:t>
      </w:r>
    </w:p>
    <w:p>
      <w:pPr>
        <w:spacing w:before="280" w:after="40"/>
      </w:pPr>
      <w:r>
        <w:rPr>
          <w:rFonts w:ascii="Tahoma" w:hAnsi="Tahoma" w:eastAsia="微软雅黑" w:cs="Tahoma"/>
          <w:b/>
          <w:i w:val="0"/>
          <w:sz w:val="30"/>
        </w:rPr>
        <w:t>六、笔头表达题（共2题，每题8分，共16分）</w:t>
      </w:r>
    </w:p>
    <w:p>
      <w:pPr>
        <w:spacing w:after="80"/>
      </w:pPr>
      <w:r>
        <w:rPr>
          <w:rFonts w:ascii="Tahoma" w:hAnsi="Tahoma" w:eastAsia="微软雅黑" w:cs="Tahoma"/>
          <w:b w:val="0"/>
          <w:i w:val="0"/>
          <w:color w:val="555555"/>
          <w:sz w:val="21"/>
        </w:rPr>
        <w:t>答题要求：根据题目要求，用规范泰语完成书面表达，语句通顺、无语法错误。</w:t>
      </w:r>
    </w:p>
    <w:p>
      <w:pPr>
        <w:spacing w:before="160" w:after="40"/>
      </w:pPr>
      <w:r>
        <w:rPr>
          <w:rFonts w:ascii="Tahoma" w:hAnsi="Tahoma" w:eastAsia="微软雅黑" w:cs="Tahoma"/>
          <w:b w:val="0"/>
          <w:i w:val="0"/>
          <w:sz w:val="25"/>
        </w:rPr>
        <w:t>36. เขียนประโยคภาษาไทย 5 ประโยคเกี่ยวกับกิจกรรมประจำวันของตัวเอง</w:t>
      </w:r>
    </w:p>
    <w:p>
      <w:pPr>
        <w:spacing w:after="0"/>
        <w:ind w:left="480"/>
      </w:pPr>
      <w:r>
        <w:rPr>
          <w:rFonts w:ascii="Tahoma" w:hAnsi="Tahoma" w:eastAsia="微软雅黑" w:cs="Tahoma"/>
          <w:b w:val="0"/>
          <w:i/>
          <w:color w:val="555555"/>
          <w:sz w:val="22"/>
        </w:rPr>
        <w:t>（作答区：请用规范泰语书写）</w:t>
      </w:r>
    </w:p>
    <w:p>
      <w:pPr>
        <w:spacing w:before="160" w:after="40"/>
      </w:pPr>
      <w:r>
        <w:rPr>
          <w:rFonts w:ascii="Tahoma" w:hAnsi="Tahoma" w:eastAsia="微软雅黑" w:cs="Tahoma"/>
          <w:b w:val="0"/>
          <w:i w:val="0"/>
          <w:sz w:val="25"/>
        </w:rPr>
        <w:t>37. เขียนบทความสั้น 80-100 คำ เกี่ยวกับ "สิ่งที่ฉันชอบทำในเวลาว่าง"</w:t>
      </w:r>
    </w:p>
    <w:p>
      <w:pPr>
        <w:spacing w:after="0"/>
        <w:ind w:left="480"/>
      </w:pPr>
      <w:r>
        <w:rPr>
          <w:rFonts w:ascii="Tahoma" w:hAnsi="Tahoma" w:eastAsia="微软雅黑" w:cs="Tahoma"/>
          <w:b w:val="0"/>
          <w:i/>
          <w:color w:val="555555"/>
          <w:sz w:val="22"/>
        </w:rPr>
        <w:t>（作答区：请用规范泰语书写）</w:t>
      </w:r>
    </w:p>
    <w:p>
      <w:r>
        <w:br w:type="page"/>
      </w:r>
    </w:p>
    <w:p>
      <w:pPr>
        <w:jc w:val="center"/>
      </w:pPr>
      <w:r>
        <w:rPr>
          <w:rFonts w:ascii="Tahoma" w:hAnsi="Tahoma" w:eastAsia="微软雅黑" w:cs="Tahoma"/>
          <w:b/>
          <w:i w:val="0"/>
          <w:sz w:val="36"/>
        </w:rPr>
        <w:t>参考答案及详细解析</w:t>
      </w:r>
    </w:p>
    <w:p/>
    <w:p>
      <w:pPr>
        <w:spacing w:before="240" w:after="40"/>
      </w:pPr>
      <w:r>
        <w:rPr>
          <w:rFonts w:ascii="Tahoma" w:hAnsi="Tahoma" w:eastAsia="微软雅黑" w:cs="Tahoma"/>
          <w:b/>
          <w:i w:val="0"/>
          <w:sz w:val="28"/>
        </w:rPr>
        <w:t>一、词汇题答案解析题）</w:t>
      </w:r>
    </w:p>
    <w:p>
      <w:pPr>
        <w:spacing w:before="160" w:after="0"/>
      </w:pPr>
      <w:r>
        <w:rPr>
          <w:rFonts w:ascii="Tahoma" w:hAnsi="Tahoma" w:eastAsia="微软雅黑" w:cs="Tahoma"/>
          <w:b/>
          <w:i w:val="0"/>
          <w:sz w:val="24"/>
        </w:rPr>
        <w:t>1. 【答案】B</w:t>
      </w:r>
    </w:p>
    <w:p>
      <w:pPr>
        <w:spacing w:after="80"/>
        <w:ind w:left="360"/>
      </w:pPr>
      <w:r>
        <w:rPr>
          <w:rFonts w:ascii="Tahoma" w:hAnsi="Tahoma" w:eastAsia="微软雅黑" w:cs="Tahoma"/>
          <w:b w:val="0"/>
          <w:i w:val="0"/>
          <w:color w:val="333333"/>
          <w:sz w:val="22"/>
        </w:rPr>
        <w:t>【解析】สวัสดี是泰语基础问候词汇，固定含义为“你好”，A再见（ลาก่อน）、C谢谢（ขอบคุณ）、D对不起（ขอโทษ）均不符合。</w:t>
      </w:r>
    </w:p>
    <w:p>
      <w:pPr>
        <w:spacing w:before="160" w:after="0"/>
      </w:pPr>
      <w:r>
        <w:rPr>
          <w:rFonts w:ascii="Tahoma" w:hAnsi="Tahoma" w:eastAsia="微软雅黑" w:cs="Tahoma"/>
          <w:b/>
          <w:i w:val="0"/>
          <w:sz w:val="24"/>
        </w:rPr>
        <w:t>2. 【答案】C</w:t>
      </w:r>
    </w:p>
    <w:p>
      <w:pPr>
        <w:spacing w:after="80"/>
        <w:ind w:left="360"/>
      </w:pPr>
      <w:r>
        <w:rPr>
          <w:rFonts w:ascii="Tahoma" w:hAnsi="Tahoma" w:eastAsia="微软雅黑" w:cs="Tahoma"/>
          <w:b w:val="0"/>
          <w:i w:val="0"/>
          <w:color w:val="333333"/>
          <w:sz w:val="22"/>
        </w:rPr>
        <w:t>【解析】ขอบคุณ为泰语通用感谢用语，意为“谢谢”；B不客气（ยินดี/ไม่เป็นไร）、D晚安（ราตรีสวัสดิ์）。</w:t>
      </w:r>
    </w:p>
    <w:p>
      <w:pPr>
        <w:spacing w:before="160" w:after="0"/>
      </w:pPr>
      <w:r>
        <w:rPr>
          <w:rFonts w:ascii="Tahoma" w:hAnsi="Tahoma" w:eastAsia="微软雅黑" w:cs="Tahoma"/>
          <w:b/>
          <w:i w:val="0"/>
          <w:sz w:val="24"/>
        </w:rPr>
        <w:t>3. 【答案】A</w:t>
      </w:r>
    </w:p>
    <w:p>
      <w:pPr>
        <w:spacing w:after="80"/>
        <w:ind w:left="360"/>
      </w:pPr>
      <w:r>
        <w:rPr>
          <w:rFonts w:ascii="Tahoma" w:hAnsi="Tahoma" w:eastAsia="微软雅黑" w:cs="Tahoma"/>
          <w:b w:val="0"/>
          <w:i w:val="0"/>
          <w:color w:val="333333"/>
          <w:sz w:val="22"/>
        </w:rPr>
        <w:t>【解析】กินข้าว固定搭配表示“吃饭”；B喝水、C睡觉、D看书，均不符题干要求。</w:t>
      </w:r>
    </w:p>
    <w:p>
      <w:pPr>
        <w:spacing w:before="160" w:after="0"/>
      </w:pPr>
      <w:r>
        <w:rPr>
          <w:rFonts w:ascii="Tahoma" w:hAnsi="Tahoma" w:eastAsia="微软雅黑" w:cs="Tahoma"/>
          <w:b/>
          <w:i w:val="0"/>
          <w:sz w:val="24"/>
        </w:rPr>
        <w:t>4. 【答案】B</w:t>
      </w:r>
    </w:p>
    <w:p>
      <w:pPr>
        <w:spacing w:after="80"/>
        <w:ind w:left="360"/>
      </w:pPr>
      <w:r>
        <w:rPr>
          <w:rFonts w:ascii="Tahoma" w:hAnsi="Tahoma" w:eastAsia="微软雅黑" w:cs="Tahoma"/>
          <w:b w:val="0"/>
          <w:i w:val="0"/>
          <w:color w:val="333333"/>
          <w:sz w:val="22"/>
        </w:rPr>
        <w:t>【解析】น้ำ是泰语基础名词，含义为“水”，是日常生活核心基础词汇。</w:t>
      </w:r>
    </w:p>
    <w:p>
      <w:pPr>
        <w:spacing w:before="160" w:after="0"/>
      </w:pPr>
      <w:r>
        <w:rPr>
          <w:rFonts w:ascii="Tahoma" w:hAnsi="Tahoma" w:eastAsia="微软雅黑" w:cs="Tahoma"/>
          <w:b/>
          <w:i w:val="0"/>
          <w:sz w:val="24"/>
        </w:rPr>
        <w:t>5. 【答案】A</w:t>
      </w:r>
    </w:p>
    <w:p>
      <w:pPr>
        <w:spacing w:after="80"/>
        <w:ind w:left="360"/>
      </w:pPr>
      <w:r>
        <w:rPr>
          <w:rFonts w:ascii="Tahoma" w:hAnsi="Tahoma" w:eastAsia="微软雅黑" w:cs="Tahoma"/>
          <w:b w:val="0"/>
          <w:i w:val="0"/>
          <w:color w:val="333333"/>
          <w:sz w:val="22"/>
        </w:rPr>
        <w:t>【解析】ร้อน意为“热的”，反义词หนาว意为“冷的”；B好的、C快的、D高的，均无反义关系。</w:t>
      </w:r>
    </w:p>
    <w:p>
      <w:pPr>
        <w:spacing w:before="160" w:after="0"/>
      </w:pPr>
      <w:r>
        <w:rPr>
          <w:rFonts w:ascii="Tahoma" w:hAnsi="Tahoma" w:eastAsia="微软雅黑" w:cs="Tahoma"/>
          <w:b/>
          <w:i w:val="0"/>
          <w:sz w:val="24"/>
        </w:rPr>
        <w:t>6. 【答案】C</w:t>
      </w:r>
    </w:p>
    <w:p>
      <w:pPr>
        <w:spacing w:after="80"/>
        <w:ind w:left="360"/>
      </w:pPr>
      <w:r>
        <w:rPr>
          <w:rFonts w:ascii="Tahoma" w:hAnsi="Tahoma" w:eastAsia="微软雅黑" w:cs="Tahoma"/>
          <w:b w:val="0"/>
          <w:i w:val="0"/>
          <w:color w:val="333333"/>
          <w:sz w:val="22"/>
        </w:rPr>
        <w:t>【解析】โรงเรียน专属名词，意为“学校”；A医院（โรงพยาบาล）、B商场（ห้างสรรพสินค้า）、D家里（บ้าน）。</w:t>
      </w:r>
    </w:p>
    <w:p>
      <w:pPr>
        <w:spacing w:before="160" w:after="0"/>
      </w:pPr>
      <w:r>
        <w:rPr>
          <w:rFonts w:ascii="Tahoma" w:hAnsi="Tahoma" w:eastAsia="微软雅黑" w:cs="Tahoma"/>
          <w:b/>
          <w:i w:val="0"/>
          <w:sz w:val="24"/>
        </w:rPr>
        <w:t>7. 【答案】B</w:t>
      </w:r>
    </w:p>
    <w:p>
      <w:pPr>
        <w:spacing w:after="80"/>
        <w:ind w:left="360"/>
      </w:pPr>
      <w:r>
        <w:rPr>
          <w:rFonts w:ascii="Tahoma" w:hAnsi="Tahoma" w:eastAsia="微软雅黑" w:cs="Tahoma"/>
          <w:b w:val="0"/>
          <w:i w:val="0"/>
          <w:color w:val="333333"/>
          <w:sz w:val="22"/>
        </w:rPr>
        <w:t>【解析】แม่特指“妈妈”；A爸爸、C爷爷、D奶奶，亲属称谓区分明确。</w:t>
      </w:r>
    </w:p>
    <w:p>
      <w:pPr>
        <w:spacing w:before="160" w:after="0"/>
      </w:pPr>
      <w:r>
        <w:rPr>
          <w:rFonts w:ascii="Tahoma" w:hAnsi="Tahoma" w:eastAsia="微软雅黑" w:cs="Tahoma"/>
          <w:b/>
          <w:i w:val="0"/>
          <w:sz w:val="24"/>
        </w:rPr>
        <w:t>8. 【答案】C</w:t>
      </w:r>
    </w:p>
    <w:p>
      <w:pPr>
        <w:spacing w:after="80"/>
        <w:ind w:left="360"/>
      </w:pPr>
      <w:r>
        <w:rPr>
          <w:rFonts w:ascii="Tahoma" w:hAnsi="Tahoma" w:eastAsia="微软雅黑" w:cs="Tahoma"/>
          <w:b w:val="0"/>
          <w:i w:val="0"/>
          <w:color w:val="333333"/>
          <w:sz w:val="22"/>
        </w:rPr>
        <w:t>【解析】เดิน为动词，基础含义“走路、行走”，是泰语动作类核心词汇。</w:t>
      </w:r>
    </w:p>
    <w:p>
      <w:pPr>
        <w:spacing w:before="160" w:after="0"/>
      </w:pPr>
      <w:r>
        <w:rPr>
          <w:rFonts w:ascii="Tahoma" w:hAnsi="Tahoma" w:eastAsia="微软雅黑" w:cs="Tahoma"/>
          <w:b/>
          <w:i w:val="0"/>
          <w:sz w:val="24"/>
        </w:rPr>
        <w:t>9. 【答案】B</w:t>
      </w:r>
    </w:p>
    <w:p>
      <w:pPr>
        <w:spacing w:after="80"/>
        <w:ind w:left="360"/>
      </w:pPr>
      <w:r>
        <w:rPr>
          <w:rFonts w:ascii="Tahoma" w:hAnsi="Tahoma" w:eastAsia="微软雅黑" w:cs="Tahoma"/>
          <w:b w:val="0"/>
          <w:i w:val="0"/>
          <w:color w:val="333333"/>
          <w:sz w:val="22"/>
        </w:rPr>
        <w:t>【解析】มีความสุข表示“开心的、幸福的”；A难过的、C生气的、D疲惫的，均为反向情绪词汇。</w:t>
      </w:r>
    </w:p>
    <w:p>
      <w:pPr>
        <w:spacing w:before="160" w:after="0"/>
      </w:pPr>
      <w:r>
        <w:rPr>
          <w:rFonts w:ascii="Tahoma" w:hAnsi="Tahoma" w:eastAsia="微软雅黑" w:cs="Tahoma"/>
          <w:b/>
          <w:i w:val="0"/>
          <w:sz w:val="24"/>
        </w:rPr>
        <w:t>10. 【答案】A</w:t>
      </w:r>
    </w:p>
    <w:p>
      <w:pPr>
        <w:spacing w:after="80"/>
        <w:ind w:left="360"/>
      </w:pPr>
      <w:r>
        <w:rPr>
          <w:rFonts w:ascii="Tahoma" w:hAnsi="Tahoma" w:eastAsia="微软雅黑" w:cs="Tahoma"/>
          <w:b w:val="0"/>
          <w:i w:val="0"/>
          <w:color w:val="333333"/>
          <w:sz w:val="22"/>
        </w:rPr>
        <w:t>【解析】เวลา名词，固定含义“时间”；B天气（อากาศ）、C温度（อุณหภูมิ）、D季节（ฤดูกาล）。</w:t>
      </w:r>
    </w:p>
    <w:p>
      <w:pPr>
        <w:spacing w:before="240" w:after="40"/>
      </w:pPr>
      <w:r>
        <w:rPr>
          <w:rFonts w:ascii="Tahoma" w:hAnsi="Tahoma" w:eastAsia="微软雅黑" w:cs="Tahoma"/>
          <w:b/>
          <w:i w:val="0"/>
          <w:sz w:val="28"/>
        </w:rPr>
        <w:t>二、课文题答案解析题）</w:t>
      </w:r>
    </w:p>
    <w:p>
      <w:pPr>
        <w:spacing w:before="160" w:after="0"/>
      </w:pPr>
      <w:r>
        <w:rPr>
          <w:rFonts w:ascii="Tahoma" w:hAnsi="Tahoma" w:eastAsia="微软雅黑" w:cs="Tahoma"/>
          <w:b/>
          <w:i w:val="0"/>
          <w:sz w:val="24"/>
        </w:rPr>
        <w:t>11. 【答案】ผิด（错误）</w:t>
      </w:r>
    </w:p>
    <w:p>
      <w:pPr>
        <w:spacing w:after="80"/>
        <w:ind w:left="360"/>
      </w:pPr>
      <w:r>
        <w:rPr>
          <w:rFonts w:ascii="Tahoma" w:hAnsi="Tahoma" w:eastAsia="微软雅黑" w:cs="Tahoma"/>
          <w:b w:val="0"/>
          <w:i w:val="0"/>
          <w:color w:val="333333"/>
          <w:sz w:val="22"/>
        </w:rPr>
        <w:t>【解析】ทุกวัน意为“每天”，ทุกสัปดาห์意为“每周”，二者语义不同，句子释义错误。</w:t>
      </w:r>
    </w:p>
    <w:p>
      <w:pPr>
        <w:spacing w:before="160" w:after="0"/>
      </w:pPr>
      <w:r>
        <w:rPr>
          <w:rFonts w:ascii="Tahoma" w:hAnsi="Tahoma" w:eastAsia="微软雅黑" w:cs="Tahoma"/>
          <w:b/>
          <w:i w:val="0"/>
          <w:sz w:val="24"/>
        </w:rPr>
        <w:t>12. 【答案】ถูก（正确）</w:t>
      </w:r>
    </w:p>
    <w:p>
      <w:pPr>
        <w:spacing w:after="80"/>
        <w:ind w:left="360"/>
      </w:pPr>
      <w:r>
        <w:rPr>
          <w:rFonts w:ascii="Tahoma" w:hAnsi="Tahoma" w:eastAsia="微软雅黑" w:cs="Tahoma"/>
          <w:b w:val="0"/>
          <w:i w:val="0"/>
          <w:color w:val="333333"/>
          <w:sz w:val="22"/>
        </w:rPr>
        <w:t>【解析】กินข้าวเที่ยง是“吃午饭”，ตอนสิบสองโมง是“十二点”，符合午饭时间场景，句意正确。</w:t>
      </w:r>
    </w:p>
    <w:p>
      <w:pPr>
        <w:spacing w:before="160" w:after="0"/>
      </w:pPr>
      <w:r>
        <w:rPr>
          <w:rFonts w:ascii="Tahoma" w:hAnsi="Tahoma" w:eastAsia="微软雅黑" w:cs="Tahoma"/>
          <w:b/>
          <w:i w:val="0"/>
          <w:sz w:val="24"/>
        </w:rPr>
        <w:t>13. 【答案】A</w:t>
      </w:r>
    </w:p>
    <w:p>
      <w:pPr>
        <w:spacing w:after="80"/>
        <w:ind w:left="360"/>
      </w:pPr>
      <w:r>
        <w:rPr>
          <w:rFonts w:ascii="Tahoma" w:hAnsi="Tahoma" w:eastAsia="微软雅黑" w:cs="Tahoma"/>
          <w:b w:val="0"/>
          <w:i w:val="0"/>
          <w:color w:val="333333"/>
          <w:sz w:val="22"/>
        </w:rPr>
        <w:t>【解析】คุณสบายดีไหม是问候语“你还好吗”，标准回答为ฉันสบายดี ขอบคุณ（我很好，谢谢），其余选项场景不符。</w:t>
      </w:r>
    </w:p>
    <w:p>
      <w:pPr>
        <w:spacing w:before="160" w:after="0"/>
      </w:pPr>
      <w:r>
        <w:rPr>
          <w:rFonts w:ascii="Tahoma" w:hAnsi="Tahoma" w:eastAsia="微软雅黑" w:cs="Tahoma"/>
          <w:b/>
          <w:i w:val="0"/>
          <w:sz w:val="24"/>
        </w:rPr>
        <w:t>14. 【答案】B</w:t>
      </w:r>
    </w:p>
    <w:p>
      <w:pPr>
        <w:spacing w:after="80"/>
        <w:ind w:left="360"/>
      </w:pPr>
      <w:r>
        <w:rPr>
          <w:rFonts w:ascii="Tahoma" w:hAnsi="Tahoma" w:eastAsia="微软雅黑" w:cs="Tahoma"/>
          <w:b w:val="0"/>
          <w:i w:val="0"/>
          <w:color w:val="333333"/>
          <w:sz w:val="22"/>
        </w:rPr>
        <w:t>【解析】เจอกันใหม่意为“再见、下次见”，用于告别场景；A打招呼、C感谢、D道歉均不适用。</w:t>
      </w:r>
    </w:p>
    <w:p>
      <w:pPr>
        <w:spacing w:before="160" w:after="0"/>
      </w:pPr>
      <w:r>
        <w:rPr>
          <w:rFonts w:ascii="Tahoma" w:hAnsi="Tahoma" w:eastAsia="微软雅黑" w:cs="Tahoma"/>
          <w:b/>
          <w:i w:val="0"/>
          <w:sz w:val="24"/>
        </w:rPr>
        <w:t>15. 【答案】ถูก（正确）</w:t>
      </w:r>
    </w:p>
    <w:p>
      <w:pPr>
        <w:spacing w:after="80"/>
        <w:ind w:left="360"/>
      </w:pPr>
      <w:r>
        <w:rPr>
          <w:rFonts w:ascii="Tahoma" w:hAnsi="Tahoma" w:eastAsia="微软雅黑" w:cs="Tahoma"/>
          <w:b w:val="0"/>
          <w:i w:val="0"/>
          <w:color w:val="333333"/>
          <w:sz w:val="22"/>
        </w:rPr>
        <w:t>【解析】อร่อยมาก表示“非常美味、味道很好”，句意与释义一致，判断正确。</w:t>
      </w:r>
    </w:p>
    <w:p>
      <w:pPr>
        <w:spacing w:before="240" w:after="40"/>
      </w:pPr>
      <w:r>
        <w:rPr>
          <w:rFonts w:ascii="Tahoma" w:hAnsi="Tahoma" w:eastAsia="微软雅黑" w:cs="Tahoma"/>
          <w:b/>
          <w:i w:val="0"/>
          <w:sz w:val="28"/>
        </w:rPr>
        <w:t>三、语音题答案解析题）</w:t>
      </w:r>
    </w:p>
    <w:p>
      <w:pPr>
        <w:spacing w:before="160" w:after="0"/>
      </w:pPr>
      <w:r>
        <w:rPr>
          <w:rFonts w:ascii="Tahoma" w:hAnsi="Tahoma" w:eastAsia="微软雅黑" w:cs="Tahoma"/>
          <w:b/>
          <w:i w:val="0"/>
          <w:sz w:val="24"/>
        </w:rPr>
        <w:t>16. 【答案】A</w:t>
      </w:r>
    </w:p>
    <w:p>
      <w:pPr>
        <w:spacing w:after="80"/>
        <w:ind w:left="360"/>
      </w:pPr>
      <w:r>
        <w:rPr>
          <w:rFonts w:ascii="Tahoma" w:hAnsi="Tahoma" w:eastAsia="微软雅黑" w:cs="Tahoma"/>
          <w:b w:val="0"/>
          <w:i w:val="0"/>
          <w:color w:val="333333"/>
          <w:sz w:val="22"/>
        </w:rPr>
        <w:t>【解析】คำว่ามา为泰语标准เสียงเอก（第一调），是基础声调发音规则。</w:t>
      </w:r>
    </w:p>
    <w:p>
      <w:pPr>
        <w:spacing w:before="160" w:after="0"/>
      </w:pPr>
      <w:r>
        <w:rPr>
          <w:rFonts w:ascii="Tahoma" w:hAnsi="Tahoma" w:eastAsia="微软雅黑" w:cs="Tahoma"/>
          <w:b/>
          <w:i w:val="0"/>
          <w:sz w:val="24"/>
        </w:rPr>
        <w:t>17. 【答案】B</w:t>
      </w:r>
    </w:p>
    <w:p>
      <w:pPr>
        <w:spacing w:after="80"/>
        <w:ind w:left="360"/>
      </w:pPr>
      <w:r>
        <w:rPr>
          <w:rFonts w:ascii="Tahoma" w:hAnsi="Tahoma" w:eastAsia="微软雅黑" w:cs="Tahoma"/>
          <w:b w:val="0"/>
          <w:i w:val="0"/>
          <w:color w:val="333333"/>
          <w:sz w:val="22"/>
        </w:rPr>
        <w:t>【解析】พยัญชนะกเป็นพยัญชนะกลาง（中辅音），属于泰语辅音基础分类核心知识点。</w:t>
      </w:r>
    </w:p>
    <w:p>
      <w:pPr>
        <w:spacing w:before="160" w:after="0"/>
      </w:pPr>
      <w:r>
        <w:rPr>
          <w:rFonts w:ascii="Tahoma" w:hAnsi="Tahoma" w:eastAsia="微软雅黑" w:cs="Tahoma"/>
          <w:b/>
          <w:i w:val="0"/>
          <w:sz w:val="24"/>
        </w:rPr>
        <w:t>18. 【答案】D</w:t>
      </w:r>
    </w:p>
    <w:p>
      <w:pPr>
        <w:spacing w:after="80"/>
        <w:ind w:left="360"/>
      </w:pPr>
      <w:r>
        <w:rPr>
          <w:rFonts w:ascii="Tahoma" w:hAnsi="Tahoma" w:eastAsia="微软雅黑" w:cs="Tahoma"/>
          <w:b w:val="0"/>
          <w:i w:val="0"/>
          <w:color w:val="333333"/>
          <w:sz w:val="22"/>
        </w:rPr>
        <w:t>【解析】คำว่าดีไม่มีวรรณยุกต์กำกับ เป็นคำอ่านเสียงธรรมดา。</w:t>
      </w:r>
    </w:p>
    <w:p>
      <w:pPr>
        <w:spacing w:before="160" w:after="0"/>
      </w:pPr>
      <w:r>
        <w:rPr>
          <w:rFonts w:ascii="Tahoma" w:hAnsi="Tahoma" w:eastAsia="微软雅黑" w:cs="Tahoma"/>
          <w:b/>
          <w:i w:val="0"/>
          <w:sz w:val="24"/>
        </w:rPr>
        <w:t>19. 【答案】A</w:t>
      </w:r>
    </w:p>
    <w:p>
      <w:pPr>
        <w:spacing w:after="80"/>
        <w:ind w:left="360"/>
      </w:pPr>
      <w:r>
        <w:rPr>
          <w:rFonts w:ascii="Tahoma" w:hAnsi="Tahoma" w:eastAsia="微软雅黑" w:cs="Tahoma"/>
          <w:b w:val="0"/>
          <w:i w:val="0"/>
          <w:color w:val="333333"/>
          <w:sz w:val="22"/>
        </w:rPr>
        <w:t>【解析】สระอะเป็นสระสั้น（短元音），发音短促，是泰语元音基础分类。</w:t>
      </w:r>
    </w:p>
    <w:p>
      <w:pPr>
        <w:spacing w:before="160" w:after="0"/>
      </w:pPr>
      <w:r>
        <w:rPr>
          <w:rFonts w:ascii="Tahoma" w:hAnsi="Tahoma" w:eastAsia="微软雅黑" w:cs="Tahoma"/>
          <w:b/>
          <w:i w:val="0"/>
          <w:sz w:val="24"/>
        </w:rPr>
        <w:t>20. 【答案】B</w:t>
      </w:r>
    </w:p>
    <w:p>
      <w:pPr>
        <w:spacing w:after="80"/>
        <w:ind w:left="360"/>
      </w:pPr>
      <w:r>
        <w:rPr>
          <w:rFonts w:ascii="Tahoma" w:hAnsi="Tahoma" w:eastAsia="微软雅黑" w:cs="Tahoma"/>
          <w:b w:val="0"/>
          <w:i w:val="0"/>
          <w:color w:val="333333"/>
          <w:sz w:val="22"/>
        </w:rPr>
        <w:t>【解析】คำว่าไปอ่านเป็นเสียงโท（第二调），为固定标准发音。</w:t>
      </w:r>
    </w:p>
    <w:p>
      <w:pPr>
        <w:spacing w:before="160" w:after="0"/>
      </w:pPr>
      <w:r>
        <w:rPr>
          <w:rFonts w:ascii="Tahoma" w:hAnsi="Tahoma" w:eastAsia="微软雅黑" w:cs="Tahoma"/>
          <w:b/>
          <w:i w:val="0"/>
          <w:sz w:val="24"/>
        </w:rPr>
        <w:t>21. 【答案】B</w:t>
      </w:r>
    </w:p>
    <w:p>
      <w:pPr>
        <w:spacing w:after="80"/>
        <w:ind w:left="360"/>
      </w:pPr>
      <w:r>
        <w:rPr>
          <w:rFonts w:ascii="Tahoma" w:hAnsi="Tahoma" w:eastAsia="微软雅黑" w:cs="Tahoma"/>
          <w:b w:val="0"/>
          <w:i w:val="0"/>
          <w:color w:val="333333"/>
          <w:sz w:val="22"/>
        </w:rPr>
        <w:t>【解析】กและขมีรูปร่างและการเขียนคล้ายกัน แต่เสียงออกต่างกัน ขเป็นเสียงลมออกมากกว่า。</w:t>
      </w:r>
    </w:p>
    <w:p>
      <w:pPr>
        <w:spacing w:before="160" w:after="0"/>
      </w:pPr>
      <w:r>
        <w:rPr>
          <w:rFonts w:ascii="Tahoma" w:hAnsi="Tahoma" w:eastAsia="微软雅黑" w:cs="Tahoma"/>
          <w:b/>
          <w:i w:val="0"/>
          <w:sz w:val="24"/>
        </w:rPr>
        <w:t>22. 【答案】A</w:t>
      </w:r>
    </w:p>
    <w:p>
      <w:pPr>
        <w:spacing w:after="80"/>
        <w:ind w:left="360"/>
      </w:pPr>
      <w:r>
        <w:rPr>
          <w:rFonts w:ascii="Tahoma" w:hAnsi="Tahoma" w:eastAsia="微软雅黑" w:cs="Tahoma"/>
          <w:b w:val="0"/>
          <w:i w:val="0"/>
          <w:color w:val="333333"/>
          <w:sz w:val="22"/>
        </w:rPr>
        <w:t>【解析】คำว่าน้ำประกอบด้วยสระอา เป็นสระหลักของคำ。</w:t>
      </w:r>
    </w:p>
    <w:p>
      <w:pPr>
        <w:spacing w:before="160" w:after="0"/>
      </w:pPr>
      <w:r>
        <w:rPr>
          <w:rFonts w:ascii="Tahoma" w:hAnsi="Tahoma" w:eastAsia="微软雅黑" w:cs="Tahoma"/>
          <w:b/>
          <w:i w:val="0"/>
          <w:sz w:val="24"/>
        </w:rPr>
        <w:t>23. 【答案】B</w:t>
      </w:r>
    </w:p>
    <w:p>
      <w:pPr>
        <w:spacing w:after="80"/>
        <w:ind w:left="360"/>
      </w:pPr>
      <w:r>
        <w:rPr>
          <w:rFonts w:ascii="Tahoma" w:hAnsi="Tahoma" w:eastAsia="微软雅黑" w:cs="Tahoma"/>
          <w:b w:val="0"/>
          <w:i w:val="0"/>
          <w:color w:val="333333"/>
          <w:sz w:val="22"/>
        </w:rPr>
        <w:t>【解析】คำว่าสวัสดีเป็นสองพยางค์ เน้นเสียงที่พยางค์หลัง(ดี) ตามหลักการอ่านภาษาไทย。</w:t>
      </w:r>
    </w:p>
    <w:p>
      <w:pPr>
        <w:spacing w:before="240" w:after="40"/>
      </w:pPr>
      <w:r>
        <w:rPr>
          <w:rFonts w:ascii="Tahoma" w:hAnsi="Tahoma" w:eastAsia="微软雅黑" w:cs="Tahoma"/>
          <w:b/>
          <w:i w:val="0"/>
          <w:sz w:val="28"/>
        </w:rPr>
        <w:t>四、日常句型题答案解析题）</w:t>
      </w:r>
    </w:p>
    <w:p>
      <w:pPr>
        <w:spacing w:before="160" w:after="0"/>
      </w:pPr>
      <w:r>
        <w:rPr>
          <w:rFonts w:ascii="Tahoma" w:hAnsi="Tahoma" w:eastAsia="微软雅黑" w:cs="Tahoma"/>
          <w:b/>
          <w:i w:val="0"/>
          <w:sz w:val="24"/>
        </w:rPr>
        <w:t>24. 【答案】B</w:t>
      </w:r>
    </w:p>
    <w:p>
      <w:pPr>
        <w:spacing w:after="80"/>
        <w:ind w:left="360"/>
      </w:pPr>
      <w:r>
        <w:rPr>
          <w:rFonts w:ascii="Tahoma" w:hAnsi="Tahoma" w:eastAsia="微软雅黑" w:cs="Tahoma"/>
          <w:b w:val="0"/>
          <w:i w:val="0"/>
          <w:color w:val="333333"/>
          <w:sz w:val="22"/>
        </w:rPr>
        <w:t>【解析】สวัสดี คุณชื่ออะไร为固定日常对话，意为“你好，你叫什么名字”，其余词汇无法衔接该句型。</w:t>
      </w:r>
    </w:p>
    <w:p>
      <w:pPr>
        <w:spacing w:before="160" w:after="0"/>
      </w:pPr>
      <w:r>
        <w:rPr>
          <w:rFonts w:ascii="Tahoma" w:hAnsi="Tahoma" w:eastAsia="微软雅黑" w:cs="Tahoma"/>
          <w:b/>
          <w:i w:val="0"/>
          <w:sz w:val="24"/>
        </w:rPr>
        <w:t>25. 【答案】B</w:t>
      </w:r>
    </w:p>
    <w:p>
      <w:pPr>
        <w:spacing w:after="80"/>
        <w:ind w:left="360"/>
      </w:pPr>
      <w:r>
        <w:rPr>
          <w:rFonts w:ascii="Tahoma" w:hAnsi="Tahoma" w:eastAsia="微软雅黑" w:cs="Tahoma"/>
          <w:b w:val="0"/>
          <w:i w:val="0"/>
          <w:color w:val="333333"/>
          <w:sz w:val="22"/>
        </w:rPr>
        <w:t>【解析】ขอโทษด้วย是标准的泰语道歉句型；A非常感谢、C不客气、D安好，均不符题意。</w:t>
      </w:r>
    </w:p>
    <w:p>
      <w:pPr>
        <w:spacing w:before="160" w:after="0"/>
      </w:pPr>
      <w:r>
        <w:rPr>
          <w:rFonts w:ascii="Tahoma" w:hAnsi="Tahoma" w:eastAsia="微软雅黑" w:cs="Tahoma"/>
          <w:b/>
          <w:i w:val="0"/>
          <w:sz w:val="24"/>
        </w:rPr>
        <w:t>26. 【答案】D</w:t>
      </w:r>
    </w:p>
    <w:p>
      <w:pPr>
        <w:spacing w:after="80"/>
        <w:ind w:left="360"/>
      </w:pPr>
      <w:r>
        <w:rPr>
          <w:rFonts w:ascii="Tahoma" w:hAnsi="Tahoma" w:eastAsia="微软雅黑" w:cs="Tahoma"/>
          <w:b w:val="0"/>
          <w:i w:val="0"/>
          <w:color w:val="333333"/>
          <w:sz w:val="22"/>
        </w:rPr>
        <w:t>【解析】ตอบคำขอบคุณสามารถพูดยินดีหรือไม่เป็นไรได้ทั้งสองคำ。</w:t>
      </w:r>
    </w:p>
    <w:p>
      <w:pPr>
        <w:spacing w:before="160" w:after="0"/>
      </w:pPr>
      <w:r>
        <w:rPr>
          <w:rFonts w:ascii="Tahoma" w:hAnsi="Tahoma" w:eastAsia="微软雅黑" w:cs="Tahoma"/>
          <w:b/>
          <w:i w:val="0"/>
          <w:sz w:val="24"/>
        </w:rPr>
        <w:t>27. 【答案】A</w:t>
      </w:r>
    </w:p>
    <w:p>
      <w:pPr>
        <w:spacing w:after="80"/>
        <w:ind w:left="360"/>
      </w:pPr>
      <w:r>
        <w:rPr>
          <w:rFonts w:ascii="Tahoma" w:hAnsi="Tahoma" w:eastAsia="微软雅黑" w:cs="Tahoma"/>
          <w:b w:val="0"/>
          <w:i w:val="0"/>
          <w:color w:val="333333"/>
          <w:sz w:val="22"/>
        </w:rPr>
        <w:t>【解析】ตอนเช้า（早上）可以衔接动作“去购物”，其余选项均为动作，无法修饰后续谓语。</w:t>
      </w:r>
    </w:p>
    <w:p>
      <w:pPr>
        <w:spacing w:before="160" w:after="0"/>
      </w:pPr>
      <w:r>
        <w:rPr>
          <w:rFonts w:ascii="Tahoma" w:hAnsi="Tahoma" w:eastAsia="微软雅黑" w:cs="Tahoma"/>
          <w:b/>
          <w:i w:val="0"/>
          <w:sz w:val="24"/>
        </w:rPr>
        <w:t>28. 【答案】B</w:t>
      </w:r>
    </w:p>
    <w:p>
      <w:pPr>
        <w:spacing w:after="80"/>
        <w:ind w:left="360"/>
      </w:pPr>
      <w:r>
        <w:rPr>
          <w:rFonts w:ascii="Tahoma" w:hAnsi="Tahoma" w:eastAsia="微软雅黑" w:cs="Tahoma"/>
          <w:b w:val="0"/>
          <w:i w:val="0"/>
          <w:color w:val="333333"/>
          <w:sz w:val="22"/>
        </w:rPr>
        <w:t>【解析】คุณอายุเท่าไหร่固定句型，专门用于询问对方年龄。</w:t>
      </w:r>
    </w:p>
    <w:p>
      <w:pPr>
        <w:spacing w:before="160" w:after="0"/>
      </w:pPr>
      <w:r>
        <w:rPr>
          <w:rFonts w:ascii="Tahoma" w:hAnsi="Tahoma" w:eastAsia="微软雅黑" w:cs="Tahoma"/>
          <w:b/>
          <w:i w:val="0"/>
          <w:sz w:val="24"/>
        </w:rPr>
        <w:t>29. 【答案】B</w:t>
      </w:r>
    </w:p>
    <w:p>
      <w:pPr>
        <w:spacing w:after="80"/>
        <w:ind w:left="360"/>
      </w:pPr>
      <w:r>
        <w:rPr>
          <w:rFonts w:ascii="Tahoma" w:hAnsi="Tahoma" w:eastAsia="微软雅黑" w:cs="Tahoma"/>
          <w:b w:val="0"/>
          <w:i w:val="0"/>
          <w:color w:val="333333"/>
          <w:sz w:val="22"/>
        </w:rPr>
        <w:t>【解析】ฉันไม่เข้าใจ直译“我不理解、我不懂”，是日常高频句型。</w:t>
      </w:r>
    </w:p>
    <w:p>
      <w:pPr>
        <w:spacing w:before="160" w:after="0"/>
      </w:pPr>
      <w:r>
        <w:rPr>
          <w:rFonts w:ascii="Tahoma" w:hAnsi="Tahoma" w:eastAsia="微软雅黑" w:cs="Tahoma"/>
          <w:b/>
          <w:i w:val="0"/>
          <w:sz w:val="24"/>
        </w:rPr>
        <w:t>30. 【答案】A</w:t>
      </w:r>
    </w:p>
    <w:p>
      <w:pPr>
        <w:spacing w:after="80"/>
        <w:ind w:left="360"/>
      </w:pPr>
      <w:r>
        <w:rPr>
          <w:rFonts w:ascii="Tahoma" w:hAnsi="Tahoma" w:eastAsia="微软雅黑" w:cs="Tahoma"/>
          <w:b w:val="0"/>
          <w:i w:val="0"/>
          <w:color w:val="333333"/>
          <w:sz w:val="22"/>
        </w:rPr>
        <w:t>【解析】พรุ่งนี้意为“明天”，ประโยคเจอกันพรุ่งนี้即“明天见”。</w:t>
      </w:r>
    </w:p>
    <w:p>
      <w:pPr>
        <w:spacing w:before="240" w:after="40"/>
      </w:pPr>
      <w:r>
        <w:rPr>
          <w:rFonts w:ascii="Tahoma" w:hAnsi="Tahoma" w:eastAsia="微软雅黑" w:cs="Tahoma"/>
          <w:b/>
          <w:i w:val="0"/>
          <w:sz w:val="28"/>
        </w:rPr>
        <w:t>五、阅读理解题答案解析题）</w:t>
      </w:r>
    </w:p>
    <w:p>
      <w:pPr>
        <w:spacing w:before="160" w:after="0"/>
      </w:pPr>
      <w:r>
        <w:rPr>
          <w:rFonts w:ascii="Tahoma" w:hAnsi="Tahoma" w:eastAsia="微软雅黑" w:cs="Tahoma"/>
          <w:b/>
          <w:i w:val="0"/>
          <w:sz w:val="24"/>
        </w:rPr>
        <w:t>31. 【答案】A</w:t>
      </w:r>
    </w:p>
    <w:p>
      <w:pPr>
        <w:spacing w:after="80"/>
        <w:ind w:left="360"/>
      </w:pPr>
      <w:r>
        <w:rPr>
          <w:rFonts w:ascii="Tahoma" w:hAnsi="Tahoma" w:eastAsia="微软雅黑" w:cs="Tahoma"/>
          <w:b w:val="0"/>
          <w:i w:val="0"/>
          <w:color w:val="333333"/>
          <w:sz w:val="22"/>
        </w:rPr>
        <w:t>【解析】บทอ่านบรรทัดแรกระบุว่าฉันชื่อหลี่หัว ชื่อผู้เขียนคือหลี่หัว。</w:t>
      </w:r>
    </w:p>
    <w:p>
      <w:pPr>
        <w:spacing w:before="160" w:after="0"/>
      </w:pPr>
      <w:r>
        <w:rPr>
          <w:rFonts w:ascii="Tahoma" w:hAnsi="Tahoma" w:eastAsia="微软雅黑" w:cs="Tahoma"/>
          <w:b/>
          <w:i w:val="0"/>
          <w:sz w:val="24"/>
        </w:rPr>
        <w:t>32. 【答案】B</w:t>
      </w:r>
    </w:p>
    <w:p>
      <w:pPr>
        <w:spacing w:after="80"/>
        <w:ind w:left="360"/>
      </w:pPr>
      <w:r>
        <w:rPr>
          <w:rFonts w:ascii="Tahoma" w:hAnsi="Tahoma" w:eastAsia="微软雅黑" w:cs="Tahoma"/>
          <w:b w:val="0"/>
          <w:i w:val="0"/>
          <w:color w:val="333333"/>
          <w:sz w:val="22"/>
        </w:rPr>
        <w:t>【解析】เนื้อหาบทอ่านกล่าวว่าฉันอายุ20ปี ตรงกับตัวเลือกB。</w:t>
      </w:r>
    </w:p>
    <w:p>
      <w:pPr>
        <w:spacing w:before="160" w:after="0"/>
      </w:pPr>
      <w:r>
        <w:rPr>
          <w:rFonts w:ascii="Tahoma" w:hAnsi="Tahoma" w:eastAsia="微软雅黑" w:cs="Tahoma"/>
          <w:b/>
          <w:i w:val="0"/>
          <w:sz w:val="24"/>
        </w:rPr>
        <w:t>33. 【答案】B</w:t>
      </w:r>
    </w:p>
    <w:p>
      <w:pPr>
        <w:spacing w:after="80"/>
        <w:ind w:left="360"/>
      </w:pPr>
      <w:r>
        <w:rPr>
          <w:rFonts w:ascii="Tahoma" w:hAnsi="Tahoma" w:eastAsia="微软雅黑" w:cs="Tahoma"/>
          <w:b w:val="0"/>
          <w:i w:val="0"/>
          <w:color w:val="333333"/>
          <w:sz w:val="22"/>
        </w:rPr>
        <w:t>【解析】ระบุชัดเจน ทุกวันฉันตื่นนอนตอนเจ็ดโมงเช้า。</w:t>
      </w:r>
    </w:p>
    <w:p>
      <w:pPr>
        <w:spacing w:before="160" w:after="0"/>
      </w:pPr>
      <w:r>
        <w:rPr>
          <w:rFonts w:ascii="Tahoma" w:hAnsi="Tahoma" w:eastAsia="微软雅黑" w:cs="Tahoma"/>
          <w:b/>
          <w:i w:val="0"/>
          <w:sz w:val="24"/>
        </w:rPr>
        <w:t>34. 【答案】B</w:t>
      </w:r>
    </w:p>
    <w:p>
      <w:pPr>
        <w:spacing w:after="80"/>
        <w:ind w:left="360"/>
      </w:pPr>
      <w:r>
        <w:rPr>
          <w:rFonts w:ascii="Tahoma" w:hAnsi="Tahoma" w:eastAsia="微软雅黑" w:cs="Tahoma"/>
          <w:b w:val="0"/>
          <w:i w:val="0"/>
          <w:color w:val="333333"/>
          <w:sz w:val="22"/>
        </w:rPr>
        <w:t>【解析】เนื้อหากล่าว ตอนแปดโมงฉันไปเรียนหนังสือ。</w:t>
      </w:r>
    </w:p>
    <w:p>
      <w:pPr>
        <w:spacing w:before="160" w:after="0"/>
      </w:pPr>
      <w:r>
        <w:rPr>
          <w:rFonts w:ascii="Tahoma" w:hAnsi="Tahoma" w:eastAsia="微软雅黑" w:cs="Tahoma"/>
          <w:b/>
          <w:i w:val="0"/>
          <w:sz w:val="24"/>
        </w:rPr>
        <w:t>35. 【答案】C</w:t>
      </w:r>
    </w:p>
    <w:p>
      <w:pPr>
        <w:spacing w:after="80"/>
        <w:ind w:left="360"/>
      </w:pPr>
      <w:r>
        <w:rPr>
          <w:rFonts w:ascii="Tahoma" w:hAnsi="Tahoma" w:eastAsia="微软雅黑" w:cs="Tahoma"/>
          <w:b w:val="0"/>
          <w:i w:val="0"/>
          <w:color w:val="333333"/>
          <w:sz w:val="22"/>
        </w:rPr>
        <w:t>【解析】กิจกรรมตอนเย็นคือกลับบ้าน อ่านหนังสือและทำการบ้าน ตรงกับตัวเลือกC。</w:t>
      </w:r>
    </w:p>
    <w:p>
      <w:pPr>
        <w:spacing w:before="240" w:after="40"/>
      </w:pPr>
      <w:r>
        <w:rPr>
          <w:rFonts w:ascii="Tahoma" w:hAnsi="Tahoma" w:eastAsia="微软雅黑" w:cs="Tahoma"/>
          <w:b/>
          <w:i w:val="0"/>
          <w:sz w:val="28"/>
        </w:rPr>
        <w:t>六、笔头表达题答案解析题）</w:t>
      </w:r>
    </w:p>
    <w:p>
      <w:pPr>
        <w:spacing w:before="160" w:after="40"/>
      </w:pPr>
      <w:r>
        <w:rPr>
          <w:rFonts w:ascii="Tahoma" w:hAnsi="Tahoma" w:eastAsia="微软雅黑" w:cs="Tahoma"/>
          <w:b/>
          <w:i w:val="0"/>
          <w:sz w:val="24"/>
        </w:rPr>
        <w:t>36. 【参考范文】（5句日常活动句子）</w:t>
      </w:r>
    </w:p>
    <w:p>
      <w:pPr>
        <w:spacing w:after="0"/>
        <w:ind w:left="360"/>
      </w:pPr>
      <w:r>
        <w:rPr>
          <w:rFonts w:ascii="Tahoma" w:hAnsi="Tahoma" w:eastAsia="微软雅黑" w:cs="Tahoma"/>
          <w:b w:val="0"/>
          <w:i w:val="0"/>
          <w:sz w:val="24"/>
        </w:rPr>
        <w:t>1. ฉันตื่นนอนตอนเจ็ดโมงเช้าทุกวัน</w:t>
      </w:r>
    </w:p>
    <w:p>
      <w:pPr>
        <w:spacing w:after="0"/>
        <w:ind w:left="360"/>
      </w:pPr>
      <w:r>
        <w:rPr>
          <w:rFonts w:ascii="Tahoma" w:hAnsi="Tahoma" w:eastAsia="微软雅黑" w:cs="Tahoma"/>
          <w:b w:val="0"/>
          <w:i w:val="0"/>
          <w:sz w:val="24"/>
        </w:rPr>
        <w:t>2. ฉันแปรงฟันและล้างหน้าหลังจากตื่นนอน</w:t>
      </w:r>
    </w:p>
    <w:p>
      <w:pPr>
        <w:spacing w:after="0"/>
        <w:ind w:left="360"/>
      </w:pPr>
      <w:r>
        <w:rPr>
          <w:rFonts w:ascii="Tahoma" w:hAnsi="Tahoma" w:eastAsia="微软雅黑" w:cs="Tahoma"/>
          <w:b w:val="0"/>
          <w:i w:val="0"/>
          <w:sz w:val="24"/>
        </w:rPr>
        <w:t>3. ฉันกินข้าวเช้ากับครอบครัว</w:t>
      </w:r>
    </w:p>
    <w:p>
      <w:pPr>
        <w:spacing w:after="0"/>
        <w:ind w:left="360"/>
      </w:pPr>
      <w:r>
        <w:rPr>
          <w:rFonts w:ascii="Tahoma" w:hAnsi="Tahoma" w:eastAsia="微软雅黑" w:cs="Tahoma"/>
          <w:b w:val="0"/>
          <w:i w:val="0"/>
          <w:sz w:val="24"/>
        </w:rPr>
        <w:t>4. ฉันเรียนหนังสือในช่วงกลางวัน</w:t>
      </w:r>
    </w:p>
    <w:p>
      <w:pPr>
        <w:spacing w:after="0"/>
        <w:ind w:left="360"/>
      </w:pPr>
      <w:r>
        <w:rPr>
          <w:rFonts w:ascii="Tahoma" w:hAnsi="Tahoma" w:eastAsia="微软雅黑" w:cs="Tahoma"/>
          <w:b w:val="0"/>
          <w:i w:val="0"/>
          <w:sz w:val="24"/>
        </w:rPr>
        <w:t>5. ฉันทำการบ้านตอนเย็นทุกวัน</w:t>
      </w:r>
    </w:p>
    <w:p>
      <w:pPr>
        <w:spacing w:before="40" w:after="80"/>
        <w:ind w:left="360"/>
      </w:pPr>
      <w:r>
        <w:rPr>
          <w:rFonts w:ascii="Tahoma" w:hAnsi="Tahoma" w:eastAsia="微软雅黑" w:cs="Tahoma"/>
          <w:b w:val="0"/>
          <w:i w:val="0"/>
          <w:color w:val="333333"/>
          <w:sz w:val="22"/>
        </w:rPr>
        <w:t>【评分解析】每句语句通顺、无拼写语法错误即可得分，内容贴合日常活动主题，句式简单规范即可满分。</w:t>
      </w:r>
    </w:p>
    <w:p>
      <w:pPr>
        <w:spacing w:before="160" w:after="40"/>
      </w:pPr>
      <w:r>
        <w:rPr>
          <w:rFonts w:ascii="Tahoma" w:hAnsi="Tahoma" w:eastAsia="微软雅黑" w:cs="Tahoma"/>
          <w:b/>
          <w:i w:val="0"/>
          <w:sz w:val="24"/>
        </w:rPr>
        <w:t>37. 【参考范文】（สิ่งที่ฉันชอบทำในเวลาว่าง）</w:t>
      </w:r>
    </w:p>
    <w:p>
      <w:pPr>
        <w:spacing w:after="40"/>
        <w:ind w:left="360"/>
      </w:pPr>
      <w:r>
        <w:rPr>
          <w:rFonts w:ascii="Tahoma" w:hAnsi="Tahoma" w:eastAsia="微软雅黑" w:cs="Tahoma"/>
          <w:b w:val="0"/>
          <w:i w:val="0"/>
          <w:sz w:val="24"/>
        </w:rPr>
        <w:t>ในเวลาว่าง ฉันมีหลายสิ่งที่ชอบทำมาก ทุกครั้งที่ฉันว่างจากการเรียน ฉันชอบอ่านหนังสือภาษาไทย เพราะช่วยให้ฉันเข้าใจภาษามากขึ้น นอกจากนี้ฉันยังชอบฟังเพลงไทยและดูวิดีโอสอนภาษาก็ด้วย บางครั้งฉันจะออกไปเดินเล่นข้างนอก เพื่อผ่อนคลายความเครียด กิจกรรมเหล่านี้ทำให้เวลาว่างของฉันมีความหมายและทำให้ฉันมีความสุขเสมอ</w:t>
      </w:r>
    </w:p>
    <w:p>
      <w:pPr>
        <w:spacing w:after="0"/>
        <w:ind w:left="360"/>
      </w:pPr>
      <w:r>
        <w:rPr>
          <w:rFonts w:ascii="Tahoma" w:hAnsi="Tahoma" w:eastAsia="微软雅黑" w:cs="Tahoma"/>
          <w:b w:val="0"/>
          <w:i w:val="0"/>
          <w:color w:val="555555"/>
          <w:sz w:val="22"/>
        </w:rPr>
        <w:t>字数：92 คำ</w:t>
      </w:r>
    </w:p>
    <w:p>
      <w:pPr>
        <w:spacing w:before="40" w:after="80"/>
        <w:ind w:left="360"/>
      </w:pPr>
      <w:r>
        <w:rPr>
          <w:rFonts w:ascii="Tahoma" w:hAnsi="Tahoma" w:eastAsia="微软雅黑" w:cs="Tahoma"/>
          <w:b w:val="0"/>
          <w:i w:val="0"/>
          <w:color w:val="333333"/>
          <w:sz w:val="22"/>
        </w:rPr>
        <w:t>【评分解析】主题贴合题干、语句连贯、无语法拼写错误、字数达标即可满分；句式丰富、词汇运用规范可拿高分，少量语病酌情扣分。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Tahoma" w:hAnsi="Tahoma" w:eastAsia="微软雅黑"/>
      <w:sz w:val="24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