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ahoma" w:hAnsi="Tahoma" w:eastAsia="微软雅黑" w:cs="Tahoma"/>
          <w:b/>
          <w:sz w:val="44"/>
        </w:rPr>
        <w:t>泰语教程 · 判断题（带中文翻译）</w:t>
      </w:r>
    </w:p>
    <w:p>
      <w:pPr>
        <w:jc w:val="center"/>
      </w:pPr>
      <w:r>
        <w:rPr>
          <w:rFonts w:ascii="Tahoma" w:hAnsi="Tahoma" w:eastAsia="微软雅黑" w:cs="Tahoma"/>
          <w:b w:val="0"/>
          <w:color w:val="666666"/>
          <w:sz w:val="24"/>
        </w:rPr>
        <w:t>แบบฝึกหัด ถูก / ผิด  (True / False)</w:t>
      </w:r>
    </w:p>
    <w:p>
      <w:r>
        <w:rPr>
          <w:rFonts w:ascii="Tahoma" w:hAnsi="Tahoma" w:eastAsia="微软雅黑" w:cs="Tahoma"/>
          <w:b w:val="0"/>
          <w:color w:val="555555"/>
          <w:sz w:val="22"/>
        </w:rPr>
        <w:t>判断下列句子是否正确，正确的在括号内写 ถูก（正确），错误的写 ผิด（错误）。每句附中文翻译。</w:t>
      </w:r>
    </w:p>
    <w:p/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1. ภาษาไทยมีตัวอักษรทั้งหมด 44 ตัว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译文：泰语共有 44 个字母。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2. สระไทยมี 21 ชนิด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译文：泰语元音有 21 种。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3. วรรณยุกต์ไทยมี 5 เสียง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译文：泰语声调有 5 个。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4. ตัวอักษรไทยแบ่งเป็น 3 กลุ่ม คือ อักษรสูง อักษรกลาง อักษรต่ำ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译文：泰语字母分为 3 组：高辅音、中辅音、低辅音。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5. คำว่า "สวัสดี" เป็นคำทักทายใช้ได้ทั้งเช้าและเย็น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译文：“สวัสดี（你好）”是问候语，早上和晚上都可以用。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6. คำว่า "อรุณสวัสดิ์" ใช้ทักทายในตอนเย็น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译文：“อรุณสวัสดิ์（早安）”用于傍晚问候。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7. คำว่า "ราตรีสวัสดิ์" แปลว่า สวัสดีตอนกลางคืน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译文：“ราตรีสวัสดิ์（晚安）”意为“夜里问好”。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8. ตัวเลขไทย 1 เขียนว่า "หนึ่ง"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译文：泰语数字 1 写作“หนึ่ง”。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9. ตัวเลขไทย 10 เขียนว่า "สิบเอ็ด"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译文：泰语数字 10 写作“สิบเอ็ด”。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10. คำสรรพนาม "ฉัน" ใช้ได้ทั้งผู้ชายและผู้หญิงในทุกสถานการณ์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译文：代词“ฉัน（我）”男女在所有场合都可以用。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11. ผู้ชายใช้คำลงท้าย "ครับ" ในการพูดสุภาพ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译文：男性礼貌说话时句末用“ครับ”。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12. ผู้หญิงใช้คำลงท้าย "ค่ะ" และ "คะ" ในการพูดสุภาพ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译文：女性礼貌说话时句末用“ค่ะ”和“คะ”。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13. ประโยคภาษาไทยปกติเรียงลำดับ Subject-Verb-Object (SVO)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译文：泰语正常句序是主语-谓语-宾语（SVO）。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14. คำว่า "กิน" เป็นคำกริยาที่แปลว่า ดื่ม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译文：“กิน（吃）”这个动词的意思是“喝”。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15. คำว่า "ดื่ม" ใช้สำหรับของเหลว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译文：“ดื่ม（喝）”用于液体。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16. คำว่า "ข้าว" หมายถึง อาหารทั่วไปเท่านั้น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译文：“ข้าว（饭）”仅仅指一般的食物。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17. คำว่า "น้ำ" แปลว่า water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译文：“น้ำ”的意思是“水（water）”。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18. สระอะ เป็นสระสั้น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译文：元音“อะ”是短元音。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19. สระอา เป็นสระยาว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译文：元音“อา”是长元音。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20. อักษร "ก" เป็นอักษรกลาง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译文：字母“ก”是中辅音。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21. อักษร "ข" เป็นอักษรสูง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译文：字母“ข”是高辅音。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22. อักษร "ง" เป็นอักษรต่ำ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译文：字母“ง”是低辅音。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23. วรรณยุกต์เอก เป็นเสียงที่ต่ำที่สุด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译文：第一声调（เอก）是最低的声调。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24. วรรณยุกต์โท เป็นเสียงสูง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译文：第二声调（โท）是高音。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25. คำว่า "บ้าน" แปลว่า โรงเรียน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译文：“บ้าน（家）”的意思是“学校”。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26. คำว่า "โรงเรียน" แปลว่า school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译文：“โรงเรียน（学校）”的意思是 school。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27. คำว่า "เพื่อน" หมายถึง friend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译文：“เพื่อน（朋友）”的意思是 friend。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28. คำว่า "ครู" หมายถึง นักเรียน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译文：“ครู（老师）”的意思是“学生”。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29. คำว่า "น้ำใจ" แปลว่า kindness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译文：“น้ำใจ（善心）”的意思是 kindness。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30. ประโยค "ฉันกินข้าวแล้ว" แปลว่า I have eaten rice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译文：句子“ฉันกินข้าวแล้ว”意为“我已经吃过饭了”。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31. คำว่า "วันนี้" หมายถึง yesterday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译文：“วันนี้（今天）”的意思是昨天。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32. คำว่า "เมื่อวาน" หมายถึง today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译文：“เมื่อวาน（昨天）”的意思是今天。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33. คำว่า "พรุ่งนี้" หมายถึง tomorrow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译文：“พรุ่งนี้（明天）”的意思是 tomorrow。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34. ภาษาไทยไม่มีตัวพิมพ์ใหญ่และตัวพิมพ์เล็ก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译文：泰语没有大写和小写字母。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35. การเขียนภาษาไทยเขียนจากซ้ายไปขวา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译文：泰语书写是从左到右。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36. คำว่า "สวย" ใช้บรรยายผู้ชายเท่านั้น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译文：“สวย（漂亮）”只用来形容男性。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37. คำว่า "หล่อ" ใช้บรรยายผู้ชาย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译文：“หล่อ（帅）”用来形容男性。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38. คำว่า "อร่อย" ใช้บรรยายอาหารที่รสชาติดี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译文：“อร่อย（好吃）”用来形容味道好的食物。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39. คำว่า "ร้อน" หมายถึง หนาว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译文：“ร้อน（热）”的意思是“冷”。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40. คำว่า "หนาว" หมายถึง cold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译文：“หนาว（冷）”的意思是 cold。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41. ตัวเลขไทย 5 เขียนว่า "ห้า"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译文：泰语数字 5 写作“ห้า”。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42. ตัวเลขไทย 8 เขียนว่า "เจ็ด"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译文：泰语数字 8 写作“เจ็ด”。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43. คำสรรพนาม "เธอ" ใช้เรียกผู้อาวุโส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译文：代词“เธอ（你）”用来称呼长辈。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44. คำว่า "ขอบคุณ" แปลว่า thank you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译文：“ขอบคุณ（谢谢）”的意思是 thank you。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45. คำว่า "ยินดี" แปลว่า you're welcome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译文：“ยินดี（不客气）”的意思是 you're welcome。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46. ประโยค "คุณชื่ออะไร" แปลว่า What is your name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译文：句子“คุณชื่ออะไร”意为“你叫什么名字”。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47. คำว่า "อยู่" หมายถึง go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译文：“อยู่（在/住）”的意思是 go（去）。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48. คำว่า "ไป" หมายถึง stay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译文：“ไป（去）”的意思是 stay（停留）。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49. สระอิ เป็นสระสั้น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译文：元音“อิ”是短元音。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50. สระอี เป็นสระยาว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译文：元音“อี”是长元音。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51. อักษร "ป" เป็นอักษรสูง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译文：字母“ป”是高辅音。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52. อักษร "ม" เป็นอักษรต่ำ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译文：字母“ม”是低辅音。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53. วรรณยุกต์ตรี เป็นเสียงกลาง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译文：第三声调（ตรี）是中音。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54. คำว่า "หนังสือ" แปลว่า book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译文：“หนังสือ（书）”的意思是 book。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55. คำว่า "ปากกา" แปลว่า pen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译文：“ปากกา（笔）”的意思是 pen。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56. คำว่า "โทรศัพท์" แปลว่า computer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译文：“โทรศัพท์（电话）”的意思是 computer（电脑）。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57. คำว่า "รถ" แปลว่า car/vehicle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译文：“รถ（车）”的意思是 car/vehicle。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58. คำว่า "ท้องฟ้า" แปลว่า sky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译文：“ท้องฟ้า（天空）”的意思是 sky。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59. คำว่า "ดิน" แปลว่า water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译文：“ดิน（泥土）”的意思是 water（水）。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0" w:before="160"/>
      </w:pPr>
      <w:r>
        <w:rPr>
          <w:rFonts w:ascii="Tahoma" w:hAnsi="Tahoma" w:eastAsia="微软雅黑" w:cs="Tahoma"/>
          <w:b w:val="0"/>
          <w:sz w:val="26"/>
        </w:rPr>
        <w:t>60. คำว่า "ไฟ" แปลว่า fire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2E74B5"/>
          <w:sz w:val="22"/>
        </w:rPr>
        <w:t>译文：“ไฟ（火）”的意思是 fire。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r>
        <w:br w:type="page"/>
      </w:r>
    </w:p>
    <w:p>
      <w:pPr>
        <w:jc w:val="center"/>
      </w:pPr>
      <w:r>
        <w:rPr>
          <w:rFonts w:ascii="Tahoma" w:hAnsi="Tahoma" w:eastAsia="微软雅黑" w:cs="Tahoma"/>
          <w:b/>
          <w:sz w:val="36"/>
        </w:rPr>
        <w:t>参考答案及详细解析</w:t>
      </w:r>
    </w:p>
    <w:p/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【解析】泰语基础字母共计44个，是泰语入门核心基础知识点。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【解析】泰语元音共计32个，并非21个，该表述数字错误。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【解析】泰语声调分为5种，分别是平调、第一调、第二调、第三调、第四调。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【解析】泰语44个辅音字母统一分为高、中、低三组，是声调拼读的基础。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【解析】สวัสดี为通用问候语，全天任意时段均可使用。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6.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【解析】อรุณสวัสดิ์特指早安，用于上午时段，傍晚问候使用เย็นสวัสดี。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7.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【解析】ราตรีสวัสดิ์含义为晚安、夜晚安好，对应夜间问候。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8.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【解析】泰语数字1的标准书写和读音为หนึ่ง。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9.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【解析】泰语数字10为สิบ，สิบเอ็ด是数字11。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10.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【解析】ฉัน多用于非正式场景，正式礼貌场合男女均需使用对应礼貌自称，不可通用所有场景。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11.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【解析】ครับ是男性专属句末礼貌助词，用于日常正式、礼貌对话。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12.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【解析】ค่ะ用于陈述句末尾，คะ用于疑问句末尾，均为女性礼貌句末助词。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13.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【解析】泰语句式结构与英语一致，为主语-谓语-宾语（SVO）结构。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14.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【解析】กิน翻译为吃，ดื่ม才是喝，二者使用场景不同。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15.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【解析】ดื่ม专用于饮用液体类事物，如喝水、喝饮料、喝酒等。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16.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【解析】ข้าว本义为米饭，也可泛指主食、饭菜，并非仅指代普通食物。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17.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【解析】น้ำ是泰语基础词汇，标准释义为水（water）。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18.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【解析】อะ是泰语短元音，发音短促有力。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19.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【解析】อา是泰语长元音，发音时长更长。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20.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【解析】ก、ข、ค等基础字母中，ก属于中辅音字母。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21.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【解析】ข为高辅音字母，拼读声调有固定规则。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22.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【解析】ง属于低辅音字母，是泰语低辅音核心基础字母之一。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23.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【解析】第一调（เอก）为降调，并非最低声调，泰语声调无此定义。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24.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【解析】第二调（โท）为降升调，不属于纯高音调。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25.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【解析】บ้าน翻译为家、房屋，โรงเรียน才是学校。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26.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【解析】โรงเรียน对应英文school，是校园、学校的标准表述。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27.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【解析】เพื่อน释义为朋友，对应英文friend。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28.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【解析】ครู是老师，นักเรียน是学生，二者词义相反。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29.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【解析】น้ำใจ专指心地善良、善心，对应英文kindness。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30.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【解析】该句时态为完成时，翻译为我已经吃过饭了。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31.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【解析】วันนี้是今天，yesterday（昨天）对应เมื่อวาน。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32.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【解析】เมื่อวาน是昨天，today（今天）对应วันนี้。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33.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【解析】พรุ่งนี้标准释义为明天，对应英文tomorrow。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34.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【解析】泰语文字无大小写区分，书写形式统一。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35.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【解析】泰语书写规范为从左至右横向书写。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36.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【解析】สวย可形容女性、景物美观，不用于形容男性。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37.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【解析】หล่อ专属形容男性帅气、英俊。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38.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【解析】อร่อย为美食专用词汇，指味道美味、可口。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39.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【解析】ร้อน是热的，หนาว才是冷的，词义相反。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40.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【解析】หนาว释义为寒冷的，对应英文cold。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41.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【解析】泰语数字5的标准写法和读音为ห้า。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42.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【解析】เจ็ด是数字7，数字8为แปด。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43.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【解析】เธอ用于平辈、晚辈，不可称呼长辈，对长辈需用敬称。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44.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【解析】ขอบคุณ是泰语感谢通用语，对应thank you。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45.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【解析】ยินดี用于回应感谢，释义为不客气、不用谢。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46.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【解析】该句是标准问句，翻译为你叫什么名字。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47.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【解析】อยู่是停留、居住，go（去）对应ไป。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48.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【解析】ไป是去、前往，stay（停留）对应อยู่。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49.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【解析】อิ是泰语短元音，发音短促。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50.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【解析】อี是泰语长元音，发音时长较长。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51.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【解析】ป属于中辅音字母，并非高辅音。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52.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【解析】ม是典型的泰语低辅音字母。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53.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【解析】第三调（ตรี）为高升调，并非中间平调。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54.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【解析】หนังสือ通用释义为书籍、书本，对应book。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55.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【解析】ปากกา特指钢笔、签字笔，对应pen。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56.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【解析】โทรศัพท์是手机、电话，computer（电脑）对应คอมพิวเตอร์。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57.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【解析】รถ为通用词汇，指代各类车辆、汽车。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58.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【解析】ท้องฟ้า释义为天空，对应英文sky。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59.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【解析】ดิน是泥土、土地，water（水）对应น้ำ。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60.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【解析】ไฟ基础释义为火、火焰，对应英文fire。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 w:eastAsia="微软雅黑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