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ahoma" w:hAnsi="Tahoma" w:eastAsia="微软雅黑" w:cs="Tahoma"/>
          <w:b/>
          <w:sz w:val="44"/>
        </w:rPr>
        <w:t>泰语教程 · 判断题</w:t>
      </w:r>
    </w:p>
    <w:p>
      <w:pPr>
        <w:jc w:val="center"/>
      </w:pPr>
      <w:r>
        <w:rPr>
          <w:rFonts w:ascii="Tahoma" w:hAnsi="Tahoma" w:eastAsia="微软雅黑" w:cs="Tahoma"/>
          <w:b w:val="0"/>
          <w:color w:val="666666"/>
          <w:sz w:val="24"/>
        </w:rPr>
        <w:t>แบบฝึกหัด ถูก / ผิด  (True / False)</w:t>
      </w:r>
    </w:p>
    <w:p>
      <w:r>
        <w:rPr>
          <w:rFonts w:ascii="Tahoma" w:hAnsi="Tahoma" w:eastAsia="微软雅黑" w:cs="Tahoma"/>
          <w:b w:val="0"/>
          <w:color w:val="555555"/>
          <w:sz w:val="22"/>
        </w:rPr>
        <w:t>判断下列句子是否正确，正确的在括号内写 ถูก（正确），错误的写 ผิด（错误）。</w:t>
      </w:r>
    </w:p>
    <w:p/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1. ภาษาไทยมีตัวอักษรทั้งหมด 44 ตัว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2. สระไทยมี 21 ชนิด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3. วรรณยุกต์ไทยมี 5 เสียง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4. ตัวอักษรไทยแบ่งเป็น 3 กลุ่ม คือ อักษรสูง อักษรกลาง อักษรต่ำ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5. คำว่า "สวัสดี" เป็นคำทักทายใช้ได้ทั้งเช้าและเย็น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6. คำว่า "อรุณสวัสดิ์" ใช้ทักทายในตอนเย็น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7. คำว่า "ราตรีสวัสดิ์" แปลว่า สวัสดีตอนกลางคืน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8. ตัวเลขไทย 1 เขียนว่า "หนึ่ง"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9. ตัวเลขไทย 10 เขียนว่า "สิบเอ็ด"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10. คำสรรพนาม "ฉัน" ใช้ได้ทั้งผู้ชายและผู้หญิงในทุกสถานการณ์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11. ผู้ชายใช้คำลงท้าย "ครับ" ในการพูดสุภาพ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12. ผู้หญิงใช้คำลงท้าย "ค่ะ" และ "คะ" ในการพูดสุภาพ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13. ประโยคภาษาไทยปกติเรียงลำดับ Subject-Verb-Object (SVO)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14. คำว่า "กิน" เป็นคำกริยาที่แปลว่า ดื่ม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15. คำว่า "ดื่ม" ใช้สำหรับของเหลว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16. คำว่า "ข้าว" หมายถึง อาหารทั่วไปเท่านั้น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17. คำว่า "น้ำ" แปลว่า water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18. สระอะ เป็นสระสั้น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19. สระอา เป็นสระยาว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20. อักษร "ก" เป็นอักษรกลาง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21. อักษร "ข" เป็นอักษรสูง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22. อักษร "ง" เป็นอักษรต่ำ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23. วรรณยุกต์เอก เป็นเสียงที่ต่ำที่สุด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24. วรรณยุกต์โท เป็นเสียงสูง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25. คำว่า "บ้าน" แปลว่า โรงเรียน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26. คำว่า "โรงเรียน" แปลว่า school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27. คำว่า "เพื่อน" หมายถึง friend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28. คำว่า "ครู" หมายถึง นักเรียน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29. คำว่า "น้ำใจ" แปลว่า kindness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30. ประโยค "ฉันกินข้าวแล้ว" แปลว่า I have eaten rice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31. คำว่า "วันนี้" หมายถึง yesterday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32. คำว่า "เมื่อวาน" หมายถึง today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33. คำว่า "พรุ่งนี้" หมายถึง tomorrow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34. ภาษาไทยไม่มีตัวพิมพ์ใหญ่และตัวพิมพ์เล็ก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35. การเขียนภาษาไทยเขียนจากซ้ายไปขวา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36. คำว่า "สวย" ใช้บรรยายผู้ชายเท่านั้น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37. คำว่า "หล่อ" ใช้บรรยายผู้ชาย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38. คำว่า "อร่อย" ใช้บรรยายอาหารที่รสชาติดี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39. คำว่า "ร้อน" หมายถึง หนาว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40. คำว่า "หนาว" หมายถึง cold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41. ตัวเลขไทย 5 เขียนว่า "ห้า"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42. ตัวเลขไทย 8 เขียนว่า "เจ็ด"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43. คำสรรพนาม "เธอ" ใช้เรียกผู้อาวุโส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44. คำว่า "ขอบคุณ" แปลว่า thank you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45. คำว่า "ยินดี" แปลว่า you're welcome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46. ประโยค "คุณชื่ออะไร" แปลว่า What is your name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47. คำว่า "อยู่" หมายถึง go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48. คำว่า "ไป" หมายถึง stay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49. สระอิ เป็นสระสั้น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50. สระอี เป็นสระยาว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51. อักษร "ป" เป็นอักษรสูง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52. อักษร "ม" เป็นอักษรต่ำ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53. วรรณยุกต์ตรี เป็นเสียงกลาง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54. คำว่า "หนังสือ" แปลว่า book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55. คำว่า "ปากกา" แปลว่า pen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56. คำว่า "โทรศัพท์" แปลว่า computer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57. คำว่า "รถ" แปลว่า car/vehicle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58. คำว่า "ท้องฟ้า" แปลว่า sky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59. คำว่า "ดิน" แปลว่า water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pPr>
        <w:spacing w:after="40" w:before="120"/>
      </w:pPr>
      <w:r>
        <w:rPr>
          <w:rFonts w:ascii="Tahoma" w:hAnsi="Tahoma" w:eastAsia="微软雅黑" w:cs="Tahoma"/>
          <w:b w:val="0"/>
          <w:sz w:val="26"/>
        </w:rPr>
        <w:t>60. คำว่า "ไฟ" แปลว่า fire</w:t>
      </w:r>
    </w:p>
    <w:p>
      <w:pPr>
        <w:spacing w:after="0"/>
        <w:ind w:left="480"/>
      </w:pPr>
      <w:r>
        <w:rPr>
          <w:rFonts w:ascii="Tahoma" w:hAnsi="Tahoma" w:eastAsia="微软雅黑" w:cs="Tahoma"/>
          <w:b w:val="0"/>
          <w:color w:val="444444"/>
          <w:sz w:val="22"/>
        </w:rPr>
        <w:t>（   ）ถูก（正确）          （   ）ผิด（错误）</w:t>
      </w:r>
    </w:p>
    <w:p>
      <w:r>
        <w:br w:type="page"/>
      </w:r>
    </w:p>
    <w:p>
      <w:pPr>
        <w:jc w:val="center"/>
      </w:pPr>
      <w:r>
        <w:rPr>
          <w:rFonts w:ascii="Tahoma" w:hAnsi="Tahoma" w:eastAsia="微软雅黑" w:cs="Tahoma"/>
          <w:b/>
          <w:sz w:val="36"/>
        </w:rPr>
        <w:t>参考答案及详细解析</w:t>
      </w:r>
    </w:p>
    <w:p/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【解析】泰语基础字母共计44个，是泰语入门核心基础知识点。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【解析】泰语元音共计32个，并非21个，该表述数字错误。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【解析】泰语声调分为5种，分别是平调、第一调、第二调、第三调、第四调。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【解析】泰语44个辅音字母统一分为高、中、低三组，是声调拼读的基础。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【解析】สวัสดี为通用问候语，全天任意时段均可使用。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6.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【解析】อรุณสวัสดิ์特指早安，用于上午时段，傍晚问候使用เย็นสวัสดี。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【解析】ราตรีสวัสดิ์含义为晚安、夜晚安好，对应夜间问候。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8.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【解析】泰语数字1的标准书写和读音为หนึ่ง。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9.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【解析】泰语数字10为สิบ，สิบเอ็ด是数字11。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10.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【解析】ฉัน多用于非正式场景，正式礼貌场合男女均需使用对应礼貌自称，不可通用所有场景。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11.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【解析】ครับ是男性专属句末礼貌助词，用于日常正式、礼貌对话。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12.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【解析】ค่ะ用于陈述句末尾，คะ用于疑问句末尾，均为女性礼貌句末助词。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13.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【解析】泰语句式结构与英语一致，为主语-谓语-宾语（SVO）结构。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14.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【解析】กิน翻译为吃，ดื่ม才是喝，二者使用场景不同。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【解析】ดื่ม专用于饮用液体类事物，如喝水、喝饮料、喝酒等。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16.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【解析】ข้าว本义为米饭，也可泛指主食、饭菜，并非仅指代普通食物。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【解析】น้ำ是泰语基础词汇，标准释义为水（water）。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18.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【解析】อะ是泰语短元音，发音短促有力。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19.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【解析】อา是泰语长元音，发音时长更长。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【解析】ก、ข、ค等基础字母中，ก属于中辅音字母。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21.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【解析】ข为高辅音字母，拼读声调有固定规则。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22.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【解析】ง属于低辅音字母，是泰语低辅音核心基础字母之一。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23.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【解析】第一调（เอก）为降调，并非最低声调，泰语声调无此定义。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24.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【解析】第二调（โท）为降升调，不属于纯高音调。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25.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【解析】บ้าน翻译为家、房屋，โรงเรียน才是学校。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26.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【解析】โรงเรียน对应英文school，是校园、学校的标准表述。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【解析】เพื่อน释义为朋友，对应英文friend。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28.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【解析】ครู是老师，นักเรียน是学生，二者词义相反。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29.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【解析】น้ำใจ专指心地善良、善心，对应英文kindness。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【解析】ประโยค "ฉันกินข้าวแล้ว" 时态为完成时，翻译为我已经吃过饭了。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31.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【解析】วันนี้是今天，yesterday（昨天）对应เมื่อวาน。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32.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【解析】เมื่อวาน是昨天，today（今天）对应วันนี้。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33.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【解析】พรุ่งนี้标准释义为明天，对应英文tomorrow。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34.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【解析】泰语文字无大小写区分，书写形式统一。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【解析】泰语书写规范为从左至右横向书写。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36.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【解析】สวย可形容女性、景物美观，不用于形容男性。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【解析】หล่อ专属形容男性帅气、英俊。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38.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【解析】อร่อย为美食专用词汇，指味道美味、可口。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39.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【解析】ร้อน是热的，หนาว才是冷的，词义相反。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【解析】หนาว释义为寒冷的，对应英文cold。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41.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【解析】泰语数字5的标准写法和读音为ห้า。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42.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【解析】เจ็ด是数字7，数字8为แปด。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43.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【解析】เธอ用于平辈、晚辈，不可称呼长辈，对长辈需用敬称。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44.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【解析】ขอบคุณ是泰语感谢通用语，对应thank you。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【解析】ยินดี用于回应感谢，释义为不客气、不用谢。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46.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【解析】ประโยค "คุณชื่ออะไร" 是标准问句，翻译为你叫什么名字。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47.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【解析】อยู่是停留、居住，go（去）对应ไป。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48.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【解析】ไป是去、前往，stay（停留）对应อยู่。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49.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【解析】อิ是泰语短元音，发音短促。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【解析】อี是泰语长元音，发音时长较长。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51.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【解析】ป属于中辅音字母，并非高辅音。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52.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【解析】ม是典型的泰语低辅音字母。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53.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【解析】第三调（ตรี）为高升调，并非中间平调。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54.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【解析】หนังสือ通用释义为书籍、书本，对应book。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55.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【解析】ปากกา特指钢笔、签字笔，对应pen。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56.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【解析】โทรศัพท์是手机、电话，computer（电脑）对应คอมพิวเตอร์。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57.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【解析】รถ为通用词汇，指代各类车辆、汽车。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58.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【解析】ท้องฟ้า释义为天空，对应英文sky。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59. 【答案】ผิด（错误）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【解析】ดิน是泥土、土地，water（水）对应น้ำ。</w:t>
      </w:r>
    </w:p>
    <w:p>
      <w:pPr>
        <w:spacing w:before="160" w:after="0"/>
      </w:pPr>
      <w:r>
        <w:rPr>
          <w:rFonts w:ascii="Tahoma" w:hAnsi="Tahoma" w:eastAsia="微软雅黑" w:cs="Tahoma"/>
          <w:b/>
          <w:sz w:val="24"/>
        </w:rPr>
        <w:t>60. 【答案】ถูก（正确）</w:t>
      </w:r>
    </w:p>
    <w:p>
      <w:pPr>
        <w:spacing w:after="80"/>
        <w:ind w:left="360"/>
      </w:pPr>
      <w:r>
        <w:rPr>
          <w:rFonts w:ascii="Tahoma" w:hAnsi="Tahoma" w:eastAsia="微软雅黑" w:cs="Tahoma"/>
          <w:b w:val="0"/>
          <w:color w:val="333333"/>
          <w:sz w:val="22"/>
        </w:rPr>
        <w:t>【解析】ไฟ基础释义为火、火焰，对应英文fire。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eastAsia="微软雅黑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