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中文姓名 → 泰语大名/小名 备选方案</w:t>
      </w:r>
    </w:p>
    <w:p>
      <w:pPr>
        <w:jc w:val="center"/>
      </w:pPr>
      <w:r>
        <w:rPr>
          <w:rFonts w:ascii="Microsoft YaHei" w:hAnsi="Microsoft YaHei" w:eastAsia="微软雅黑"/>
          <w:color w:val="646464"/>
          <w:sz w:val="24"/>
        </w:rPr>
        <w:t>完整版 · 含寓意详解与泰音转写</w:t>
      </w:r>
    </w:p>
    <w:p/>
    <w:p>
      <w:pPr>
        <w:pStyle w:val="Heading1"/>
      </w:pPr>
      <w:r>
        <w:t>一、精简对照版（适合学生快速对比与选择）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680"/>
            <w:shd w:fill="2B579A" w:val="clear"/>
          </w:tcPr>
          <w:p>
            <w:pPr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0"/>
              </w:rPr>
              <w:t>序号</w:t>
            </w:r>
          </w:p>
        </w:tc>
        <w:tc>
          <w:tcPr>
            <w:tcW w:type="dxa" w:w="1134"/>
            <w:shd w:fill="2B579A" w:val="clear"/>
          </w:tcPr>
          <w:p>
            <w:pPr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0"/>
              </w:rPr>
              <w:t>中文姓名</w:t>
            </w:r>
          </w:p>
        </w:tc>
        <w:tc>
          <w:tcPr>
            <w:tcW w:type="dxa" w:w="2268"/>
            <w:shd w:fill="2B579A" w:val="clear"/>
          </w:tcPr>
          <w:p>
            <w:pPr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0"/>
              </w:rPr>
              <w:t>大名备选 1</w:t>
              <w:br/>
              <w:t>(ชื่อจริง 1)</w:t>
            </w:r>
          </w:p>
        </w:tc>
        <w:tc>
          <w:tcPr>
            <w:tcW w:type="dxa" w:w="2268"/>
            <w:shd w:fill="2B579A" w:val="clear"/>
          </w:tcPr>
          <w:p>
            <w:pPr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0"/>
              </w:rPr>
              <w:t>大名备选 2</w:t>
              <w:br/>
              <w:t>(ชื่อจริง 2)</w:t>
            </w:r>
          </w:p>
        </w:tc>
        <w:tc>
          <w:tcPr>
            <w:tcW w:type="dxa" w:w="2154"/>
            <w:shd w:fill="2B579A" w:val="clear"/>
          </w:tcPr>
          <w:p>
            <w:pPr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0"/>
              </w:rPr>
              <w:t>小名备选 1</w:t>
              <w:br/>
              <w:t>(ชื่อเล่น 1)</w:t>
            </w:r>
          </w:p>
        </w:tc>
        <w:tc>
          <w:tcPr>
            <w:tcW w:type="dxa" w:w="2154"/>
            <w:shd w:fill="2B579A" w:val="clear"/>
          </w:tcPr>
          <w:p>
            <w:pPr>
              <w:jc w:val="center"/>
            </w:pPr>
            <w:r>
              <w:rPr>
                <w:rFonts w:ascii="Microsoft YaHei" w:hAnsi="Microsoft YaHei" w:eastAsia="微软雅黑"/>
                <w:b/>
                <w:color w:val="FFFFFF"/>
                <w:sz w:val="20"/>
              </w:rPr>
              <w:t>小名备选 2</w:t>
              <w:br/>
              <w:t>(ชื่อเล่น 2)</w:t>
            </w:r>
          </w:p>
        </w:tc>
      </w:tr>
      <w:tr>
        <w:tc>
          <w:tcPr>
            <w:tcW w:type="dxa" w:w="680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1</w:t>
            </w:r>
          </w:p>
        </w:tc>
        <w:tc>
          <w:tcPr>
            <w:tcW w:type="dxa" w:w="113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b/>
                <w:sz w:val="18"/>
              </w:rPr>
              <w:t>庞俊丽</w:t>
            </w:r>
          </w:p>
        </w:tc>
        <w:tc>
          <w:tcPr>
            <w:tcW w:type="dxa" w:w="2268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จิรนันท์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(Jiranan)</w:t>
            </w:r>
          </w:p>
        </w:tc>
        <w:tc>
          <w:tcPr>
            <w:tcW w:type="dxa" w:w="2268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สุภาพร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(Suphaphorn)</w:t>
            </w:r>
          </w:p>
        </w:tc>
        <w:tc>
          <w:tcPr>
            <w:tcW w:type="dxa" w:w="215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สวย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(Suai / 漂亮)</w:t>
            </w:r>
          </w:p>
        </w:tc>
        <w:tc>
          <w:tcPr>
            <w:tcW w:type="dxa" w:w="215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ปิ๊ง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(Ping / 靓丽耀眼)</w:t>
            </w:r>
          </w:p>
        </w:tc>
      </w:tr>
      <w:tr>
        <w:tc>
          <w:tcPr>
            <w:tcW w:type="dxa" w:w="680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2</w:t>
            </w:r>
          </w:p>
        </w:tc>
        <w:tc>
          <w:tcPr>
            <w:tcW w:type="dxa" w:w="1134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b/>
                <w:sz w:val="18"/>
              </w:rPr>
              <w:t>佟雨荷</w:t>
            </w:r>
          </w:p>
        </w:tc>
        <w:tc>
          <w:tcPr>
            <w:tcW w:type="dxa" w:w="2268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วาริณีย์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(Warinee)</w:t>
            </w:r>
          </w:p>
        </w:tc>
        <w:tc>
          <w:tcPr>
            <w:tcW w:type="dxa" w:w="2268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ปทุมมา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(Pathumma)</w:t>
            </w:r>
          </w:p>
        </w:tc>
        <w:tc>
          <w:tcPr>
            <w:tcW w:type="dxa" w:w="2154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บัว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(Bua / 荷花)</w:t>
            </w:r>
          </w:p>
        </w:tc>
        <w:tc>
          <w:tcPr>
            <w:tcW w:type="dxa" w:w="2154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ฝน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(Fon / 雨)</w:t>
            </w:r>
          </w:p>
        </w:tc>
      </w:tr>
      <w:tr>
        <w:tc>
          <w:tcPr>
            <w:tcW w:type="dxa" w:w="680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3</w:t>
            </w:r>
          </w:p>
        </w:tc>
        <w:tc>
          <w:tcPr>
            <w:tcW w:type="dxa" w:w="113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b/>
                <w:sz w:val="18"/>
              </w:rPr>
              <w:t>吴子怡</w:t>
            </w:r>
          </w:p>
        </w:tc>
        <w:tc>
          <w:tcPr>
            <w:tcW w:type="dxa" w:w="2268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นิรมล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(Niramol)</w:t>
            </w:r>
          </w:p>
        </w:tc>
        <w:tc>
          <w:tcPr>
            <w:tcW w:type="dxa" w:w="2268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ศุภิสรา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(Suphisara)</w:t>
            </w:r>
          </w:p>
        </w:tc>
        <w:tc>
          <w:tcPr>
            <w:tcW w:type="dxa" w:w="215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จอย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(Joy / 快乐)</w:t>
            </w:r>
          </w:p>
        </w:tc>
        <w:tc>
          <w:tcPr>
            <w:tcW w:type="dxa" w:w="215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มายด์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(Mind / 温柔)</w:t>
            </w:r>
          </w:p>
        </w:tc>
      </w:tr>
      <w:tr>
        <w:tc>
          <w:tcPr>
            <w:tcW w:type="dxa" w:w="680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4</w:t>
            </w:r>
          </w:p>
        </w:tc>
        <w:tc>
          <w:tcPr>
            <w:tcW w:type="dxa" w:w="1134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b/>
                <w:sz w:val="18"/>
              </w:rPr>
              <w:t>李滢</w:t>
            </w:r>
          </w:p>
        </w:tc>
        <w:tc>
          <w:tcPr>
            <w:tcW w:type="dxa" w:w="2268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ชลธิชา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(Chonthicha)</w:t>
            </w:r>
          </w:p>
        </w:tc>
        <w:tc>
          <w:tcPr>
            <w:tcW w:type="dxa" w:w="2268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นลินี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(Nalinee)</w:t>
            </w:r>
          </w:p>
        </w:tc>
        <w:tc>
          <w:tcPr>
            <w:tcW w:type="dxa" w:w="2154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น้ำใส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(Namsai / 清泉)</w:t>
            </w:r>
          </w:p>
        </w:tc>
        <w:tc>
          <w:tcPr>
            <w:tcW w:type="dxa" w:w="2154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อิง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(Ing / 音译"滢")</w:t>
            </w:r>
          </w:p>
        </w:tc>
      </w:tr>
      <w:tr>
        <w:tc>
          <w:tcPr>
            <w:tcW w:type="dxa" w:w="680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5</w:t>
            </w:r>
          </w:p>
        </w:tc>
        <w:tc>
          <w:tcPr>
            <w:tcW w:type="dxa" w:w="113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b/>
                <w:sz w:val="18"/>
              </w:rPr>
              <w:t>李迎曦</w:t>
            </w:r>
          </w:p>
        </w:tc>
        <w:tc>
          <w:tcPr>
            <w:tcW w:type="dxa" w:w="2268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อรุณกานต์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(Arunkan)</w:t>
            </w:r>
          </w:p>
        </w:tc>
        <w:tc>
          <w:tcPr>
            <w:tcW w:type="dxa" w:w="2268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ภาสิณี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(Phasinee)</w:t>
            </w:r>
          </w:p>
        </w:tc>
        <w:tc>
          <w:tcPr>
            <w:tcW w:type="dxa" w:w="215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ซัน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(Sun / 阳光)</w:t>
            </w:r>
          </w:p>
        </w:tc>
        <w:tc>
          <w:tcPr>
            <w:tcW w:type="dxa" w:w="215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ซันนี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(Sunny / 晴朗晨光)</w:t>
            </w:r>
          </w:p>
        </w:tc>
      </w:tr>
      <w:tr>
        <w:tc>
          <w:tcPr>
            <w:tcW w:type="dxa" w:w="680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6</w:t>
            </w:r>
          </w:p>
        </w:tc>
        <w:tc>
          <w:tcPr>
            <w:tcW w:type="dxa" w:w="1134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b/>
                <w:sz w:val="18"/>
              </w:rPr>
              <w:t>王文骁</w:t>
            </w:r>
          </w:p>
        </w:tc>
        <w:tc>
          <w:tcPr>
            <w:tcW w:type="dxa" w:w="2268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เดชวินท์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(Dechawin)</w:t>
            </w:r>
          </w:p>
        </w:tc>
        <w:tc>
          <w:tcPr>
            <w:tcW w:type="dxa" w:w="2268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กิตติวัชร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(Kittiwat)</w:t>
            </w:r>
          </w:p>
        </w:tc>
        <w:tc>
          <w:tcPr>
            <w:tcW w:type="dxa" w:w="2154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วิน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(Win / 胜利)</w:t>
            </w:r>
          </w:p>
        </w:tc>
        <w:tc>
          <w:tcPr>
            <w:tcW w:type="dxa" w:w="2154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แชมป์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(Champ / 冠军)</w:t>
            </w:r>
          </w:p>
        </w:tc>
      </w:tr>
      <w:tr>
        <w:tc>
          <w:tcPr>
            <w:tcW w:type="dxa" w:w="680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7</w:t>
            </w:r>
          </w:p>
        </w:tc>
        <w:tc>
          <w:tcPr>
            <w:tcW w:type="dxa" w:w="113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b/>
                <w:sz w:val="18"/>
              </w:rPr>
              <w:t>闫青</w:t>
            </w:r>
          </w:p>
        </w:tc>
        <w:tc>
          <w:tcPr>
            <w:tcW w:type="dxa" w:w="2268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ศศิชา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(Sasicha)</w:t>
            </w:r>
          </w:p>
        </w:tc>
        <w:tc>
          <w:tcPr>
            <w:tcW w:type="dxa" w:w="2268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สิรินทร์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(Sirin)</w:t>
            </w:r>
          </w:p>
        </w:tc>
        <w:tc>
          <w:tcPr>
            <w:tcW w:type="dxa" w:w="215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ฟ้า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(Fah / 蓝天)</w:t>
            </w:r>
          </w:p>
        </w:tc>
        <w:tc>
          <w:tcPr>
            <w:tcW w:type="dxa" w:w="215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ใบชา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(Baicha / 青茶)</w:t>
            </w:r>
          </w:p>
        </w:tc>
      </w:tr>
      <w:tr>
        <w:tc>
          <w:tcPr>
            <w:tcW w:type="dxa" w:w="680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8</w:t>
            </w:r>
          </w:p>
        </w:tc>
        <w:tc>
          <w:tcPr>
            <w:tcW w:type="dxa" w:w="1134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b/>
                <w:sz w:val="18"/>
              </w:rPr>
              <w:t>郑月婷</w:t>
            </w:r>
          </w:p>
        </w:tc>
        <w:tc>
          <w:tcPr>
            <w:tcW w:type="dxa" w:w="2268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ศศิธร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(Sasithorn)</w:t>
            </w:r>
          </w:p>
        </w:tc>
        <w:tc>
          <w:tcPr>
            <w:tcW w:type="dxa" w:w="2268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นันทินี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(Nanthinee)</w:t>
            </w:r>
          </w:p>
        </w:tc>
        <w:tc>
          <w:tcPr>
            <w:tcW w:type="dxa" w:w="2154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มูน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(Moon / 月亮)</w:t>
            </w:r>
          </w:p>
        </w:tc>
        <w:tc>
          <w:tcPr>
            <w:tcW w:type="dxa" w:w="2154"/>
            <w:shd w:fill="FFFF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ถิงถิง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(Tingting / 婷婷)</w:t>
            </w:r>
          </w:p>
        </w:tc>
      </w:tr>
      <w:tr>
        <w:tc>
          <w:tcPr>
            <w:tcW w:type="dxa" w:w="680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9</w:t>
            </w:r>
          </w:p>
        </w:tc>
        <w:tc>
          <w:tcPr>
            <w:tcW w:type="dxa" w:w="113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b/>
                <w:sz w:val="18"/>
              </w:rPr>
              <w:t>路易斯</w:t>
            </w:r>
          </w:p>
        </w:tc>
        <w:tc>
          <w:tcPr>
            <w:tcW w:type="dxa" w:w="2268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พิชญะ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(Phichaya)</w:t>
            </w:r>
          </w:p>
        </w:tc>
        <w:tc>
          <w:tcPr>
            <w:tcW w:type="dxa" w:w="2268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อนาวิน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(Anawin)</w:t>
            </w:r>
          </w:p>
        </w:tc>
        <w:tc>
          <w:tcPr>
            <w:tcW w:type="dxa" w:w="215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หลุยส์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(Lui / 音译)</w:t>
            </w:r>
          </w:p>
        </w:tc>
        <w:tc>
          <w:tcPr>
            <w:tcW w:type="dxa" w:w="2154"/>
            <w:shd w:fill="F2F7FF" w:val="clear"/>
          </w:tcPr>
          <w:p>
            <w:pPr>
              <w:jc w:val="left"/>
            </w:pPr>
            <w:r>
              <w:rPr>
                <w:rFonts w:ascii="Microsoft YaHei" w:hAnsi="Microsoft YaHei" w:eastAsia="微软雅黑"/>
                <w:sz w:val="18"/>
              </w:rPr>
              <w:t>วิน</w:t>
            </w:r>
            <w:r>
              <w:br/>
            </w:r>
            <w:r>
              <w:rPr>
                <w:rFonts w:ascii="Microsoft YaHei" w:hAnsi="Microsoft YaHei" w:eastAsia="微软雅黑"/>
                <w:sz w:val="18"/>
              </w:rPr>
              <w:t>(Win / 胜利)</w:t>
            </w:r>
          </w:p>
        </w:tc>
      </w:tr>
    </w:tbl>
    <w:p/>
    <w:p>
      <w:pPr>
        <w:pStyle w:val="Heading1"/>
      </w:pPr>
      <w:r>
        <w:t>二、详细寓意选择版（适合发给学生阅读参考）</w:t>
      </w:r>
    </w:p>
    <w:p>
      <w:pPr>
        <w:pStyle w:val="Heading2"/>
      </w:pPr>
      <w:r>
        <w:t>1. 庞俊丽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1：</w:t>
      </w:r>
      <w:r>
        <w:rPr>
          <w:rFonts w:ascii="Microsoft YaHei" w:hAnsi="Microsoft YaHei" w:eastAsia="微软雅黑"/>
          <w:sz w:val="22"/>
        </w:rPr>
        <w:t xml:space="preserve"> จิรนันท์ (Jiranan / 极拉南) </w:t>
      </w:r>
      <w:r>
        <w:rPr>
          <w:rFonts w:ascii="Microsoft YaHei" w:hAnsi="Microsoft YaHei" w:eastAsia="微软雅黑"/>
          <w:color w:val="505050"/>
          <w:sz w:val="22"/>
        </w:rPr>
        <w:t>— 寓意：长久的喜悦与美丽。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2：</w:t>
      </w:r>
      <w:r>
        <w:rPr>
          <w:rFonts w:ascii="Microsoft YaHei" w:hAnsi="Microsoft YaHei" w:eastAsia="微软雅黑"/>
          <w:sz w:val="22"/>
        </w:rPr>
        <w:t xml:space="preserve"> สุภาพร (Suphaphorn / 苏帕蓬) </w:t>
      </w:r>
      <w:r>
        <w:rPr>
          <w:rFonts w:ascii="Microsoft YaHei" w:hAnsi="Microsoft YaHei" w:eastAsia="微软雅黑"/>
          <w:color w:val="505050"/>
          <w:sz w:val="22"/>
        </w:rPr>
        <w:t>— 寓意：温婉美好、富有佳福。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1：</w:t>
      </w:r>
      <w:r>
        <w:rPr>
          <w:rFonts w:ascii="Microsoft YaHei" w:hAnsi="Microsoft YaHei" w:eastAsia="微软雅黑"/>
          <w:sz w:val="22"/>
        </w:rPr>
        <w:t xml:space="preserve"> สวย (Suai) </w:t>
      </w:r>
      <w:r>
        <w:rPr>
          <w:rFonts w:ascii="Microsoft YaHei" w:hAnsi="Microsoft YaHei" w:eastAsia="微软雅黑"/>
          <w:color w:val="505050"/>
          <w:sz w:val="22"/>
        </w:rPr>
        <w:t>— 含义："漂亮、美丽"（直观常用）。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2：</w:t>
      </w:r>
      <w:r>
        <w:rPr>
          <w:rFonts w:ascii="Microsoft YaHei" w:hAnsi="Microsoft YaHei" w:eastAsia="微软雅黑"/>
          <w:sz w:val="22"/>
        </w:rPr>
        <w:t xml:space="preserve"> ปิ๊ง (Ping) </w:t>
      </w:r>
      <w:r>
        <w:rPr>
          <w:rFonts w:ascii="Microsoft YaHei" w:hAnsi="Microsoft YaHei" w:eastAsia="微软雅黑"/>
          <w:color w:val="505050"/>
          <w:sz w:val="22"/>
        </w:rPr>
        <w:t>— 含义："闪亮、靓丽、让人眼前一亮"。</w:t>
      </w:r>
    </w:p>
    <w:p>
      <w:pPr>
        <w:pStyle w:val="Heading2"/>
      </w:pPr>
      <w:r>
        <w:t>2. 佟雨荷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1：</w:t>
      </w:r>
      <w:r>
        <w:rPr>
          <w:rFonts w:ascii="Microsoft YaHei" w:hAnsi="Microsoft YaHei" w:eastAsia="微软雅黑"/>
          <w:sz w:val="22"/>
        </w:rPr>
        <w:t xml:space="preserve"> วาริณีย์ (Warinee / 瓦里妮) </w:t>
      </w:r>
      <w:r>
        <w:rPr>
          <w:rFonts w:ascii="Microsoft YaHei" w:hAnsi="Microsoft YaHei" w:eastAsia="微软雅黑"/>
          <w:color w:val="505050"/>
          <w:sz w:val="22"/>
        </w:rPr>
        <w:t>— 寓意：如水般温婉清秀的女子（对应"雨"）。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2：</w:t>
      </w:r>
      <w:r>
        <w:rPr>
          <w:rFonts w:ascii="Microsoft YaHei" w:hAnsi="Microsoft YaHei" w:eastAsia="微软雅黑"/>
          <w:sz w:val="22"/>
        </w:rPr>
        <w:t xml:space="preserve"> ปทุมมา (Pathumma / 巴吞玛) </w:t>
      </w:r>
      <w:r>
        <w:rPr>
          <w:rFonts w:ascii="Microsoft YaHei" w:hAnsi="Microsoft YaHei" w:eastAsia="微软雅黑"/>
          <w:color w:val="505050"/>
          <w:sz w:val="22"/>
        </w:rPr>
        <w:t>— 寓意：出水芙蓉、典雅荷花（对应"荷"）。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1：</w:t>
      </w:r>
      <w:r>
        <w:rPr>
          <w:rFonts w:ascii="Microsoft YaHei" w:hAnsi="Microsoft YaHei" w:eastAsia="微软雅黑"/>
          <w:sz w:val="22"/>
        </w:rPr>
        <w:t xml:space="preserve"> บัว (Bua) </w:t>
      </w:r>
      <w:r>
        <w:rPr>
          <w:rFonts w:ascii="Microsoft YaHei" w:hAnsi="Microsoft YaHei" w:eastAsia="微软雅黑"/>
          <w:color w:val="505050"/>
          <w:sz w:val="22"/>
        </w:rPr>
        <w:t>— 含义："荷花/莲花"（非常经典地道的泰语女名）。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2：</w:t>
      </w:r>
      <w:r>
        <w:rPr>
          <w:rFonts w:ascii="Microsoft YaHei" w:hAnsi="Microsoft YaHei" w:eastAsia="微软雅黑"/>
          <w:sz w:val="22"/>
        </w:rPr>
        <w:t xml:space="preserve"> ฝน (Fon) </w:t>
      </w:r>
      <w:r>
        <w:rPr>
          <w:rFonts w:ascii="Microsoft YaHei" w:hAnsi="Microsoft YaHei" w:eastAsia="微软雅黑"/>
          <w:color w:val="505050"/>
          <w:sz w:val="22"/>
        </w:rPr>
        <w:t>— 含义："雨/雨水"。</w:t>
      </w:r>
    </w:p>
    <w:p>
      <w:pPr>
        <w:pStyle w:val="Heading2"/>
      </w:pPr>
      <w:r>
        <w:t>3. 吴子怡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1：</w:t>
      </w:r>
      <w:r>
        <w:rPr>
          <w:rFonts w:ascii="Microsoft YaHei" w:hAnsi="Microsoft YaHei" w:eastAsia="微软雅黑"/>
          <w:sz w:val="22"/>
        </w:rPr>
        <w:t xml:space="preserve"> นิรมล (Niramol / 妮拉蒙) </w:t>
      </w:r>
      <w:r>
        <w:rPr>
          <w:rFonts w:ascii="Microsoft YaHei" w:hAnsi="Microsoft YaHei" w:eastAsia="微软雅黑"/>
          <w:color w:val="505050"/>
          <w:sz w:val="22"/>
        </w:rPr>
        <w:t>— 寓意：纯真无暇、安怡顺遂。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2：</w:t>
      </w:r>
      <w:r>
        <w:rPr>
          <w:rFonts w:ascii="Microsoft YaHei" w:hAnsi="Microsoft YaHei" w:eastAsia="微软雅黑"/>
          <w:sz w:val="22"/>
        </w:rPr>
        <w:t xml:space="preserve"> ศุภิสรา (Suphisara / 宿披萨拉) </w:t>
      </w:r>
      <w:r>
        <w:rPr>
          <w:rFonts w:ascii="Microsoft YaHei" w:hAnsi="Microsoft YaHei" w:eastAsia="微软雅黑"/>
          <w:color w:val="505050"/>
          <w:sz w:val="22"/>
        </w:rPr>
        <w:t>— 寓意：吉祥、自主、怡然自得。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1：</w:t>
      </w:r>
      <w:r>
        <w:rPr>
          <w:rFonts w:ascii="Microsoft YaHei" w:hAnsi="Microsoft YaHei" w:eastAsia="微软雅黑"/>
          <w:sz w:val="22"/>
        </w:rPr>
        <w:t xml:space="preserve"> จอย (Joy) </w:t>
      </w:r>
      <w:r>
        <w:rPr>
          <w:rFonts w:ascii="Microsoft YaHei" w:hAnsi="Microsoft YaHei" w:eastAsia="微软雅黑"/>
          <w:color w:val="505050"/>
          <w:sz w:val="22"/>
        </w:rPr>
        <w:t>— 含义："快乐、欢欣"（发音接近"怡"）。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2：</w:t>
      </w:r>
      <w:r>
        <w:rPr>
          <w:rFonts w:ascii="Microsoft YaHei" w:hAnsi="Microsoft YaHei" w:eastAsia="微软雅黑"/>
          <w:sz w:val="22"/>
        </w:rPr>
        <w:t xml:space="preserve"> มายด์ (Mind) </w:t>
      </w:r>
      <w:r>
        <w:rPr>
          <w:rFonts w:ascii="Microsoft YaHei" w:hAnsi="Microsoft YaHei" w:eastAsia="微软雅黑"/>
          <w:color w:val="505050"/>
          <w:sz w:val="22"/>
        </w:rPr>
        <w:t>— 含义："温柔的心、善良"。</w:t>
      </w:r>
    </w:p>
    <w:p>
      <w:pPr>
        <w:pStyle w:val="Heading2"/>
      </w:pPr>
      <w:r>
        <w:t>4. 李滢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1：</w:t>
      </w:r>
      <w:r>
        <w:rPr>
          <w:rFonts w:ascii="Microsoft YaHei" w:hAnsi="Microsoft YaHei" w:eastAsia="微软雅黑"/>
          <w:sz w:val="22"/>
        </w:rPr>
        <w:t xml:space="preserve"> ชลธิชา (Chonthicha / 冲提查) </w:t>
      </w:r>
      <w:r>
        <w:rPr>
          <w:rFonts w:ascii="Microsoft YaHei" w:hAnsi="Microsoft YaHei" w:eastAsia="微软雅黑"/>
          <w:color w:val="505050"/>
          <w:sz w:val="22"/>
        </w:rPr>
        <w:t>— 寓意：水之娇子，象征晶莹与清澈。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2：</w:t>
      </w:r>
      <w:r>
        <w:rPr>
          <w:rFonts w:ascii="Microsoft YaHei" w:hAnsi="Microsoft YaHei" w:eastAsia="微软雅黑"/>
          <w:sz w:val="22"/>
        </w:rPr>
        <w:t xml:space="preserve"> นลินี (Nalinee / 娜莉妮) </w:t>
      </w:r>
      <w:r>
        <w:rPr>
          <w:rFonts w:ascii="Microsoft YaHei" w:hAnsi="Microsoft YaHei" w:eastAsia="微软雅黑"/>
          <w:color w:val="505050"/>
          <w:sz w:val="22"/>
        </w:rPr>
        <w:t>— 寓意：清泉滋养的莲花，清雅纯洁。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1：</w:t>
      </w:r>
      <w:r>
        <w:rPr>
          <w:rFonts w:ascii="Microsoft YaHei" w:hAnsi="Microsoft YaHei" w:eastAsia="微软雅黑"/>
          <w:sz w:val="22"/>
        </w:rPr>
        <w:t xml:space="preserve"> น้ำใส (Namsai) </w:t>
      </w:r>
      <w:r>
        <w:rPr>
          <w:rFonts w:ascii="Microsoft YaHei" w:hAnsi="Microsoft YaHei" w:eastAsia="微软雅黑"/>
          <w:color w:val="505050"/>
          <w:sz w:val="22"/>
        </w:rPr>
        <w:t>— 含义："清澈的水/清泉"（极契合"滢"字）。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2：</w:t>
      </w:r>
      <w:r>
        <w:rPr>
          <w:rFonts w:ascii="Microsoft YaHei" w:hAnsi="Microsoft YaHei" w:eastAsia="微软雅黑"/>
          <w:sz w:val="22"/>
        </w:rPr>
        <w:t xml:space="preserve"> อิง (Ing) </w:t>
      </w:r>
      <w:r>
        <w:rPr>
          <w:rFonts w:ascii="Microsoft YaHei" w:hAnsi="Microsoft YaHei" w:eastAsia="微软雅黑"/>
          <w:color w:val="505050"/>
          <w:sz w:val="22"/>
        </w:rPr>
        <w:t>— 含义：音译"滢"，亲切可爱。</w:t>
      </w:r>
    </w:p>
    <w:p>
      <w:pPr>
        <w:pStyle w:val="Heading2"/>
      </w:pPr>
      <w:r>
        <w:t>5. 李迎曦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1：</w:t>
      </w:r>
      <w:r>
        <w:rPr>
          <w:rFonts w:ascii="Microsoft YaHei" w:hAnsi="Microsoft YaHei" w:eastAsia="微软雅黑"/>
          <w:sz w:val="22"/>
        </w:rPr>
        <w:t xml:space="preserve"> อรุณกานต์ (Arunkan / 阿伦甘) </w:t>
      </w:r>
      <w:r>
        <w:rPr>
          <w:rFonts w:ascii="Microsoft YaHei" w:hAnsi="Microsoft YaHei" w:eastAsia="微软雅黑"/>
          <w:color w:val="505050"/>
          <w:sz w:val="22"/>
        </w:rPr>
        <w:t>— 寓意：美好的朝阳与晨光（迎曦之意）。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2：</w:t>
      </w:r>
      <w:r>
        <w:rPr>
          <w:rFonts w:ascii="Microsoft YaHei" w:hAnsi="Microsoft YaHei" w:eastAsia="微软雅黑"/>
          <w:sz w:val="22"/>
        </w:rPr>
        <w:t xml:space="preserve"> ภาสิณี (Phasinee / 帕西妮) </w:t>
      </w:r>
      <w:r>
        <w:rPr>
          <w:rFonts w:ascii="Microsoft YaHei" w:hAnsi="Microsoft YaHei" w:eastAsia="微软雅黑"/>
          <w:color w:val="505050"/>
          <w:sz w:val="22"/>
        </w:rPr>
        <w:t>— 寓意：充满光明、璀璨夺目。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1：</w:t>
      </w:r>
      <w:r>
        <w:rPr>
          <w:rFonts w:ascii="Microsoft YaHei" w:hAnsi="Microsoft YaHei" w:eastAsia="微软雅黑"/>
          <w:sz w:val="22"/>
        </w:rPr>
        <w:t xml:space="preserve"> ซัน (Sun) </w:t>
      </w:r>
      <w:r>
        <w:rPr>
          <w:rFonts w:ascii="Microsoft YaHei" w:hAnsi="Microsoft YaHei" w:eastAsia="微软雅黑"/>
          <w:color w:val="505050"/>
          <w:sz w:val="22"/>
        </w:rPr>
        <w:t>— 含义："阳光/太阳"。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2：</w:t>
      </w:r>
      <w:r>
        <w:rPr>
          <w:rFonts w:ascii="Microsoft YaHei" w:hAnsi="Microsoft YaHei" w:eastAsia="微软雅黑"/>
          <w:sz w:val="22"/>
        </w:rPr>
        <w:t xml:space="preserve"> ซันนี (Sunny) </w:t>
      </w:r>
      <w:r>
        <w:rPr>
          <w:rFonts w:ascii="Microsoft YaHei" w:hAnsi="Microsoft YaHei" w:eastAsia="微软雅黑"/>
          <w:color w:val="505050"/>
          <w:sz w:val="22"/>
        </w:rPr>
        <w:t>— 含义："晴朗晨光、朝气蓬勃"。</w:t>
      </w:r>
    </w:p>
    <w:p>
      <w:pPr>
        <w:pStyle w:val="Heading2"/>
      </w:pPr>
      <w:r>
        <w:t>6. 王文骁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1：</w:t>
      </w:r>
      <w:r>
        <w:rPr>
          <w:rFonts w:ascii="Microsoft YaHei" w:hAnsi="Microsoft YaHei" w:eastAsia="微软雅黑"/>
          <w:sz w:val="22"/>
        </w:rPr>
        <w:t xml:space="preserve"> เดชวินท์ (Dechawin / 德查威) </w:t>
      </w:r>
      <w:r>
        <w:rPr>
          <w:rFonts w:ascii="Microsoft YaHei" w:hAnsi="Microsoft YaHei" w:eastAsia="微软雅黑"/>
          <w:color w:val="505050"/>
          <w:sz w:val="22"/>
        </w:rPr>
        <w:t>— 寓意：兼具威严智慧与胜算（文武双全）。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2：</w:t>
      </w:r>
      <w:r>
        <w:rPr>
          <w:rFonts w:ascii="Microsoft YaHei" w:hAnsi="Microsoft YaHei" w:eastAsia="微软雅黑"/>
          <w:sz w:val="22"/>
        </w:rPr>
        <w:t xml:space="preserve"> กิตติวัชร (Kittiwat / 克提瓦) </w:t>
      </w:r>
      <w:r>
        <w:rPr>
          <w:rFonts w:ascii="Microsoft YaHei" w:hAnsi="Microsoft YaHei" w:eastAsia="微软雅黑"/>
          <w:color w:val="505050"/>
          <w:sz w:val="22"/>
        </w:rPr>
        <w:t>— 寓意：如金刚石般坚毅英勇、享有名誉。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1：</w:t>
      </w:r>
      <w:r>
        <w:rPr>
          <w:rFonts w:ascii="Microsoft YaHei" w:hAnsi="Microsoft YaHei" w:eastAsia="微软雅黑"/>
          <w:sz w:val="22"/>
        </w:rPr>
        <w:t xml:space="preserve"> วิน (Win) </w:t>
      </w:r>
      <w:r>
        <w:rPr>
          <w:rFonts w:ascii="Microsoft YaHei" w:hAnsi="Microsoft YaHei" w:eastAsia="微软雅黑"/>
          <w:color w:val="505050"/>
          <w:sz w:val="22"/>
        </w:rPr>
        <w:t>— 含义："胜利"（发音接近"文"）。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2：</w:t>
      </w:r>
      <w:r>
        <w:rPr>
          <w:rFonts w:ascii="Microsoft YaHei" w:hAnsi="Microsoft YaHei" w:eastAsia="微软雅黑"/>
          <w:sz w:val="22"/>
        </w:rPr>
        <w:t xml:space="preserve"> แชมป์ (Champ) </w:t>
      </w:r>
      <w:r>
        <w:rPr>
          <w:rFonts w:ascii="Microsoft YaHei" w:hAnsi="Microsoft YaHei" w:eastAsia="微软雅黑"/>
          <w:color w:val="505050"/>
          <w:sz w:val="22"/>
        </w:rPr>
        <w:t>— 含义："冠军、骁勇善战"。</w:t>
      </w:r>
    </w:p>
    <w:p>
      <w:pPr>
        <w:pStyle w:val="Heading2"/>
      </w:pPr>
      <w:r>
        <w:t>7. 闫青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1：</w:t>
      </w:r>
      <w:r>
        <w:rPr>
          <w:rFonts w:ascii="Microsoft YaHei" w:hAnsi="Microsoft YaHei" w:eastAsia="微软雅黑"/>
          <w:sz w:val="22"/>
        </w:rPr>
        <w:t xml:space="preserve"> ศศิชา (Sasicha / 萨西查) </w:t>
      </w:r>
      <w:r>
        <w:rPr>
          <w:rFonts w:ascii="Microsoft YaHei" w:hAnsi="Microsoft YaHei" w:eastAsia="微软雅黑"/>
          <w:color w:val="505050"/>
          <w:sz w:val="22"/>
        </w:rPr>
        <w:t>— 寓意：如月色般清新脱俗、宁静高雅。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2：</w:t>
      </w:r>
      <w:r>
        <w:rPr>
          <w:rFonts w:ascii="Microsoft YaHei" w:hAnsi="Microsoft YaHei" w:eastAsia="微软雅黑"/>
          <w:sz w:val="22"/>
        </w:rPr>
        <w:t xml:space="preserve"> สิรินทร์ (Sirin / 斯林) </w:t>
      </w:r>
      <w:r>
        <w:rPr>
          <w:rFonts w:ascii="Microsoft YaHei" w:hAnsi="Microsoft YaHei" w:eastAsia="微软雅黑"/>
          <w:color w:val="505050"/>
          <w:sz w:val="22"/>
        </w:rPr>
        <w:t>— 寓意：吉星高照、长青永恒。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1：</w:t>
      </w:r>
      <w:r>
        <w:rPr>
          <w:rFonts w:ascii="Microsoft YaHei" w:hAnsi="Microsoft YaHei" w:eastAsia="微软雅黑"/>
          <w:sz w:val="22"/>
        </w:rPr>
        <w:t xml:space="preserve"> ฟ้า (Fah) </w:t>
      </w:r>
      <w:r>
        <w:rPr>
          <w:rFonts w:ascii="Microsoft YaHei" w:hAnsi="Microsoft YaHei" w:eastAsia="微软雅黑"/>
          <w:color w:val="505050"/>
          <w:sz w:val="22"/>
        </w:rPr>
        <w:t>— 含义："蓝天/天空"（对应"青"的自然色调）。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2：</w:t>
      </w:r>
      <w:r>
        <w:rPr>
          <w:rFonts w:ascii="Microsoft YaHei" w:hAnsi="Microsoft YaHei" w:eastAsia="微软雅黑"/>
          <w:sz w:val="22"/>
        </w:rPr>
        <w:t xml:space="preserve"> ใบชา (Baicha) </w:t>
      </w:r>
      <w:r>
        <w:rPr>
          <w:rFonts w:ascii="Microsoft YaHei" w:hAnsi="Microsoft YaHei" w:eastAsia="微软雅黑"/>
          <w:color w:val="505050"/>
          <w:sz w:val="22"/>
        </w:rPr>
        <w:t>— 含义："青茶/茶叶"（清新自然，风味典雅）。</w:t>
      </w:r>
    </w:p>
    <w:p>
      <w:pPr>
        <w:pStyle w:val="Heading2"/>
      </w:pPr>
      <w:r>
        <w:t>8. 郑月婷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1：</w:t>
      </w:r>
      <w:r>
        <w:rPr>
          <w:rFonts w:ascii="Microsoft YaHei" w:hAnsi="Microsoft YaHei" w:eastAsia="微软雅黑"/>
          <w:sz w:val="22"/>
        </w:rPr>
        <w:t xml:space="preserve"> ศศิธร (Sasithorn / 萨西通) </w:t>
      </w:r>
      <w:r>
        <w:rPr>
          <w:rFonts w:ascii="Microsoft YaHei" w:hAnsi="Microsoft YaHei" w:eastAsia="微软雅黑"/>
          <w:color w:val="505050"/>
          <w:sz w:val="22"/>
        </w:rPr>
        <w:t>— 寓意：泰语高雅词"月亮"，秀丽优雅。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2：</w:t>
      </w:r>
      <w:r>
        <w:rPr>
          <w:rFonts w:ascii="Microsoft YaHei" w:hAnsi="Microsoft YaHei" w:eastAsia="微软雅黑"/>
          <w:sz w:val="22"/>
        </w:rPr>
        <w:t xml:space="preserve"> นันทินี (Nanthinee / 楠提妮) </w:t>
      </w:r>
      <w:r>
        <w:rPr>
          <w:rFonts w:ascii="Microsoft YaHei" w:hAnsi="Microsoft YaHei" w:eastAsia="微软雅黑"/>
          <w:color w:val="505050"/>
          <w:sz w:val="22"/>
        </w:rPr>
        <w:t>— 寓意：令人心生喜悦的娉婷女子。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1：</w:t>
      </w:r>
      <w:r>
        <w:rPr>
          <w:rFonts w:ascii="Microsoft YaHei" w:hAnsi="Microsoft YaHei" w:eastAsia="微软雅黑"/>
          <w:sz w:val="22"/>
        </w:rPr>
        <w:t xml:space="preserve"> มูน (Moon) </w:t>
      </w:r>
      <w:r>
        <w:rPr>
          <w:rFonts w:ascii="Microsoft YaHei" w:hAnsi="Microsoft YaHei" w:eastAsia="微软雅黑"/>
          <w:color w:val="505050"/>
          <w:sz w:val="22"/>
        </w:rPr>
        <w:t>— 含义："月亮/月光"。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2：</w:t>
      </w:r>
      <w:r>
        <w:rPr>
          <w:rFonts w:ascii="Microsoft YaHei" w:hAnsi="Microsoft YaHei" w:eastAsia="微软雅黑"/>
          <w:sz w:val="22"/>
        </w:rPr>
        <w:t xml:space="preserve"> ถิงถิง (Tingting) </w:t>
      </w:r>
      <w:r>
        <w:rPr>
          <w:rFonts w:ascii="Microsoft YaHei" w:hAnsi="Microsoft YaHei" w:eastAsia="微软雅黑"/>
          <w:color w:val="505050"/>
          <w:sz w:val="22"/>
        </w:rPr>
        <w:t>— 含义："婷婷"（保留中文小名的叠音）。</w:t>
      </w:r>
    </w:p>
    <w:p>
      <w:pPr>
        <w:pStyle w:val="Heading2"/>
      </w:pPr>
      <w:r>
        <w:t>9. 路易斯 (Louis)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1：</w:t>
      </w:r>
      <w:r>
        <w:rPr>
          <w:rFonts w:ascii="Microsoft YaHei" w:hAnsi="Microsoft YaHei" w:eastAsia="微软雅黑"/>
          <w:sz w:val="22"/>
        </w:rPr>
        <w:t xml:space="preserve"> พิชญะ (Phichaya / 披查亚) </w:t>
      </w:r>
      <w:r>
        <w:rPr>
          <w:rFonts w:ascii="Microsoft YaHei" w:hAnsi="Microsoft YaHei" w:eastAsia="微软雅黑"/>
          <w:color w:val="505050"/>
          <w:sz w:val="22"/>
        </w:rPr>
        <w:t>— 寓意：睿智的胜利者（呼应 Louis 的高贵战士含义）。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大名备选 2：</w:t>
      </w:r>
      <w:r>
        <w:rPr>
          <w:rFonts w:ascii="Microsoft YaHei" w:hAnsi="Microsoft YaHei" w:eastAsia="微软雅黑"/>
          <w:sz w:val="22"/>
        </w:rPr>
        <w:t xml:space="preserve"> อนาวิน (Anawin / 阿纳温) </w:t>
      </w:r>
      <w:r>
        <w:rPr>
          <w:rFonts w:ascii="Microsoft YaHei" w:hAnsi="Microsoft YaHei" w:eastAsia="微软雅黑"/>
          <w:color w:val="505050"/>
          <w:sz w:val="22"/>
        </w:rPr>
        <w:t>— 寓意：高洁清朗、光明正大。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1：</w:t>
      </w:r>
      <w:r>
        <w:rPr>
          <w:rFonts w:ascii="Microsoft YaHei" w:hAnsi="Microsoft YaHei" w:eastAsia="微软雅黑"/>
          <w:sz w:val="22"/>
        </w:rPr>
        <w:t xml:space="preserve"> หลุยส์ (Lui) </w:t>
      </w:r>
      <w:r>
        <w:rPr>
          <w:rFonts w:ascii="Microsoft YaHei" w:hAnsi="Microsoft YaHei" w:eastAsia="微软雅黑"/>
          <w:color w:val="505050"/>
          <w:sz w:val="22"/>
        </w:rPr>
        <w:t>— 含义：Louis 的泰语标准音译。</w:t>
      </w:r>
    </w:p>
    <w:p>
      <w:pPr>
        <w:spacing w:after="40" w:before="40"/>
      </w:pPr>
      <w:r>
        <w:rPr>
          <w:rFonts w:ascii="Microsoft YaHei" w:hAnsi="Microsoft YaHei" w:eastAsia="微软雅黑"/>
          <w:b/>
          <w:sz w:val="22"/>
        </w:rPr>
        <w:t>• 小名备选 2：</w:t>
      </w:r>
      <w:r>
        <w:rPr>
          <w:rFonts w:ascii="Microsoft YaHei" w:hAnsi="Microsoft YaHei" w:eastAsia="微软雅黑"/>
          <w:sz w:val="22"/>
        </w:rPr>
        <w:t xml:space="preserve"> วิน (Win) </w:t>
      </w:r>
      <w:r>
        <w:rPr>
          <w:rFonts w:ascii="Microsoft YaHei" w:hAnsi="Microsoft YaHei" w:eastAsia="微软雅黑"/>
          <w:color w:val="505050"/>
          <w:sz w:val="22"/>
        </w:rPr>
        <w:t>— 含义："胜利"（契合英勇之意）。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