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 w:eastAsia="宋体" w:cs="Tahoma"/>
          <w:b/>
          <w:sz w:val="32"/>
        </w:rPr>
        <w:t>泰语－中文双语短文</w:t>
      </w:r>
    </w:p>
    <w:p>
      <w:pPr>
        <w:spacing w:after="240"/>
        <w:jc w:val="center"/>
      </w:pPr>
      <w:r>
        <w:rPr>
          <w:rFonts w:ascii="Calibri" w:hAnsi="Calibri" w:eastAsia="宋体" w:cs="Tahoma"/>
          <w:b w:val="0"/>
          <w:sz w:val="20"/>
        </w:rPr>
        <w:t>共 9 篇 · 生活感悟类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1. เวลาว่างคุณชอบทำอะไร?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你空闲的时候喜欢做什么？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สำหรับฉัน ฉันชอบทำหลายอย่าง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ในเวลาว่าง ในวันหยุด ฉันมักจะไปคาเฟ่กับเพื่อน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เพราะปกติฉันต้องทำงานหรือเรียน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ตั้งแต่วันจันทร์ถึงวันศุกร์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เวลาที่ได้เจอกัน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เราก็มักจะคุยกันเรื่องงาน เรื่องชีวิต และแผนในอนาคต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มันทำให้ฉันรู้สึกผ่อนคลาย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และมีความสุขมากขึ้น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แต่บางครั้ง ฉันก็ชอบอยู่บ้าน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ฉันอาจจะดูทีวี ฟังเพลง หรือเล่นโทรศัพท์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นอกจากนี้ ฉันยังใช้เวลาเรียนภาษาไทย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ฉันพยายามจำคำศัพท์ใหม่ ๆ และฝึกพูดทุกวัน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ฉันอยากพูดภาษาไทยให้เก่งขึ้น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เลยต้องฝึกบ่อย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ฉันคิดว่าถ้าฝึกทุกวัน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เราจะพัฒนาขึ้นแน่นอน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对我来说，我在空闲时间喜欢做很多事情。在周末，我通常会和朋友去咖啡店。因为平时我要上班或上课，从周一到周五都比较忙。当我们见面的时候，我们通常会聊工作、生活，还有未来的计划。这让我感到很放松，也更加开心。不过有时候我也喜欢待在家里，我可能会看电视、听音乐，或者玩手机。除此之外，我还会花时间学习泰语。我会努力记新单词，每天练习口语。我想把泰语说得更好，所以需要经常练习。我觉得如果每天坚持，一定会有进步。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2. ปกติคุณชอบตื่นเช้าไหม?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你平常喜欢早起吗？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สำหรับฉัน บางวันฉันชอบตื่นเช้า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แต่บางวันก็รู้สึกง่วงมาก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ในวันที่ฉันต้องไปทำงานหรือไปเรียน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ฉันต้องตื่นเช้า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แม้ว่าจะไม่อยากตื่นก็ตาม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บางครั้ง ฉันก็กดเลื่อนปลุก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แล้วนอนต่ออีกนิดหน่อย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แต่ถ้าวันไหนฉันตื่นเช้าได้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ฉันจะรู้สึกดีมาก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ฉันมีเวลาทำหลายอย่าง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เช่น กินข้าวเช้าแบบสบาย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หรือเตรียมตัวไปทำงานอย่างไม่รีบ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ฉันคิดว่าการตื่นเช้า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ทำให้วันยาวขึ้น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และทำให้ฉันมีเวลาสำหรับตัวเองมากขึ้น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ตอนนี้ฉันกำลังพยายาม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ฝึกตื่นเช้าทุกวัน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แม้ว่าจะยังทำไม่ได้ทุกวันก็ตาม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แต่ฉันเชื่อว่า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ถ้าฝึกไปเรื่อย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ฉันจะทำได้ดีขึ้นแน่นอน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对我来说，有些天我喜欢早起，但有些天又会觉得很困。在需要上班或上课的日子里，我必须早起，即使我并不想起床。有时候我会按掉闹钟，再多睡一会儿。但如果哪天我成功早起了，我会感觉特别好。我会有时间做很多事情，比如悠闲地吃个早餐，或者从容地准备出门。我觉得早起会让一天变得更长，也让我有更多属于自己的时间。现在我正在努力每天早起，虽然还做不到每天都成功。但我相信，只要一直练习，一定会变得越来越好。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3. ตอนนี้คุณยังมีเพื่อนสนิทไหม?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你现在还有「特别好的朋友」吗？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สำหรับฉัน ฉันเคยมีเพื่อนสนิทหลายคน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ตอนเรียน เราอยู่ด้วยกันทุกวัน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เรากินข้าวด้วยกัน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ไปไหนก็ไปด้วยกัน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ตอนนั้นรู้สึกว่า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เราจะเป็นเพื่อนกันตลอดไป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แต่พอเวลาผ่านไป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แต่ละคนก็เริ่มมีชีวิตของตัวเอง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บางคนย้ายไปทำงานต่างเมือง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บางคนไม่ค่อยได้ติดต่อกันแล้ว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ตอนนี้ฉันยังมีเพื่อนสนิทอยู่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แต่ไม่ได้เจอกันบ่อยเหมือนเมื่อก่อน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บางครั้งแค่ส่งข้อความหากัน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หรือโทรคุยกันนิดหน่อย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ถึงแม้จะไม่ได้เจอกันบ่อย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แต่ฉันก็ยังรู้สึกว่า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เขาเป็นคนสำคัญสำหรับฉัน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ฉันคิดว่า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ไม่จำเป็นต้องมีเพื่อนเยอะ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แค่มีคนที่เข้าใจเรา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และอยู่ข้าง ๆ เราในเวลาที่สำคัญ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แค่นั้นก็พอแล้ว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对我来说，我曾经有几个很好的朋友。上学的时候，我们每天都在一起。我们一起吃饭，去哪里都一起。那时候觉得，我们会一直是朋友。但随着时间过去，每个人都开始有了自己的生活。有的人去了别的城市工作，有的人也渐渐不再联系。现在我还有很好的朋友，但不像以前那样经常见面了。有时候只是发发消息，或者简单打个电话。虽然不能常见面，但我依然觉得，他们对我来说很重要。我觉得，不需要很多朋友，只要有一个真正理解你的人，在重要的时候陪在你身边，那就已经足够了。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4. ระหว่างความมั่นคงกับอิสระ คุณจะเลือกอะไร?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稳定和自由，你会选哪一个？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สำหรับฉัน เรื่องนี้ไม่ง่ายเลย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บางครั้ง ฉันก็อยากมีชีวิตที่มั่นคง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มีงานที่ดี มีรายได้ที่แน่นอน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มันทำให้รู้สึกสบายใจ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และไม่ต้องกังวลมาก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แต่ในขณะเดียวกัน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ฉันก็อยากมีอิสระ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อยากไปไหนก็ได้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อยากทำในสิ่งที่ตัวเองชอบ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ไม่ต้องอยู่ในกรอบเดิม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บางคนเลือกความมั่นคง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เพราะรู้สึกปลอดภัย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บางคนเลือกอิสระ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เพราะอยากใช้ชีวิตแบบของตัวเอง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สำหรับฉัน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ตอนนี้ฉันยังหาคำตอบอยู่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อาจจะไม่ต้องเลือกแค่ทางเดียว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ถ้าเราจัดสมดุลได้ดี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ชีวิตก็น่าจะมีความสุขมากขึ้น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对我来说，这件事并不简单。有时候，我也想要稳定的生活，有一份不错的工作，有稳定的收入。这会让人感到安心，不用太多担心。但与此同时，我也想要自由。想去哪里就去哪里，做自己喜欢的事情，不用被固定的框架限制。有的人选择稳定，因为会更有安全感。有的人选择自由，因为想过自己想要的生活。对我来说，现在我还在寻找答案。也许不一定只能选一个，如果能找到平衡，生活也许会更幸福。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5. คุณเคยไปกินหมูกระทะหรือชาบูคนเดียวไหม?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你会一个人去吃火锅吗？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บางคนอาจจะคิดว่าแปลก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เพราะส่วนใหญ่เรามักจะไปกับเพื่อนหรือครอบครัว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เสียงคนคุยกัน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บรรยากาศคึกคัก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มันทำให้การกินสนุกขึ้น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ก็แค่อยากกินของที่ชอบ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โดยไม่ต้องรอใคร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นั่งคนเดียว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เลือกของที่อยากกินเอง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กินไปช้า ๆ แบบสบาย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ตอนแรกอาจจะรู้สึกเขินนิดหน่อย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เหมือนมีคนมอง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แต่พอนั่งไปสักพัก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ก็เริ่มชิน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แล้วก็รู้สึกสบายใจมากขึ้น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จริง ๆ แล้ว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การอยู่คนเดียวบ้าง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ก็ไม่ได้แย่อย่างที่คิด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บางทีมันก็เป็นเวลาเล็ก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ที่เราได้อยู่กับตัวเองจริง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แล้วคุณล่ะ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กล้าลองไปกินคนเดียวไหม?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有些人可能会觉得有点奇怪，因为大多数时候，我们都是和朋友或者家人一起去吃。大家聊天的声音，热闹的氛围，会让吃饭变得更开心。但有些日子，只是单纯想吃自己喜欢的东西，也不想等别人。一个人坐着，自己选想吃的食物，慢慢吃，其实也挺舒服。一开始可能会有点不好意思，好像有人在看你。但坐一会儿之后，就会慢慢习惯，反而变得更自在。其实，偶尔一个人待着，也没有想象中那么糟。有时候那反而是真正属于自己的小时间。那你呢？你会尝试一个人去吃吗？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6. อยู่คนเดียว ทำให้เราขี้เกียจขึ้นจริงไหม?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一个人住，真的会变懒吗？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ตอนเริ่มอยู่คนเดียว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หลายอย่างต้องทำเองหมด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ทำความสะอาด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ซักผ้า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เก็บห้อง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บางวันก็รู้สึกเหนื่อย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แล้วก็แอบขี้เกียจนิดหน่อย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จานก็วางไว้ก่อน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บอกตัวเองว่า "เดี๋ยวค่อยล้าง"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ห้องก็ไม่ได้เรียบร้อยตลอดเวลา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ก็อยากจัดห้องให้สะอาด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เปิดเพลงเบา ๆ แล้วค่อย ๆ ทำ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มันก็รู้สึกดีไปอีกแบบ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การอยู่คนเดียว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อาจจะทำให้เราขี้เกียจบ้าง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แต่ก็ทำให้เราได้รู้จักตัวเองมากขึ้น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ว่าเราเป็นคนแบบไหน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และใช้ชีวิตยังไง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แล้วคุณล่ะ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อยู่คนเดียวแล้วเป็นยังไงบ้าง?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刚开始一个人住的时候，很多事情都要自己做。打扫卫生、洗衣服、收拾房间。有些时候会觉得累，也会偷偷变懒一点。碗就先放着，对自己说"等会再洗"。房间也不会一直很整齐。但也有一些时候，会突然想把房间收拾干净，放点音乐，慢慢整理。那种感觉，其实也挺好的。一个人住，可能会让人偶尔变懒，但也会让你更了解自己。知道自己是什么样的人，习惯怎样生活。那你呢？一个人住之后，有什么变化吗？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7. ความสัมพันธ์ที่ไม่ชัดเจน นาน ๆ ไปจะเหนื่อยไหม?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暧昧久了会累吗？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บางคนคุยกันทุกวัน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ส่งข้อความหากันตลอด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ตื่นมาก็ทัก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ก่อนนอนก็ยังคุยกัน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ดูเหมือนสำคัญ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แต่ก็ไม่ได้เป็นอะไรกันจริง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บางครั้งก็รู้สึกดีมาก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เหมือนอีกฝ่ายใส่ใจเรา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แต่บางครั้ง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ก็รู้สึกเหมือนอยู่คนเดียว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ไม่กล้าถามว่า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"เราเป็นอะไรกัน?"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เพราะกลัวคำตอบจะเปลี่ยนทุกอย่าง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ยิ่งเวลาผ่านไป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ก็ยิ่งเริ่มเหนื่อย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เหมือนกำลังรออะไรบางอย่าง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แต่ไม่รู้ว่าจะได้ไหม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บางคนเลือกถอยออกมา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เพราะไม่อยากเสียความรู้สึกไปมากกว่านี้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แต่บางคนก็ยังอยู่ต่อ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เพราะหวังว่าสักวัน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ความสัมพันธ์นี้จะชัดเจนขึ้น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แล้วคุณล่ะ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คิดว่าความสัมพันธ์แบบนี้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ไปต่อได้จริงไหม?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有些人每天聊天，一直互发消息。早上醒来会找你，睡前也还在聊天。看起来好像很重要，但其实又什么关系都不是。有时候会觉得很开心，像是对方真的很在意你。但有时候，又会觉得自己其实很孤单。不敢问一句"我们到底算什么？"，因为害怕答案会改变现在的一切。时间越久，人也会慢慢开始累。像是在等待什么，却不知道最后会不会有结果。有的人选择离开，因为不想再继续消耗自己。但也有人继续留在原地，期待有一天，这段关系能变得明确一点。那你觉得呢？这样的关系，真的能一直继续下去吗？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8. สามเดือน เปลี่ยนตัวเองได้จริงไหม?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三个月，真的可以改变自己吗？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เมื่อก่อนฉันก็คิดว่า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การเปลี่ยนตัวเองเป็นเรื่องยากมาก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หลายครั้งเริ่มต้นได้ไม่กี่วัน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ก็กลับไปเหมือนเดิม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แต่พอโตขึ้น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ฉันเริ่มเข้าใจว่า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คนเราอาจไม่ได้เปลี่ยนทันที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แต่นิสัยเล็ก ๆ ที่ทำทุกวัน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กำลังเปลี่ยนเราอยู่เงียบ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เช่น การนอนเร็วขึ้น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ออกกำลังกายบ้าง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หรือฝึกภาษาวันละนิด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ตอนแรกอาจยังไม่เห็นผล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แต่ถ้าทำต่อไปเรื่อย ๆ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วันหนึ่งเราจะรู้ตัวว่า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ตัวเองไม่เหมือนเดิมแล้ว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แล้วตอนนี้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คุณมีอะไรที่กำลังพยายาม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เปลี่ยนอยู่ไหม?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以前我也觉得，改变自己是一件很难的事情。很多时候才坚持几天，就又变回原来的样子。但长大以后，我慢慢开始明白：人其实不会一下子突然改变，而是那些每天重复的小习惯，正在悄悄改变我们。比如早点睡觉、偶尔运动一下，或者每天学一点语言。刚开始的时候，可能还看不出变化。但如果一直坚持下去，总有一天会发现，自己已经和以前不一样了。那现在的你，有没有什么正在努力改变的事情呢？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>9. ตอนนี้ ชีวิตที่คุณกำลังใช้ เป็นแบบที่คุณต้องการไหม?</w:t>
      </w:r>
    </w:p>
    <w:p>
      <w:pPr>
        <w:spacing w:before="280" w:after="80"/>
      </w:pPr>
      <w:r>
        <w:rPr>
          <w:rFonts w:ascii="Calibri" w:hAnsi="Calibri" w:eastAsia="宋体" w:cs="Tahoma"/>
          <w:b/>
          <w:sz w:val="26"/>
        </w:rPr>
        <w:t xml:space="preserve">   你现在过的，是你想要的生活吗？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บางครั้งฉันก็คิดเรื่องนี้เหมือนกัน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ทุกวันดูเหมือนยุ่งมาก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ตื่น ไปเรียน ไปทำงาน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แล้วก็กลับมาพักผ่อน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บางวันก็รู้สึกเหนื่อย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จนไม่มีเวลาให้ตัวเองเลย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เมื่อก่อนฉันคิดว่า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ถ้ามีเงินมากขึ้น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ชีวิตน่าจะมีความสุขขึ้น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แต่พอโตขึ้น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ฉันเริ่มรู้ว่า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บางทีความสุข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อาจเป็นแค่การได้นอนเต็มอิ่ม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กินของอร่อย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หรือได้ใช้เวลากับคนสบายใจ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ชีวิตที่ดีของแต่ละคน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อาจไม่เหมือนกัน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ตอนนี้ฉันอาจยังไม่ได้มีทุกอย่าง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แต่ก็พยายามใช้ชีวิต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ในแบบที่ตัวเองสบายใจมากขึ้น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แล้วคุณล่ะ</w:t>
      </w:r>
    </w:p>
    <w:p>
      <w:pPr>
        <w:spacing w:after="0"/>
      </w:pPr>
      <w:r>
        <w:rPr>
          <w:rFonts w:ascii="Calibri" w:hAnsi="Calibri" w:eastAsia="宋体" w:cs="Tahoma"/>
          <w:b w:val="0"/>
          <w:sz w:val="23"/>
        </w:rPr>
        <w:t>ตอนนี้มีความสุขกับชีวิตตัวเองไหม?</w:t>
      </w:r>
    </w:p>
    <w:p>
      <w:pPr>
        <w:spacing w:before="120" w:after="40"/>
      </w:pPr>
      <w:r>
        <w:rPr>
          <w:rFonts w:ascii="Calibri" w:hAnsi="Calibri" w:eastAsia="宋体" w:cs="Tahoma"/>
          <w:b w:val="0"/>
          <w:sz w:val="22"/>
        </w:rPr>
        <w:t>有时候我也会想这个问题。每天好像都很忙，起床、上课、工作，然后回家休息。有些日子会觉得很累，连自己的时间都没有。以前我觉得，如果赚更多钱，生活应该就会更幸福。但长大以后，我慢慢开始明白：有时候幸福，可能只是睡一个好觉、吃到喜欢的东西，或者和让自己舒服的人待在一起。每个人想要的生活，其实都不一样。现在的我，也许还没有拥有一切，但我正在努力过让自己更舒服的生活。那你呢，现在对自己的生活满意吗？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宋体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