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b/>
          <w:sz w:val="36"/>
        </w:rPr>
        <w:t>泰语低辅音教案</w:t>
        <w:br/>
        <w:t>——ฑ ฒ ธ 的教学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项目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内容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授课主题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泰语低辅音 ฑ ฒ ธ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授课对象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泰语学习者（已学完低辅音ค ช ซ ท พ ฟ ภ ง ญ ณ น ม ย ร ล ว ฬ ฮ等）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课时时长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90 分钟（1.5 小时）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教学重点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ฑ ฒ ธ 的发音规则、书写笔顺、常用词汇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教学难点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三者在发音上与ท的区分；语调规则的一致性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教具准备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白板/PPT、字母卡片、练习卷</w:t>
            </w:r>
          </w:p>
        </w:tc>
      </w:tr>
    </w:tbl>
    <w:p/>
    <w:p>
      <w:pPr>
        <w:pStyle w:val="Heading1"/>
      </w:pPr>
      <w:r>
        <w:rPr>
          <w:rFonts w:ascii="宋体" w:hAnsi="宋体" w:eastAsia="宋体"/>
          <w:sz w:val="32"/>
        </w:rPr>
        <w:t>一、教学目标</w:t>
      </w:r>
    </w:p>
    <w:p>
      <w:r>
        <w:rPr>
          <w:rFonts w:ascii="宋体" w:hAnsi="宋体" w:eastAsia="宋体"/>
          <w:sz w:val="24"/>
        </w:rPr>
        <w:t>【知识目标】掌握低辅音 ฑ ฒ ธ 的正确发音、书写笔顺及名称。</w:t>
      </w:r>
    </w:p>
    <w:p>
      <w:r>
        <w:rPr>
          <w:rFonts w:ascii="宋体" w:hAnsi="宋体" w:eastAsia="宋体"/>
          <w:sz w:val="24"/>
        </w:rPr>
        <w:t>【能力目标】能够准确认读含 ฑ ฒ ธ 的单词，理解其在词汇中的发音规律。</w:t>
      </w:r>
    </w:p>
    <w:p>
      <w:r>
        <w:rPr>
          <w:rFonts w:ascii="宋体" w:hAnsi="宋体" w:eastAsia="宋体"/>
          <w:sz w:val="24"/>
        </w:rPr>
        <w:t>【情感目标】通过归纳总结低辅音体系，增强对泰语语音系统的整体把握。</w:t>
      </w:r>
    </w:p>
    <w:p>
      <w:pPr>
        <w:pStyle w:val="Heading1"/>
      </w:pPr>
      <w:r>
        <w:rPr>
          <w:rFonts w:ascii="宋体" w:hAnsi="宋体" w:eastAsia="宋体"/>
          <w:sz w:val="32"/>
        </w:rPr>
        <w:t>二、教学流程总览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环节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时长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内容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环节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时间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内容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复习导入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30 min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已学低辅音回顾（发音、书写、词汇）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新课讲授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25 min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ฑ ฒ ธ 发音规则、书写笔顺、辨形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词汇拓展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15 min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含 ฑ ฒ ธ 的常用词汇认读与拼写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课堂练习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15 min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听写、辨音、填空综合练习</w:t>
            </w:r>
          </w:p>
        </w:tc>
      </w:tr>
      <w:tr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总结作业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5 min</w:t>
            </w:r>
          </w:p>
        </w:tc>
        <w:tc>
          <w:tcPr>
            <w:tcW w:type="dxa" w:w="3135"/>
          </w:tcPr>
          <w:p>
            <w:r>
              <w:rPr>
                <w:rFonts w:ascii="宋体" w:hAnsi="宋体"/>
                <w:sz w:val="22"/>
              </w:rPr>
              <w:t>小结 + 课后任务布置</w:t>
            </w:r>
          </w:p>
        </w:tc>
      </w:tr>
    </w:tbl>
    <w:p/>
    <w:p>
      <w:pPr>
        <w:pStyle w:val="Heading1"/>
      </w:pPr>
      <w:r>
        <w:rPr>
          <w:rFonts w:ascii="宋体" w:hAnsi="宋体" w:eastAsia="宋体"/>
          <w:sz w:val="32"/>
        </w:rPr>
        <w:t>三、复习环节（30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3.1 低辅音快速回顾（10 min）</w:t>
      </w:r>
    </w:p>
    <w:p>
      <w:r>
        <w:rPr>
          <w:rFonts w:ascii="宋体" w:hAnsi="宋体" w:eastAsia="宋体"/>
          <w:sz w:val="24"/>
        </w:rPr>
        <w:t>板书或PPT展示所有已学低辅音，按发音分组：</w:t>
      </w:r>
    </w:p>
    <w:p>
      <w:r>
        <w:rPr>
          <w:rFonts w:ascii="宋体" w:hAnsi="宋体" w:eastAsia="宋体"/>
          <w:sz w:val="24"/>
        </w:rPr>
        <w:t xml:space="preserve">  • /kh/ 组：ค ฅ ฆ</w:t>
      </w:r>
    </w:p>
    <w:p>
      <w:r>
        <w:rPr>
          <w:rFonts w:ascii="宋体" w:hAnsi="宋体" w:eastAsia="宋体"/>
          <w:sz w:val="24"/>
        </w:rPr>
        <w:t xml:space="preserve">  • /ch/ 组：ช ฌ</w:t>
      </w:r>
    </w:p>
    <w:p>
      <w:r>
        <w:rPr>
          <w:rFonts w:ascii="宋体" w:hAnsi="宋体" w:eastAsia="宋体"/>
          <w:sz w:val="24"/>
        </w:rPr>
        <w:t xml:space="preserve">  • /s/  组：ซ</w:t>
      </w:r>
    </w:p>
    <w:p>
      <w:r>
        <w:rPr>
          <w:rFonts w:ascii="宋体" w:hAnsi="宋体" w:eastAsia="宋体"/>
          <w:sz w:val="24"/>
        </w:rPr>
        <w:t xml:space="preserve">  • /th/ 组：ท (ทหาร) ——今天要学的 ฑ ฒ ธ 也属于这一组</w:t>
      </w:r>
    </w:p>
    <w:p>
      <w:r>
        <w:rPr>
          <w:rFonts w:ascii="宋体" w:hAnsi="宋体" w:eastAsia="宋体"/>
          <w:sz w:val="24"/>
        </w:rPr>
        <w:t xml:space="preserve">  • /ph/ 组：พ ภ</w:t>
      </w:r>
    </w:p>
    <w:p>
      <w:r>
        <w:rPr>
          <w:rFonts w:ascii="宋体" w:hAnsi="宋体" w:eastAsia="宋体"/>
          <w:sz w:val="24"/>
        </w:rPr>
        <w:t xml:space="preserve">  • /f/  组：ฟ</w:t>
      </w:r>
    </w:p>
    <w:p>
      <w:r>
        <w:rPr>
          <w:rFonts w:ascii="宋体" w:hAnsi="宋体" w:eastAsia="宋体"/>
          <w:sz w:val="24"/>
        </w:rPr>
        <w:t xml:space="preserve">  • 鼻音/流音组：ง ญ ณ น ม ย ร ล ว ฬ ฮ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提问互动：随机抽取字母卡片，学生抢答名称和发音。</w:t>
      </w:r>
    </w:p>
    <w:p>
      <w:pPr>
        <w:pStyle w:val="Heading2"/>
      </w:pPr>
      <w:r>
        <w:rPr>
          <w:rFonts w:ascii="宋体" w:hAnsi="宋体" w:eastAsia="宋体"/>
          <w:sz w:val="28"/>
        </w:rPr>
        <w:t>3.2 低辅音语调规则复习（10 min）</w:t>
      </w:r>
    </w:p>
    <w:p>
      <w:r>
        <w:rPr>
          <w:rFonts w:ascii="宋体" w:hAnsi="宋体" w:eastAsia="宋体"/>
          <w:sz w:val="24"/>
        </w:rPr>
        <w:t>板书核心规则：低辅音 + 长元音/有声尾 → 中平调</w:t>
      </w:r>
    </w:p>
    <w:p>
      <w:r>
        <w:rPr>
          <w:rFonts w:ascii="宋体" w:hAnsi="宋体" w:eastAsia="宋体"/>
          <w:sz w:val="24"/>
        </w:rPr>
        <w:t xml:space="preserve">               低辅音 + 短元音/无声尾 → 高调（第四声）</w:t>
      </w:r>
    </w:p>
    <w:p>
      <w:r>
        <w:rPr>
          <w:rFonts w:ascii="宋体" w:hAnsi="宋体" w:eastAsia="宋体"/>
          <w:sz w:val="24"/>
        </w:rPr>
        <w:t xml:space="preserve">               低辅音 + ่ → 降调（第三声）</w:t>
      </w:r>
    </w:p>
    <w:p>
      <w:r>
        <w:rPr>
          <w:rFonts w:ascii="宋体" w:hAnsi="宋体" w:eastAsia="宋体"/>
          <w:sz w:val="24"/>
        </w:rPr>
        <w:t xml:space="preserve">               低辅音 + ้ → 高调（第四声）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快速练习（口头）：</w:t>
      </w:r>
    </w:p>
    <w:p>
      <w:r>
        <w:rPr>
          <w:rFonts w:ascii="宋体" w:hAnsi="宋体" w:eastAsia="宋体"/>
          <w:sz w:val="24"/>
        </w:rPr>
        <w:t xml:space="preserve">  • คา /khaa/ → 中平调</w:t>
      </w:r>
    </w:p>
    <w:p>
      <w:r>
        <w:rPr>
          <w:rFonts w:ascii="宋体" w:hAnsi="宋体" w:eastAsia="宋体"/>
          <w:sz w:val="24"/>
        </w:rPr>
        <w:t xml:space="preserve">  • ชั้น /chán/ → 高调</w:t>
      </w:r>
    </w:p>
    <w:p>
      <w:r>
        <w:rPr>
          <w:rFonts w:ascii="宋体" w:hAnsi="宋体" w:eastAsia="宋体"/>
          <w:sz w:val="24"/>
        </w:rPr>
        <w:t xml:space="preserve">  • ซื้อ /sʉ́ʉ/ → 高调</w:t>
      </w:r>
    </w:p>
    <w:p>
      <w:r>
        <w:rPr>
          <w:rFonts w:ascii="宋体" w:hAnsi="宋体" w:eastAsia="宋体"/>
          <w:sz w:val="24"/>
        </w:rPr>
        <w:t xml:space="preserve">  • พ่อ /phɔ̂ɔ/ → 降调</w:t>
      </w:r>
    </w:p>
    <w:p>
      <w:r>
        <w:rPr>
          <w:rFonts w:ascii="宋体" w:hAnsi="宋体" w:eastAsia="宋体"/>
          <w:sz w:val="24"/>
        </w:rPr>
        <w:t xml:space="preserve">  • ฟ้า /fáa/ → 高调</w:t>
      </w:r>
    </w:p>
    <w:p>
      <w:r>
        <w:rPr>
          <w:rFonts w:ascii="宋体" w:hAnsi="宋体" w:eastAsia="宋体"/>
          <w:sz w:val="24"/>
        </w:rPr>
        <w:t xml:space="preserve">  • ทาง /thaang/ → 中平调</w:t>
      </w:r>
    </w:p>
    <w:p>
      <w:pPr>
        <w:pStyle w:val="Heading2"/>
      </w:pPr>
      <w:r>
        <w:rPr>
          <w:rFonts w:ascii="宋体" w:hAnsi="宋体" w:eastAsia="宋体"/>
          <w:sz w:val="28"/>
        </w:rPr>
        <w:t>3.3 低辅音词汇复习（10 min）</w:t>
      </w:r>
    </w:p>
    <w:p>
      <w:r>
        <w:rPr>
          <w:rFonts w:ascii="宋体" w:hAnsi="宋体" w:eastAsia="宋体"/>
          <w:sz w:val="24"/>
        </w:rPr>
        <w:t>听写/认读已学低辅音单词（5-8个），检测掌握情况：</w:t>
      </w:r>
    </w:p>
    <w:p>
      <w:r>
        <w:rPr>
          <w:rFonts w:ascii="宋体" w:hAnsi="宋体" w:eastAsia="宋体"/>
          <w:sz w:val="24"/>
        </w:rPr>
        <w:t xml:space="preserve">  • ครอบครัว (家庭)  • ภาษา (语言)  • ฟัง (听)</w:t>
      </w:r>
    </w:p>
    <w:p>
      <w:r>
        <w:rPr>
          <w:rFonts w:ascii="宋体" w:hAnsi="宋体" w:eastAsia="宋体"/>
          <w:sz w:val="24"/>
        </w:rPr>
        <w:t xml:space="preserve">  • ไทย (泰国)  • มาก (多)  • รู้ (知道)</w:t>
      </w:r>
    </w:p>
    <w:p>
      <w:r>
        <w:rPr>
          <w:rFonts w:ascii="宋体" w:hAnsi="宋体" w:eastAsia="宋体"/>
          <w:sz w:val="24"/>
        </w:rPr>
        <w:t xml:space="preserve">  • งาน (工作)  • วัน (天/日)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快速纠正共性问题，为新课做铺垫。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⚠️ 重点提示：ท (tho thahan) — 已学过，发音 /th/，低辅音。</w:t>
      </w:r>
    </w:p>
    <w:p>
      <w:r>
        <w:rPr>
          <w:rFonts w:ascii="宋体" w:hAnsi="宋体" w:eastAsia="宋体"/>
          <w:sz w:val="24"/>
        </w:rPr>
        <w:t>今天学的 ฑ ฒ ธ 发音跟ท完全一样，区别只在于字形和罕见程度。</w:t>
      </w:r>
    </w:p>
    <w:p>
      <w:pPr>
        <w:pStyle w:val="Heading1"/>
      </w:pPr>
      <w:r>
        <w:rPr>
          <w:rFonts w:ascii="宋体" w:hAnsi="宋体" w:eastAsia="宋体"/>
          <w:sz w:val="32"/>
        </w:rPr>
        <w:t>四、新课讲授（60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4.1 三个新辅音介绍（10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字母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名称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发音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辅音类别</w:t>
            </w:r>
          </w:p>
        </w:tc>
        <w:tc>
          <w:tcPr>
            <w:tcW w:type="dxa" w:w="188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常见程度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字母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名称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发音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辅音类别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常见程度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ฑ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ฑ มณโฑ (tho montho)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/th/ (ท)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低辅音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★☆☆ 极少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ฒ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ฒ ผู้เฒ่า (tho phuthao)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/th/ (ท)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低辅音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★☆☆ 极少</w:t>
            </w:r>
          </w:p>
        </w:tc>
      </w:tr>
      <w:tr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ธ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ธ ธง (tho thong)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/th/ (ท)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低辅音</w:t>
            </w:r>
          </w:p>
        </w:tc>
        <w:tc>
          <w:tcPr>
            <w:tcW w:type="dxa" w:w="1881"/>
          </w:tcPr>
          <w:p>
            <w:r>
              <w:rPr>
                <w:rFonts w:ascii="宋体" w:hAnsi="宋体"/>
                <w:sz w:val="22"/>
              </w:rPr>
              <w:t>★★☆ 较少</w:t>
            </w:r>
          </w:p>
        </w:tc>
      </w:tr>
    </w:tbl>
    <w:p/>
    <w:p>
      <w:r>
        <w:rPr>
          <w:rFonts w:ascii="宋体" w:hAnsi="宋体" w:eastAsia="宋体"/>
          <w:sz w:val="24"/>
        </w:rPr>
        <w:t>教学要点：</w:t>
      </w:r>
    </w:p>
    <w:p>
      <w:r>
        <w:rPr>
          <w:rFonts w:ascii="宋体" w:hAnsi="宋体" w:eastAsia="宋体"/>
          <w:sz w:val="24"/>
        </w:rPr>
        <w:t>1. 三者发音与已学的 ท (tho thahan) 完全一致，都是 /th/</w:t>
      </w:r>
    </w:p>
    <w:p>
      <w:r>
        <w:rPr>
          <w:rFonts w:ascii="宋体" w:hAnsi="宋体" w:eastAsia="宋体"/>
          <w:sz w:val="24"/>
        </w:rPr>
        <w:t>2. 都是低辅音，语调规则和ท一模一样</w:t>
      </w:r>
    </w:p>
    <w:p>
      <w:r>
        <w:rPr>
          <w:rFonts w:ascii="宋体" w:hAnsi="宋体" w:eastAsia="宋体"/>
          <w:sz w:val="24"/>
        </w:rPr>
        <w:t>3. 区别在于：</w:t>
      </w:r>
    </w:p>
    <w:p>
      <w:r>
        <w:rPr>
          <w:rFonts w:ascii="宋体" w:hAnsi="宋体" w:eastAsia="宋体"/>
          <w:sz w:val="24"/>
        </w:rPr>
        <w:t xml:space="preserve">   • ฑ — 极罕见，几乎只出现在梵语/巴利语借词中</w:t>
      </w:r>
    </w:p>
    <w:p>
      <w:r>
        <w:rPr>
          <w:rFonts w:ascii="宋体" w:hAnsi="宋体" w:eastAsia="宋体"/>
          <w:sz w:val="24"/>
        </w:rPr>
        <w:t xml:space="preserve">   • ฒ — 极罕见，常见词只有少数几个</w:t>
      </w:r>
    </w:p>
    <w:p>
      <w:r>
        <w:rPr>
          <w:rFonts w:ascii="宋体" w:hAnsi="宋体" w:eastAsia="宋体"/>
          <w:sz w:val="24"/>
        </w:rPr>
        <w:t xml:space="preserve">   • ธ — 相对多些，如 ธง (旗)、ธรรม (法/正义)、ธุระ (事务)</w:t>
      </w:r>
    </w:p>
    <w:p>
      <w:pPr>
        <w:pStyle w:val="Heading2"/>
      </w:pPr>
      <w:r>
        <w:rPr>
          <w:rFonts w:ascii="宋体" w:hAnsi="宋体" w:eastAsia="宋体"/>
          <w:sz w:val="28"/>
        </w:rPr>
        <w:t>4.2 书写笔顺教学（15 min）</w:t>
      </w:r>
    </w:p>
    <w:p>
      <w:r>
        <w:rPr>
          <w:rFonts w:ascii="宋体" w:hAnsi="宋体" w:eastAsia="宋体"/>
          <w:sz w:val="24"/>
        </w:rPr>
        <w:t>教师在白板上逐笔示范，学生跟写。每个字母至少练 5 遍。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【ฑ — tho montho】</w:t>
      </w:r>
    </w:p>
    <w:p>
      <w:r>
        <w:rPr>
          <w:rFonts w:ascii="宋体" w:hAnsi="宋体" w:eastAsia="宋体"/>
          <w:sz w:val="24"/>
        </w:rPr>
        <w:t xml:space="preserve">  笔顺：从左上角画圈起笔 → 向下 → 内部细节。</w:t>
      </w:r>
    </w:p>
    <w:p>
      <w:r>
        <w:rPr>
          <w:rFonts w:ascii="宋体" w:hAnsi="宋体" w:eastAsia="宋体"/>
          <w:sz w:val="24"/>
        </w:rPr>
        <w:t xml:space="preserve">  注意：头部与 ต 相似，下方结构区别于 ด。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【ฒ — tho phuthao】</w:t>
      </w:r>
    </w:p>
    <w:p>
      <w:r>
        <w:rPr>
          <w:rFonts w:ascii="宋体" w:hAnsi="宋体" w:eastAsia="宋体"/>
          <w:sz w:val="24"/>
        </w:rPr>
        <w:t xml:space="preserve">  笔顺：上圈 → 竖 → 底部收笔。</w:t>
      </w:r>
    </w:p>
    <w:p>
      <w:r>
        <w:rPr>
          <w:rFonts w:ascii="宋体" w:hAnsi="宋体" w:eastAsia="宋体"/>
          <w:sz w:val="24"/>
        </w:rPr>
        <w:t xml:space="preserve">  记忆口诀："ผู้เฒ่า拄拐杖"——形状像老人拄拐。</w:t>
      </w:r>
    </w:p>
    <w:p>
      <w:r>
        <w:rPr>
          <w:rFonts w:ascii="宋体" w:hAnsi="宋体" w:eastAsia="宋体"/>
          <w:sz w:val="24"/>
        </w:rPr>
        <w:t xml:space="preserve">  注意区分于 ฒ 和 ฑ：ฒ 中间有弯弧。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【ธ — tho thong】</w:t>
      </w:r>
    </w:p>
    <w:p>
      <w:r>
        <w:rPr>
          <w:rFonts w:ascii="宋体" w:hAnsi="宋体" w:eastAsia="宋体"/>
          <w:sz w:val="24"/>
        </w:rPr>
        <w:t xml:space="preserve">  笔顺：从头部起笔 → 画圈 → 底部封口。</w:t>
      </w:r>
    </w:p>
    <w:p>
      <w:r>
        <w:rPr>
          <w:rFonts w:ascii="宋体" w:hAnsi="宋体" w:eastAsia="宋体"/>
          <w:sz w:val="24"/>
        </w:rPr>
        <w:t xml:space="preserve">  记忆口诀："ธง飘扬"——形状像一面旗帜。</w:t>
      </w:r>
    </w:p>
    <w:p>
      <w:r>
        <w:rPr>
          <w:rFonts w:ascii="宋体" w:hAnsi="宋体" w:eastAsia="宋体"/>
          <w:sz w:val="24"/>
        </w:rPr>
        <w:t xml:space="preserve">  已学形近字：ธ vs ท（ธ 头部更复杂，有"旗杆"）</w:t>
      </w:r>
    </w:p>
    <w:p>
      <w:pPr>
        <w:pStyle w:val="Heading2"/>
      </w:pPr>
      <w:r>
        <w:rPr>
          <w:rFonts w:ascii="宋体" w:hAnsi="宋体" w:eastAsia="宋体"/>
          <w:sz w:val="28"/>
        </w:rPr>
        <w:t>4.3 字母辨形练习（5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对比组</w:t>
            </w:r>
          </w:p>
        </w:tc>
        <w:tc>
          <w:tcPr>
            <w:tcW w:type="dxa" w:w="4703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辨识要点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对比组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说明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ท vs ธ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ท 头部简单（一笔圈），ธ 头部有旗杆状结构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ฑ vs ด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ฑ 下方弯曲，ด 是中部辅音，发音也不同（/d/）</w:t>
            </w:r>
          </w:p>
        </w:tc>
      </w:tr>
      <w:tr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ฒ vs ฒ vs ฒ</w:t>
            </w:r>
          </w:p>
        </w:tc>
        <w:tc>
          <w:tcPr>
            <w:tcW w:type="dxa" w:w="4703"/>
          </w:tcPr>
          <w:p>
            <w:r>
              <w:rPr>
                <w:rFonts w:ascii="宋体" w:hAnsi="宋体"/>
                <w:sz w:val="22"/>
              </w:rPr>
              <w:t>与 ฒ 相似的有 ฒ (tho phuthao) 注意底部弯弧</w:t>
            </w:r>
          </w:p>
        </w:tc>
      </w:tr>
    </w:tbl>
    <w:p/>
    <w:p>
      <w:pPr>
        <w:spacing w:line="360" w:lineRule="auto"/>
      </w:pPr>
      <w:r>
        <w:rPr>
          <w:rFonts w:ascii="宋体" w:hAnsi="宋体" w:eastAsia="宋体"/>
          <w:b w:val="0"/>
          <w:sz w:val="24"/>
        </w:rPr>
        <w:t>快速辨形口答：教师展示 ฑ ฒ ธ ท ด ต 混合卡片，学生逐个辨认。</w:t>
      </w:r>
    </w:p>
    <w:p>
      <w:pPr>
        <w:pStyle w:val="Heading2"/>
      </w:pPr>
      <w:r>
        <w:rPr>
          <w:rFonts w:ascii="宋体" w:hAnsi="宋体" w:eastAsia="宋体"/>
          <w:sz w:val="28"/>
        </w:rPr>
        <w:t>4.4 常用词汇教学（15 min）</w:t>
      </w:r>
    </w:p>
    <w:p>
      <w:pPr>
        <w:pStyle w:val="Heading3"/>
      </w:pPr>
      <w:r>
        <w:rPr>
          <w:rFonts w:ascii="宋体" w:hAnsi="宋体" w:eastAsia="宋体"/>
          <w:sz w:val="26"/>
        </w:rPr>
        <w:t>▸ 含 ฑ 的词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泰文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拼音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中文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备注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ณฑ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ณฑ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ณฑ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—（极罕见，暂不要求掌握词汇）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มณฑป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mon-thóp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尖顶亭阁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宗教建筑术语</w:t>
            </w:r>
          </w:p>
        </w:tc>
      </w:tr>
    </w:tbl>
    <w:p/>
    <w:p>
      <w:pPr>
        <w:pStyle w:val="Heading3"/>
      </w:pPr>
      <w:r>
        <w:rPr>
          <w:rFonts w:ascii="宋体" w:hAnsi="宋体" w:eastAsia="宋体"/>
          <w:sz w:val="26"/>
        </w:rPr>
        <w:t>▸ 含 ฒ 的词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泰文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拼音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中文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备注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เฒ่า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thâo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老人、老者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ผู้เฒ่า = 老人（最常见的含 ฒ 词）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วัฒน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wát-thá-ná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发展、繁荣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如：วัฒนธรรม = 文化</w:t>
            </w:r>
          </w:p>
        </w:tc>
      </w:tr>
    </w:tbl>
    <w:p/>
    <w:p>
      <w:pPr>
        <w:pStyle w:val="Heading3"/>
      </w:pPr>
      <w:r>
        <w:rPr>
          <w:rFonts w:ascii="宋体" w:hAnsi="宋体" w:eastAsia="宋体"/>
          <w:sz w:val="26"/>
        </w:rPr>
        <w:t>▸ 含 ธ 的词（重点）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泰文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拼音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中文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备注/搭配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thong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旗帜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国旗 = ธงชาติ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ธรรม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tham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法、正义、佛法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如：ธรรมชาติ = 自然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ธุระ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thú-rá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事务、事情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有ธุระ = 有事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ธนาคาร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thá-naa-khaan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银行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日常高频词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ธาตุ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thâat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元素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化学元素 = ธาตุเคมี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พุทธ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phút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佛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พุทธศาสนา = 佛教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อิฐ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ìt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砖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建筑材料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รัฐ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rát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国家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รัฐบาล = 政府</w:t>
            </w:r>
          </w:p>
        </w:tc>
      </w:tr>
    </w:tbl>
    <w:p/>
    <w:p>
      <w:r>
        <w:rPr>
          <w:rFonts w:ascii="宋体" w:hAnsi="宋体" w:eastAsia="宋体"/>
          <w:sz w:val="24"/>
        </w:rPr>
        <w:t>教学方法：</w:t>
      </w:r>
    </w:p>
    <w:p>
      <w:r>
        <w:rPr>
          <w:rFonts w:ascii="宋体" w:hAnsi="宋体" w:eastAsia="宋体"/>
          <w:sz w:val="24"/>
        </w:rPr>
        <w:t>1. 教师领读 → 学生跟读 → 个别抽查</w:t>
      </w:r>
    </w:p>
    <w:p>
      <w:r>
        <w:rPr>
          <w:rFonts w:ascii="宋体" w:hAnsi="宋体" w:eastAsia="宋体"/>
          <w:sz w:val="24"/>
        </w:rPr>
        <w:t>2. 重点强调：ธ 在这些词里的发音就是 /th/，跟ท 毫无区别</w:t>
      </w:r>
    </w:p>
    <w:p>
      <w:r>
        <w:rPr>
          <w:rFonts w:ascii="宋体" w:hAnsi="宋体" w:eastAsia="宋体"/>
          <w:sz w:val="24"/>
        </w:rPr>
        <w:t>3. 拓展：让学生用已学词根联想记忆（如 ธรรม → ธรรมชาติ, ธรรมดา）</w:t>
      </w:r>
    </w:p>
    <w:p>
      <w:pPr>
        <w:pStyle w:val="Heading2"/>
      </w:pPr>
      <w:r>
        <w:rPr>
          <w:rFonts w:ascii="宋体" w:hAnsi="宋体" w:eastAsia="宋体"/>
          <w:sz w:val="28"/>
        </w:rPr>
        <w:t>4.5 语调规则在 ฑ ฒ ธ 词汇中的应用（5 min）</w:t>
      </w:r>
    </w:p>
    <w:p>
      <w:r>
        <w:rPr>
          <w:rFonts w:ascii="宋体" w:hAnsi="宋体" w:eastAsia="宋体"/>
          <w:sz w:val="24"/>
        </w:rPr>
        <w:t>带领学生为上方词汇标注声调，验证低辅音规则：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 xml:space="preserve">  • ธง /thong/ → 低辅音 + ง (有声尾) → 中平调</w:t>
      </w:r>
    </w:p>
    <w:p>
      <w:r>
        <w:rPr>
          <w:rFonts w:ascii="宋体" w:hAnsi="宋体" w:eastAsia="宋体"/>
          <w:sz w:val="24"/>
        </w:rPr>
        <w:t xml:space="preserve">  • ธรรม /tham/ → 低辅音 + ม (有声尾) → 中平调</w:t>
      </w:r>
    </w:p>
    <w:p>
      <w:r>
        <w:rPr>
          <w:rFonts w:ascii="宋体" w:hAnsi="宋体" w:eastAsia="宋体"/>
          <w:sz w:val="24"/>
        </w:rPr>
        <w:t xml:space="preserve">  • ธาตุ /thâat/ → 低辅音 + 短元音 + ต (无声尾) → 降调？不对...</w:t>
      </w:r>
    </w:p>
    <w:p>
      <w:r>
        <w:rPr>
          <w:rFonts w:ascii="宋体" w:hAnsi="宋体" w:eastAsia="宋体"/>
          <w:sz w:val="24"/>
        </w:rPr>
        <w:t xml:space="preserve">    实际：低辅音 + 长元音 + 无声尾 → 降调（第三声）</w:t>
      </w:r>
    </w:p>
    <w:p>
      <w:r>
        <w:rPr>
          <w:rFonts w:ascii="宋体" w:hAnsi="宋体" w:eastAsia="宋体"/>
          <w:sz w:val="24"/>
        </w:rPr>
        <w:t xml:space="preserve">  • อิฐ /ìt/ → 低辅音 + 短元音 + 无声尾 → 低调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⚠️ 反复强调：低辅音 + 短元音无声尾 = 高调（不是低调）</w:t>
      </w:r>
    </w:p>
    <w:p>
      <w:r>
        <w:rPr>
          <w:rFonts w:ascii="宋体" w:hAnsi="宋体" w:eastAsia="宋体"/>
          <w:sz w:val="24"/>
        </w:rPr>
        <w:t xml:space="preserve">    低辅音 + 长元音无声尾 = 降调</w:t>
      </w:r>
    </w:p>
    <w:p>
      <w:pPr>
        <w:pStyle w:val="Heading1"/>
      </w:pPr>
      <w:r>
        <w:rPr>
          <w:rFonts w:ascii="宋体" w:hAnsi="宋体" w:eastAsia="宋体"/>
          <w:sz w:val="32"/>
        </w:rPr>
        <w:t>五、课堂练习（15 分钟）</w:t>
      </w:r>
    </w:p>
    <w:p>
      <w:pPr>
        <w:pStyle w:val="Heading2"/>
      </w:pPr>
      <w:r>
        <w:rPr>
          <w:rFonts w:ascii="宋体" w:hAnsi="宋体" w:eastAsia="宋体"/>
          <w:sz w:val="28"/>
        </w:rPr>
        <w:t>练习一：听音辨字母（5 min）</w:t>
      </w:r>
    </w:p>
    <w:p>
      <w:r>
        <w:rPr>
          <w:rFonts w:ascii="宋体" w:hAnsi="宋体" w:eastAsia="宋体"/>
          <w:sz w:val="24"/>
        </w:rPr>
        <w:t>教师朗读含低辅音的单词（混合新老辅音），学生写出对应的泰文字母。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听写词示例：</w:t>
      </w:r>
    </w:p>
    <w:p>
      <w:r>
        <w:rPr>
          <w:rFonts w:ascii="宋体" w:hAnsi="宋体" w:eastAsia="宋体"/>
          <w:sz w:val="24"/>
        </w:rPr>
        <w:t xml:space="preserve">  1. ธรรมชาติ  2. ธนาคาร  3. วัฒนธรรม</w:t>
      </w:r>
    </w:p>
    <w:p>
      <w:r>
        <w:rPr>
          <w:rFonts w:ascii="宋体" w:hAnsi="宋体" w:eastAsia="宋体"/>
          <w:sz w:val="24"/>
        </w:rPr>
        <w:t xml:space="preserve">  4. พุทธ  5. ภาษา  6. ครอบครัว</w:t>
      </w:r>
    </w:p>
    <w:p>
      <w:r>
        <w:rPr>
          <w:rFonts w:ascii="宋体" w:hAnsi="宋体" w:eastAsia="宋体"/>
          <w:sz w:val="24"/>
        </w:rPr>
        <w:t xml:space="preserve">  7. รัฐ  8. ฟ้า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★ 设计意图：检验学生能否在听力中区分ท/ฑ/ฒ/ธ（其实无法区分，</w:t>
      </w:r>
    </w:p>
    <w:p>
      <w:r>
        <w:rPr>
          <w:rFonts w:ascii="宋体" w:hAnsi="宋体" w:eastAsia="宋体"/>
          <w:sz w:val="24"/>
        </w:rPr>
        <w:t xml:space="preserve">           重点在于听到/th/音后能否写出正确的字形）。</w:t>
      </w:r>
    </w:p>
    <w:p>
      <w:pPr>
        <w:pStyle w:val="Heading2"/>
      </w:pPr>
      <w:r>
        <w:rPr>
          <w:rFonts w:ascii="宋体" w:hAnsi="宋体" w:eastAsia="宋体"/>
          <w:sz w:val="28"/>
        </w:rPr>
        <w:t>练习二：填入正确的低辅音（5 min）</w:t>
      </w:r>
    </w:p>
    <w:p>
      <w:r>
        <w:rPr>
          <w:rFonts w:ascii="宋体" w:hAnsi="宋体" w:eastAsia="宋体"/>
          <w:sz w:val="24"/>
        </w:rPr>
        <w:t>___รรม (法)      → 填 ธ</w:t>
      </w:r>
    </w:p>
    <w:p>
      <w:r>
        <w:rPr>
          <w:rFonts w:ascii="宋体" w:hAnsi="宋体" w:eastAsia="宋体"/>
          <w:sz w:val="24"/>
        </w:rPr>
        <w:t>___หาร (军人)    → 填 ท</w:t>
      </w:r>
    </w:p>
    <w:p>
      <w:r>
        <w:rPr>
          <w:rFonts w:ascii="宋体" w:hAnsi="宋体" w:eastAsia="宋体"/>
          <w:sz w:val="24"/>
        </w:rPr>
        <w:t>ผู้เ___่า (老人)  → 填 ฒ</w:t>
      </w:r>
    </w:p>
    <w:p>
      <w:r>
        <w:rPr>
          <w:rFonts w:ascii="宋体" w:hAnsi="宋体" w:eastAsia="宋体"/>
          <w:sz w:val="24"/>
        </w:rPr>
        <w:t>___ง (旗帜)       → 填 ธ</w:t>
      </w:r>
    </w:p>
    <w:p>
      <w:r>
        <w:rPr>
          <w:rFonts w:ascii="宋体" w:hAnsi="宋体" w:eastAsia="宋体"/>
          <w:sz w:val="24"/>
        </w:rPr>
        <w:t>___าง (路)        → 填 ท</w:t>
      </w:r>
    </w:p>
    <w:p>
      <w:r>
        <w:rPr>
          <w:rFonts w:ascii="宋体" w:hAnsi="宋体" w:eastAsia="宋体"/>
          <w:sz w:val="24"/>
        </w:rPr>
        <w:t>___ี (那)         → 填 ที (thi)</w:t>
      </w:r>
    </w:p>
    <w:p>
      <w:r>
        <w:rPr>
          <w:rFonts w:ascii="宋体" w:hAnsi="宋体" w:eastAsia="宋体"/>
          <w:sz w:val="24"/>
        </w:rPr>
        <w:t>___รรมชาติ (自然) → 首先 ธ</w:t>
      </w:r>
    </w:p>
    <w:p>
      <w:r>
        <w:rPr>
          <w:rFonts w:ascii="宋体" w:hAnsi="宋体" w:eastAsia="宋体"/>
          <w:sz w:val="24"/>
        </w:rPr>
        <w:t>___รรมดา (普通)  → 首先 ธ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★ 设计意图：强化字形记忆，区分 ท vs ธ。</w:t>
      </w:r>
    </w:p>
    <w:p>
      <w:pPr>
        <w:pStyle w:val="Heading2"/>
      </w:pPr>
      <w:r>
        <w:rPr>
          <w:rFonts w:ascii="宋体" w:hAnsi="宋体" w:eastAsia="宋体"/>
          <w:sz w:val="28"/>
        </w:rPr>
        <w:t>练习三：朗读并标注声调（5 min）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词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拼音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声调</w:t>
            </w:r>
          </w:p>
        </w:tc>
        <w:tc>
          <w:tcPr>
            <w:tcW w:type="dxa" w:w="2351"/>
          </w:tcPr>
          <w:p>
            <w:pPr>
              <w:jc w:val="center"/>
            </w:pPr>
            <w:r>
              <w:rPr>
                <w:rFonts w:ascii="宋体" w:hAnsi="宋体"/>
                <w:b/>
                <w:sz w:val="22"/>
              </w:rPr>
              <w:t>意思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คำ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拼音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声调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解释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ธง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thong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旗帜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ธรรม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tham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中平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法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ธาตุ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thâat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元素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อิฐ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ìt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低调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砖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เฒ่า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thâo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降调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老人</w:t>
            </w:r>
          </w:p>
        </w:tc>
      </w:tr>
      <w:tr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พุทธ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phút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高调</w:t>
            </w:r>
          </w:p>
        </w:tc>
        <w:tc>
          <w:tcPr>
            <w:tcW w:type="dxa" w:w="2351"/>
          </w:tcPr>
          <w:p>
            <w:r>
              <w:rPr>
                <w:rFonts w:ascii="宋体" w:hAnsi="宋体"/>
                <w:sz w:val="22"/>
              </w:rPr>
              <w:t>佛</w:t>
            </w:r>
          </w:p>
        </w:tc>
      </w:tr>
    </w:tbl>
    <w:p/>
    <w:p>
      <w:pPr>
        <w:pStyle w:val="Heading1"/>
      </w:pPr>
      <w:r>
        <w:rPr>
          <w:rFonts w:ascii="宋体" w:hAnsi="宋体" w:eastAsia="宋体"/>
          <w:sz w:val="32"/>
        </w:rPr>
        <w:t>六、课堂总结（5 分钟）</w:t>
      </w:r>
    </w:p>
    <w:p>
      <w:r>
        <w:rPr>
          <w:rFonts w:ascii="宋体" w:hAnsi="宋体" w:eastAsia="宋体"/>
          <w:sz w:val="24"/>
        </w:rPr>
        <w:t>1. 今天学了低辅音的最后三个：ฑ ฒ ธ</w:t>
      </w:r>
    </w:p>
    <w:p>
      <w:r>
        <w:rPr>
          <w:rFonts w:ascii="宋体" w:hAnsi="宋体" w:eastAsia="宋体"/>
          <w:sz w:val="24"/>
        </w:rPr>
        <w:t>2. 三个字母的发音都是 /th/，与已学的 ท 完全一致</w:t>
      </w:r>
    </w:p>
    <w:p>
      <w:r>
        <w:rPr>
          <w:rFonts w:ascii="宋体" w:hAnsi="宋体" w:eastAsia="宋体"/>
          <w:sz w:val="24"/>
        </w:rPr>
        <w:t>3. 作为低辅音，语调规则与所有低辅音相同，无新规则</w:t>
      </w:r>
    </w:p>
    <w:p>
      <w:r>
        <w:rPr>
          <w:rFonts w:ascii="宋体" w:hAnsi="宋体" w:eastAsia="宋体"/>
          <w:sz w:val="24"/>
        </w:rPr>
        <w:t>4. 学习的重点不是发音，而是字形辨认和词汇积累</w:t>
      </w:r>
    </w:p>
    <w:p>
      <w:r>
        <w:rPr>
          <w:rFonts w:ascii="宋体" w:hAnsi="宋体" w:eastAsia="宋体"/>
          <w:sz w:val="24"/>
        </w:rPr>
        <w:t>5. 恭喜！低辅音全部学完 ✓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低辅音全貌（共 24 个）：</w:t>
      </w:r>
    </w:p>
    <w:p>
      <w:r>
        <w:rPr>
          <w:rFonts w:ascii="宋体" w:hAnsi="宋体" w:eastAsia="宋体"/>
          <w:sz w:val="24"/>
        </w:rPr>
        <w:t>ค ฅ ฆ | ง | ช ซ ฌ | ญ | ฑ ฒ ณ | ท ธ น |</w:t>
      </w:r>
    </w:p>
    <w:p>
      <w:r>
        <w:rPr>
          <w:rFonts w:ascii="宋体" w:hAnsi="宋体" w:eastAsia="宋体"/>
          <w:sz w:val="24"/>
        </w:rPr>
        <w:t>พ ฟ ภ ม | ย ร ล ว | ฬ | ฮ</w:t>
      </w:r>
    </w:p>
    <w:p>
      <w:r>
        <w:rPr>
          <w:rFonts w:ascii="宋体" w:hAnsi="宋体" w:eastAsia="宋体"/>
          <w:sz w:val="24"/>
        </w:rPr>
      </w:r>
    </w:p>
    <w:p>
      <w:r>
        <w:rPr>
          <w:rFonts w:ascii="宋体" w:hAnsi="宋体" w:eastAsia="宋体"/>
          <w:sz w:val="24"/>
        </w:rPr>
        <w:t>下一步预告：高辅音 ข ฃ ฉ ฐ ถ ผ ฝ ศ ษ ส ห</w:t>
      </w:r>
    </w:p>
    <w:p>
      <w:pPr>
        <w:pStyle w:val="Heading1"/>
      </w:pPr>
      <w:r>
        <w:rPr>
          <w:rFonts w:ascii="宋体" w:hAnsi="宋体" w:eastAsia="宋体"/>
          <w:sz w:val="32"/>
        </w:rPr>
        <w:t>七、课后作业</w:t>
      </w:r>
    </w:p>
    <w:p>
      <w:pPr>
        <w:ind w:firstLine="397"/>
      </w:pPr>
      <w:r>
        <w:rPr>
          <w:rFonts w:ascii="宋体" w:hAnsi="宋体" w:eastAsia="宋体"/>
          <w:sz w:val="24"/>
        </w:rPr>
        <w:t>1. 书写练习：ฑ ฒ ธ 各写 10 遍，注意笔顺。</w:t>
      </w:r>
    </w:p>
    <w:p>
      <w:pPr>
        <w:ind w:firstLine="397"/>
      </w:pPr>
      <w:r>
        <w:rPr>
          <w:rFonts w:ascii="宋体" w:hAnsi="宋体" w:eastAsia="宋体"/>
          <w:sz w:val="24"/>
        </w:rPr>
        <w:t>2. 词汇抄写：ธง ธรรม ธุระ ธนาคาร ธรรมชาติ พุทธ วัฒนธรรม ผู้เฒ่า</w:t>
      </w:r>
    </w:p>
    <w:p>
      <w:pPr>
        <w:ind w:firstLine="397"/>
      </w:pPr>
      <w:r>
        <w:rPr>
          <w:rFonts w:ascii="宋体" w:hAnsi="宋体" w:eastAsia="宋体"/>
          <w:sz w:val="24"/>
        </w:rPr>
        <w:t xml:space="preserve">   各写 3 遍，标注声调。</w:t>
      </w:r>
    </w:p>
    <w:p>
      <w:pPr>
        <w:ind w:firstLine="397"/>
      </w:pPr>
      <w:r>
        <w:rPr>
          <w:rFonts w:ascii="宋体" w:hAnsi="宋体" w:eastAsia="宋体"/>
          <w:sz w:val="24"/>
        </w:rPr>
        <w:t>3. 预习：高辅音 ข ฉ ถ ผ ฝ ส 的发音（可用泰语学习APP听读）。</w:t>
      </w:r>
    </w:p>
    <w:p>
      <w:pPr>
        <w:ind w:firstLine="397"/>
      </w:pPr>
      <w:r>
        <w:rPr>
          <w:rFonts w:ascii="宋体" w:hAnsi="宋体" w:eastAsia="宋体"/>
          <w:sz w:val="24"/>
        </w:rPr>
        <w:t>4. 拓展（选做）：找 3 个含 ธ 的新词，下节课分享。</w:t>
      </w:r>
    </w:p>
    <w:p>
      <w:pPr>
        <w:pStyle w:val="Heading1"/>
      </w:pPr>
      <w:r>
        <w:rPr>
          <w:rFonts w:ascii="宋体" w:hAnsi="宋体" w:eastAsia="宋体"/>
          <w:sz w:val="32"/>
        </w:rPr>
        <w:t>附：板书设计</w:t>
      </w:r>
    </w:p>
    <w:p>
      <w:r>
        <w:rPr>
          <w:rFonts w:ascii="Courier New" w:hAnsi="Courier New"/>
          <w:sz w:val="20"/>
        </w:rPr>
        <w:t>┌─────────────────────────────────────────────┐</w:t>
      </w:r>
    </w:p>
    <w:p>
      <w:r>
        <w:rPr>
          <w:rFonts w:ascii="Courier New" w:hAnsi="Courier New"/>
          <w:sz w:val="20"/>
        </w:rPr>
        <w:t>│          低辅音 ฑ ฒ ธ                      │</w:t>
      </w:r>
    </w:p>
    <w:p>
      <w:r>
        <w:rPr>
          <w:rFonts w:ascii="Courier New" w:hAnsi="Courier New"/>
          <w:sz w:val="20"/>
        </w:rPr>
        <w:t>│                                             │</w:t>
      </w:r>
    </w:p>
    <w:p>
      <w:r>
        <w:rPr>
          <w:rFonts w:ascii="Courier New" w:hAnsi="Courier New"/>
          <w:sz w:val="20"/>
        </w:rPr>
        <w:t>│  发音 /th/ = ท (完全一样!)                   │</w:t>
      </w:r>
    </w:p>
    <w:p>
      <w:r>
        <w:rPr>
          <w:rFonts w:ascii="Courier New" w:hAnsi="Courier New"/>
          <w:sz w:val="20"/>
        </w:rPr>
        <w:t>│                                             │</w:t>
      </w:r>
    </w:p>
    <w:p>
      <w:r>
        <w:rPr>
          <w:rFonts w:ascii="Courier New" w:hAnsi="Courier New"/>
          <w:sz w:val="20"/>
        </w:rPr>
        <w:t>│  ฑ มณโฑ (rare) │ ฒ ผู้เฒ่า (rare) │ ธ ธง     │</w:t>
      </w:r>
    </w:p>
    <w:p>
      <w:r>
        <w:rPr>
          <w:rFonts w:ascii="Courier New" w:hAnsi="Courier New"/>
          <w:sz w:val="20"/>
        </w:rPr>
        <w:t>│  极少出现        │ 如เฒ่า、วัฒนธรรม │ 如ธรรม    │</w:t>
      </w:r>
    </w:p>
    <w:p>
      <w:r>
        <w:rPr>
          <w:rFonts w:ascii="Courier New" w:hAnsi="Courier New"/>
          <w:sz w:val="20"/>
        </w:rPr>
        <w:t>│                                             │</w:t>
      </w:r>
    </w:p>
    <w:p>
      <w:r>
        <w:rPr>
          <w:rFonts w:ascii="Courier New" w:hAnsi="Courier New"/>
          <w:sz w:val="20"/>
        </w:rPr>
        <w:t>│  语调规则 (同所有低辅音):                    │</w:t>
      </w:r>
    </w:p>
    <w:p>
      <w:r>
        <w:rPr>
          <w:rFonts w:ascii="Courier New" w:hAnsi="Courier New"/>
          <w:sz w:val="20"/>
        </w:rPr>
        <w:t>│  低 + 长/有声尾 → 中平  低 + ่ → 降调        │</w:t>
      </w:r>
    </w:p>
    <w:p>
      <w:r>
        <w:rPr>
          <w:rFonts w:ascii="Courier New" w:hAnsi="Courier New"/>
          <w:sz w:val="20"/>
        </w:rPr>
        <w:t>│  低 + 短/无声尾 → 高调  低 + ้ → 高调        │</w:t>
      </w:r>
    </w:p>
    <w:p>
      <w:r>
        <w:rPr>
          <w:rFonts w:ascii="Courier New" w:hAnsi="Courier New"/>
          <w:sz w:val="20"/>
        </w:rPr>
        <w:t>│                                             │</w:t>
      </w:r>
    </w:p>
    <w:p>
      <w:r>
        <w:rPr>
          <w:rFonts w:ascii="Courier New" w:hAnsi="Courier New"/>
          <w:sz w:val="20"/>
        </w:rPr>
        <w:t>│  重点词汇:                                   │</w:t>
      </w:r>
    </w:p>
    <w:p>
      <w:r>
        <w:rPr>
          <w:rFonts w:ascii="Courier New" w:hAnsi="Courier New"/>
          <w:sz w:val="20"/>
        </w:rPr>
        <w:t>│  ธง ธรรม ธุระ ธนาคาร ธรรมชาติ พุทธ วัฒนธรรม │</w:t>
      </w:r>
    </w:p>
    <w:p>
      <w:r>
        <w:rPr>
          <w:rFonts w:ascii="Courier New" w:hAnsi="Courier New"/>
          <w:sz w:val="20"/>
        </w:rPr>
        <w:t>│                                             │</w:t>
      </w:r>
    </w:p>
    <w:p>
      <w:r>
        <w:rPr>
          <w:rFonts w:ascii="Courier New" w:hAnsi="Courier New"/>
          <w:sz w:val="20"/>
        </w:rPr>
        <w:t>│  ★ 低辅音全部学完! 共24个 ★                 │</w:t>
      </w:r>
    </w:p>
    <w:p>
      <w:r>
        <w:rPr>
          <w:rFonts w:ascii="Courier New" w:hAnsi="Courier New"/>
          <w:sz w:val="20"/>
        </w:rPr>
        <w:t>└─────────────────────────────────────────────┘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