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 w:eastAsia="宋体" w:cs="Tahoma"/>
          <w:b/>
          <w:sz w:val="32"/>
        </w:rPr>
        <w:t>泰语－中文短句对照</w:t>
      </w:r>
    </w:p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共 9 篇 · 生活感悟类</w:t>
      </w:r>
    </w:p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1. เวลาว่างคุณชอบทำอะไร?　／　你空闲的时候喜欢做什么？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สำหรับฉัน ฉันชอบทำหลายอย่าง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对我来说，我在空闲时间喜欢做很多事情。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ในเวลาว่าง ในวันหยุด ฉันมักจะไปคาเฟ่กับเพื่อน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在周末，我通常会和朋友去咖啡店。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เพราะปกติฉันต้องทำงานหรือเรียน ตั้งแต่วันจันทร์ถึงวันศุกร์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因为平时我要上班或上课，从周一到周五都比较忙。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เวลาที่ได้เจอกัน เราก็มักจะคุยกันเรื่องงาน เรื่องชีวิต และแผนในอนาคต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当我们见面的时候，我们通常会聊工作、生活，还有未来的计划。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มันทำให้ฉันรู้สึกผ่อนคลาย และมีความสุขมากขึ้น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这让我感到很放松，也更加开心。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แต่บางครั้ง ฉันก็ชอบอยู่บ้าน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不过有时候我也喜欢待在家里。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ฉันอาจจะดูทีวี ฟังเพลง หรือเล่นโทรศัพท์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我可能会看电视、听音乐，或者玩手机。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นอกจากนี้ ฉันยังใช้เวลาเรียนภาษาไทย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除此之外，我还会花时间学习泰语。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ฉันพยายามจำคำศัพท์ใหม่ ๆ และฝึกพูดทุกวัน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我会努力记新单词，每天练习口语。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ฉันอยากพูดภาษาไทยให้เก่งขึ้น เลยต้องฝึกบ่อย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我想把泰语说得更好，所以需要经常练习。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ฉันคิดว่าถ้าฝึกทุกวัน เราจะพัฒนาขึ้นแน่นอน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我觉得如果每天坚持，一定会有进步。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2. ปกติคุณชอบตื่นเช้าไหม?　／　你平常喜欢早起吗？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สำหรับฉัน บางวันฉันชอบตื่นเช้า แต่บางวันก็รู้สึกง่วงมาก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对我来说，有些天我喜欢早起，但有些天又会觉得很困。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ในวันที่ฉันต้องไปทำงานหรือไปเรียน ฉันต้องตื่นเช้า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在需要上班或上课的日子里，我必须早起。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แม้ว่าจะไม่อยากตื่นก็ตาม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即使我并不想起床。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บางครั้ง ฉันก็กดเลื่อนปลุก แล้วนอนต่ออีกนิดหน่อย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有时候我会按掉闹钟，再多睡一会儿。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แต่ถ้าวันไหนฉันตื่นเช้าได้ ฉันจะรู้สึกดีมาก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但如果哪天我成功早起了，我会感觉特别好。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ฉันมีเวลาทำหลายอย่าง เช่น กินข้าวเช้าแบบสบาย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我会有时间做很多事情，比如悠闲地吃个早餐。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หรือเตรียมตัวไปทำงานอย่างไม่รีบ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或者从容地准备出门。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ฉันคิดว่าการตื่นเช้า ทำให้วันยาวขึ้น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我觉得早起会让一天变得更长。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และทำให้ฉันมีเวลาสำหรับตัวเองมากขึ้น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也让我有更多属于自己的时间。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ตอนนี้ฉันกำลังพยายาม ฝึกตื่นเช้าทุกวัน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现在我正在努力每天早起。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แม้ว่าจะยังทำไม่ได้ทุกวันก็ตาม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虽然还做不到每天都成功。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แต่ฉันเชื่อว่า ถ้าฝึกไปเรื่อย ๆ ฉันจะทำได้ดีขึ้นแน่นอน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但我相信，只要一直练习，一定会变得越来越好。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3. ตอนนี้คุณยังมีเพื่อนสนิทไหม?　／　你现在还有「特别好的朋友」吗？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สำหรับฉัน ฉันเคยมีเพื่อนสนิทหลายคน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对我来说，我曾经有几个很好的朋友。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ตอนเรียน เราอยู่ด้วยกันทุกวัน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上学的时候，我们每天都在一起。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เรากินข้าวด้วยกัน ไปไหนก็ไปด้วยกัน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我们一起吃饭，去哪里都一起。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ตอนนั้นรู้สึกว่า เราจะเป็นเพื่อนกันตลอดไป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那时候觉得，我们会一直是朋友。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แต่พอเวลาผ่านไป แต่ละคนก็เริ่มมีชีวิตของตัวเอง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但随着时间过去，每个人都开始有了自己的生活。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บางคนย้ายไปทำงานต่างเมือง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有的人去了别的城市工作。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บางคนไม่ค่อยได้ติดต่อกันแล้ว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有的人也渐渐不再联系。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ตอนนี้ฉันยังมีเพื่อนสนิทอยู่ แต่ไม่ได้เจอกันบ่อยเหมือนเมื่อก่อน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现在我还有很好的朋友，但不像以前那样经常见面了。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บางครั้งแค่ส่งข้อความหากัน หรือโทรคุยกันนิดหน่อย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有时候只是发发消息，或者简单打个电话。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ถึงแม้จะไม่ได้เจอกันบ่อย แต่ฉันก็ยังรู้สึกว่า เขาเป็นคนสำคัญสำหรับฉัน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虽然不能常见面，但我依然觉得，他们对我来说很重要。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ฉันคิดว่า ไม่จำเป็นต้องมีเพื่อนเยอะ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我觉得，不需要很多朋友。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แค่มีคนที่เข้าใจเรา และอยู่ข้าง ๆ เราในเวลาที่สำคัญ แค่นั้นก็พอแล้ว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只要有一个真正理解你的人，在重要的时候陪在你身边，那就已经足够了。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4. ระหว่างความมั่นคงกับอิสระ คุณจะเลือกอะไร?　／　稳定和自由，你会选哪一个？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สำหรับฉัน เรื่องนี้ไม่ง่ายเลย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对我来说，这件事并不简单。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บางครั้ง ฉันก็อยากมีชีวิตที่มั่นคง มีงานที่ดี มีรายได้ที่แน่นอน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有时候，我也想要稳定的生活，有一份不错的工作，有稳定的收入。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มันทำให้รู้สึกสบายใจ และไม่ต้องกังวลมาก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这会让人感到安心，不用太多担心。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แต่ในขณะเดียวกัน ฉันก็อยากมีอิสระ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但与此同时，我也想要自由。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อยากไปไหนก็ได้ อยากทำในสิ่งที่ตัวเองชอบ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想去哪里就去哪里，做自己喜欢的事情。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ไม่ต้องอยู่ในกรอบเดิม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不用被固定的框架限制。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บางคนเลือกความมั่นคง เพราะรู้สึกปลอดภัย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有的人选择稳定，因为会更有安全感。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บางคนเลือกอิสระ เพราะอยากใช้ชีวิตแบบของตัวเอง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有的人选择自由，因为想过自己想要的生活。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สำหรับฉัน ตอนนี้ฉันยังหาคำตอบอยู่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对我来说，现在我还在寻找答案。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อาจจะไม่ต้องเลือกแค่ทางเดียว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也许不一定只能选一个。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ถ้าเราจัดสมดุลได้ดี ชีวิตก็น่าจะมีความสุขมากขึ้น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如果能找到平衡，生活也许会更幸福。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5. คุณเคยไปกินหมูกระทะหรือชาบูคนเดียวไหม?　／　你会一个人去吃火锅吗？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บางคนอาจจะคิดว่าแปลก เพราะส่วนใหญ่เรามักจะไปกับเพื่อนหรือครอบครัว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有些人可能会觉得有点奇怪，因为大多数时候，我们都是和朋友或者家人一起去吃。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เสียงคนคุยกัน บรรยากาศคึกคัก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大家聊天的声音，热闹的氛围。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มันทำให้การกินสนุกขึ้น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会让吃饭变得更开心。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แต่บางวัน ก็แค่อยากกินของที่ชอบ โดยไม่ต้องรอใคร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但有些日子，只是单纯想吃自己喜欢的东西，也不想等别人。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นั่งคนเดียว เลือกของที่อยากกินเอง กินไปช้า ๆ แบบสบาย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一个人坐着，自己选想吃的食物，慢慢吃，其实也挺舒服。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ตอนแรกอาจจะรู้สึกเขินนิดหน่อย เหมือนมีคนมอง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一开始可能会有点不好意思，好像有人在看你。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แต่พอนั่งไปสักพัก ก็เริ่มชิน แล้วก็รู้สึกสบายใจมากขึ้น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但坐一会儿之后，就会慢慢习惯，反而变得更自在。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จริง ๆ แล้ว การอยู่คนเดียวบ้าง ก็ไม่ได้แย่อย่างที่คิด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其实，偶尔一个人待着，也没有想象中那么糟。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บางทีมันก็เป็นเวลาเล็ก ๆ ที่เราได้อยู่กับตัวเองจริง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有时候那反而是真正属于自己的小时间。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แล้วคุณล่ะ กล้าลองไปกินคนเดียวไหม?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那你呢？你会尝试一个人去吃吗？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6. อยู่คนเดียว ทำให้เราขี้เกียจขึ้นจริงไหม?　／　一个人住，真的会变懒吗？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ตอนเริ่มอยู่คนเดียว หลายอย่างต้องทำเองหมด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刚开始一个人住的时候，很多事情都要自己做。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ทำความสะอาด ซักผ้า เก็บห้อง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打扫卫生、洗衣服、收拾房间。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บางวันก็รู้สึกเหนื่อย แล้วก็แอบขี้เกียจนิดหน่อย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有些时候会觉得累，也会偷偷变懒一点。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จานก็วางไว้ก่อน บอกตัวเองว่า "เดี๋ยวค่อยล้าง"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碗就先放着，对自己说"等会再洗"。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ห้องก็ไม่ได้เรียบร้อยตลอดเวลา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房间也不会一直很整齐。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แต่บางวัน ก็อยากจัดห้องให้สะอาด เปิดเพลงเบา ๆ แล้วค่อย ๆ ทำ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但也有一些时候，会突然想把房间收拾干净，放点音乐，慢慢整理。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มันก็รู้สึกดีไปอีกแบบ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那种感觉，其实也挺好的。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การอยู่คนเดียว อาจจะทำให้เราขี้เกียจบ้าง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一个人住，可能会让人偶尔变懒。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แต่ก็ทำให้เราได้รู้จักตัวเองมากขึ้น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但也会让你更了解自己。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ว่าเราเป็นคนแบบไหน และใช้ชีวิตยังไง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知道自己是什么样的人，习惯怎样生活。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แล้วคุณล่ะ อยู่คนเดียวแล้วเป็นยังไงบ้าง?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那你呢？一个人住之后，有什么变化吗？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7. ความสัมพันธ์ที่ไม่ชัดเจน นาน ๆ ไปจะเหนื่อยไหม?　／　暧昧久了会累吗？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บางคนคุยกันทุกวัน ส่งข้อความหากันตลอด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有些人每天聊天，一直互发消息。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ตื่นมาก็ทัก ก่อนนอนก็ยังคุยกัน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早上醒来会找你，睡前也还在聊天。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ดูเหมือนสำคัญ แต่ก็ไม่ได้เป็นอะไรกันจริง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看起来好像很重要，但其实又什么关系都不是。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บางครั้งก็รู้สึกดีมาก เหมือนอีกฝ่ายใส่ใจเรา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有时候会觉得很开心，像是对方真的很在意你。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แต่บางครั้ง ก็รู้สึกเหมือนอยู่คนเดียว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但有时候，又会觉得自己其实很孤单。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ไม่กล้าถามว่า "เราเป็นอะไรกัน?" เพราะกลัวคำตอบจะเปลี่ยนทุกอย่าง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不敢问一句"我们到底算什么？"，因为害怕答案会改变现在的一切。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ยิ่งเวลาผ่านไป ก็ยิ่งเริ่มเหนื่อย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时间越久，人也会慢慢开始累。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เหมือนกำลังรออะไรบางอย่าง แต่ไม่รู้ว่าจะได้ไหม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像是在等待什么，却不知道最后会不会有结果。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บางคนเลือกถอยออกมา เพราะไม่อยากเสียความรู้สึกไปมากกว่านี้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有的人选择离开，因为不想再继续消耗自己。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แต่บางคนก็ยังอยู่ต่อ เพราะหวังว่าสักวัน ความสัมพันธ์นี้จะชัดเจนขึ้น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但也有人继续留在原地，期待有一天，这段关系能变得明确一点。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แล้วคุณล่ะ คิดว่าความสัมพันธ์แบบนี้ ไปต่อได้จริงไหม?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那你觉得呢？这样的关系，真的能一直继续下去吗？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8. สามเดือน เปลี่ยนตัวเองได้จริงไหม?　／　三个月，真的可以改变自己吗？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เมื่อก่อนฉันก็คิดว่า การเปลี่ยนตัวเองเป็นเรื่องยากมาก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以前我也觉得，改变自己是一件很难的事情。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หลายครั้งเริ่มต้นได้ไม่กี่วัน ก็กลับไปเหมือนเดิม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很多时候才坚持几天，就又变回原来的样子。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แต่พอโตขึ้น ฉันเริ่มเข้าใจว่า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但长大以后，我慢慢开始明白：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คนเราอาจไม่ได้เปลี่ยนทันที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人其实不会一下子突然改变。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แต่นิสัยเล็ก ๆ ที่ทำทุกวัน กำลังเปลี่ยนเราอยู่เงียบ ๆ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而是那些每天重复的小习惯，正在悄悄改变我们。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เช่น การนอนเร็วขึ้น ออกกำลังกายบ้าง หรือฝึกภาษาวันละนิด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比如早点睡觉、偶尔运动一下，或者每天学一点语言。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ตอนแรกอาจยังไม่เห็นผล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刚开始的时候，可能还看不出变化。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แต่ถ้าทำต่อไปเรื่อย ๆ วันหนึ่งเราจะรู้ตัวว่า ตัวเองไม่เหมือนเดิมแล้ว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但如果一直坚持下去，总有一天会发现，自己已经和以前不一样了。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แล้วตอนนี้ คุณมีอะไรที่กำลังพยายาม เปลี่ยนอยู่ไหม?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那现在的你，有没有什么正在努力改变的事情呢？</w:t>
            </w:r>
          </w:p>
        </w:tc>
      </w:tr>
    </w:tbl>
    <w:p>
      <w:pPr>
        <w:spacing w:before="240" w:after="80"/>
      </w:pPr>
      <w:r>
        <w:rPr>
          <w:rFonts w:ascii="Calibri" w:hAnsi="Calibri" w:eastAsia="宋体" w:cs="Tahoma"/>
          <w:b/>
          <w:sz w:val="26"/>
        </w:rPr>
        <w:t>9. ตอนนี้ ชีวิตที่คุณกำลังใช้ เป็นแบบที่คุณต้องการไหม?　／　你现在过的，是你想要的生活吗？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บางครั้งฉันก็คิดเรื่องนี้เหมือนกัน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有时候我也会想这个问题。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ทุกวันดูเหมือนยุ่งมาก ตื่น ไปเรียน ไปทำงาน แล้วก็กลับมาพักผ่อน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每天好像都很忙，起床、上课、工作，然后回家休息。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บางวันก็รู้สึกเหนื่อย จนไม่มีเวลาให้ตัวเองเลย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有些日子会觉得很累，连自己的时间都没有。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เมื่อก่อนฉันคิดว่า ถ้ามีเงินมากขึ้น ชีวิตน่าจะมีความสุขขึ้น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以前我觉得，如果赚更多钱，生活应该就会更幸福。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แต่พอโตขึ้น ฉันเริ่มรู้ว่า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但长大以后，我慢慢开始明白：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บางทีความสุข อาจเป็นแค่การได้นอนเต็มอิ่ม กินของอร่อย หรือได้ใช้เวลากับคนสบายใจ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有时候幸福，可能只是睡一个好觉、吃到喜欢的东西，或者和让自己舒服的人待在一起。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ชีวิตที่ดีของแต่ละคน อาจไม่เหมือนกัน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每个人想要的生活，其实都不一样。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ตอนนี้ฉันอาจยังไม่ได้มีทุกอย่าง แต่ก็พยายามใช้ชีวิต ในแบบที่ตัวเองสบายใจมากขึ้น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现在的我，也许还没有拥有一切，但我正在努力过让自己更舒服的生活。</w:t>
            </w:r>
          </w:p>
        </w:tc>
      </w:tr>
      <w:tr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แล้วคุณล่ะ ตอนนี้มีความสุขกับชีวิตตัวเองไหม?</w:t>
            </w:r>
          </w:p>
        </w:tc>
        <w:tc>
          <w:tcPr>
            <w:tcW w:type="dxa" w:w="4320"/>
          </w:tcPr>
          <w:p>
            <w:r>
              <w:rPr>
                <w:rFonts w:ascii="Calibri" w:hAnsi="Calibri" w:eastAsia="宋体" w:cs="Tahoma"/>
                <w:b w:val="0"/>
                <w:sz w:val="22"/>
              </w:rPr>
              <w:t>那你呢，现在对自己的生活满意吗？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宋体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