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/>
        <w:jc w:val="center"/>
      </w:pPr>
      <w:r>
        <w:rPr>
          <w:rFonts w:ascii="Tahoma" w:hAnsi="Tahoma" w:eastAsia="微软雅黑" w:cs="Tahoma"/>
          <w:b/>
          <w:sz w:val="32"/>
        </w:rPr>
        <w:t>基础泰语1 · 练习题（满分 50 分）</w:t>
      </w:r>
    </w:p>
    <w:p>
      <w:pPr>
        <w:spacing w:after="240" w:before="0"/>
        <w:jc w:val="center"/>
      </w:pPr>
      <w:r>
        <w:rPr>
          <w:rFonts w:ascii="Tahoma" w:hAnsi="Tahoma" w:eastAsia="微软雅黑" w:cs="Tahoma"/>
          <w:b w:val="0"/>
          <w:sz w:val="24"/>
        </w:rPr>
        <w:t>姓名：______________　得分：______________</w:t>
      </w:r>
    </w:p>
    <w:p>
      <w:pPr>
        <w:spacing w:after="120" w:before="0"/>
      </w:pPr>
      <w:r>
        <w:rPr>
          <w:rFonts w:ascii="Tahoma" w:hAnsi="Tahoma" w:eastAsia="微软雅黑" w:cs="Tahoma"/>
          <w:b/>
          <w:sz w:val="24"/>
        </w:rPr>
        <w:t>一、选择题（每题 2 分，共 20 分）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1. 泰语中，什么能区别词义？（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声调　B. 笔顺　C. 字母大小　D. 书写速度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2. 下列哪个是中辅音里的浊辅音？（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ป　B. ด　C. ต　D. ก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3. ด 与下列哪个字母读音相同？（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ฏ　B. ต　C. ฎ　D. บ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4. อ 的特殊之处是？（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是浊辅音　B. 可作零辅音（只占位，不发音）　C. 不是辅音　D. 是元音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5. 泰语书写应从哪里起笔？（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顶端　B. 左边　C. 有圆圈的地方　D. 右下角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6. 元音 -ิ 写在辅音字母的什么位置？（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上方　B. 下方　C. 右边　D. 左边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7. 特殊元音 ไ- 与 ใ- 的关系是？（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读音相同，写法不同　B. 读音不同，写法相同　C. 完全相同　D. 完全无关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8. "ตี" 的意思是？（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打　B. 看　C. 拿　D. 踢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9. 长元音 -ี 对应的短元音是？（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-ิ　B. -ึ　C. -ุ　D. -ะ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10. "ดำ" 的意思是？（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 xml:space="preserve">　　A. 黑　B. 白　C. 红　D. 轻</w:t>
      </w:r>
    </w:p>
    <w:p>
      <w:pPr>
        <w:spacing w:after="120" w:before="0"/>
      </w:pPr>
      <w:r>
        <w:rPr>
          <w:rFonts w:ascii="Tahoma" w:hAnsi="Tahoma" w:eastAsia="微软雅黑" w:cs="Tahoma"/>
          <w:b/>
          <w:sz w:val="24"/>
        </w:rPr>
        <w:t>二、判断题（每题 2 分，共 10 分。对的打 ✓，错的打 ✗）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11. 中辅音一共有 9 个字母。（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12. 长元音的发音时间比短元音长。（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13. 第一课学的单元音一共有 3 对长短对应。（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14. "จำ" 是"记"的意思。（　）</w:t>
      </w:r>
    </w:p>
    <w:p>
      <w:pPr>
        <w:spacing w:after="60" w:before="0"/>
      </w:pPr>
      <w:r>
        <w:rPr>
          <w:rFonts w:ascii="Tahoma" w:hAnsi="Tahoma" w:eastAsia="微软雅黑" w:cs="Tahoma"/>
          <w:b w:val="0"/>
          <w:sz w:val="24"/>
        </w:rPr>
        <w:t>15. 泰语一共有 5 个声调。（　）</w:t>
      </w:r>
    </w:p>
    <w:p>
      <w:pPr>
        <w:spacing w:after="120" w:before="0"/>
      </w:pPr>
      <w:r>
        <w:rPr>
          <w:rFonts w:ascii="Tahoma" w:hAnsi="Tahoma" w:eastAsia="微软雅黑" w:cs="Tahoma"/>
          <w:b/>
          <w:sz w:val="24"/>
        </w:rPr>
        <w:t>三、填空题（每题 2 分，共 10 分）</w:t>
      </w:r>
    </w:p>
    <w:p>
      <w:pPr>
        <w:spacing w:after="80" w:before="0"/>
      </w:pPr>
      <w:r>
        <w:rPr>
          <w:rFonts w:ascii="Tahoma" w:hAnsi="Tahoma" w:eastAsia="微软雅黑" w:cs="Tahoma"/>
          <w:b w:val="0"/>
          <w:sz w:val="24"/>
        </w:rPr>
        <w:t>16. ต 的同音字是 ________________。</w:t>
      </w:r>
    </w:p>
    <w:p>
      <w:pPr>
        <w:spacing w:after="80" w:before="0"/>
      </w:pPr>
      <w:r>
        <w:rPr>
          <w:rFonts w:ascii="Tahoma" w:hAnsi="Tahoma" w:eastAsia="微软雅黑" w:cs="Tahoma"/>
          <w:b w:val="0"/>
          <w:sz w:val="24"/>
        </w:rPr>
        <w:t>17. 音节 เกาะ 由辅音 ________ 和元音 ________ 组成。</w:t>
      </w:r>
    </w:p>
    <w:p>
      <w:pPr>
        <w:spacing w:after="80" w:before="0"/>
      </w:pPr>
      <w:r>
        <w:rPr>
          <w:rFonts w:ascii="Tahoma" w:hAnsi="Tahoma" w:eastAsia="微软雅黑" w:cs="Tahoma"/>
          <w:b w:val="0"/>
          <w:sz w:val="24"/>
        </w:rPr>
        <w:t>18. 中文"螃蟹"的泰语是 ________________。</w:t>
      </w:r>
    </w:p>
    <w:p>
      <w:pPr>
        <w:spacing w:after="80" w:before="0"/>
      </w:pPr>
      <w:r>
        <w:rPr>
          <w:rFonts w:ascii="Tahoma" w:hAnsi="Tahoma" w:eastAsia="微软雅黑" w:cs="Tahoma"/>
          <w:b w:val="0"/>
          <w:sz w:val="24"/>
        </w:rPr>
        <w:t>19. 中文"心"的泰语是 ________________。</w:t>
      </w:r>
    </w:p>
    <w:p>
      <w:pPr>
        <w:spacing w:after="80" w:before="0"/>
      </w:pPr>
      <w:r>
        <w:rPr>
          <w:rFonts w:ascii="Tahoma" w:hAnsi="Tahoma" w:eastAsia="微软雅黑" w:cs="Tahoma"/>
          <w:b w:val="0"/>
          <w:sz w:val="24"/>
        </w:rPr>
        <w:t>20. 写出 6 个特殊元音中的任意 3 个：________、________、________。</w:t>
      </w:r>
    </w:p>
    <w:p>
      <w:pPr>
        <w:spacing w:after="120" w:before="0"/>
      </w:pPr>
      <w:r>
        <w:rPr>
          <w:rFonts w:ascii="Tahoma" w:hAnsi="Tahoma" w:eastAsia="微软雅黑" w:cs="Tahoma"/>
          <w:b/>
          <w:sz w:val="24"/>
        </w:rPr>
        <w:t>四、句子翻译（每题 5 分，共 10 分）</w:t>
      </w:r>
    </w:p>
    <w:p>
      <w:pPr>
        <w:spacing w:after="40" w:before="0"/>
      </w:pPr>
      <w:r>
        <w:rPr>
          <w:rFonts w:ascii="Tahoma" w:hAnsi="Tahoma" w:eastAsia="微软雅黑" w:cs="Tahoma"/>
          <w:b w:val="0"/>
          <w:sz w:val="24"/>
        </w:rPr>
        <w:t>21. 中译泰：眼睛好。</w:t>
      </w:r>
    </w:p>
    <w:p>
      <w:pPr>
        <w:spacing w:after="120" w:before="0"/>
      </w:pPr>
      <w:r>
        <w:rPr>
          <w:rFonts w:ascii="Tahoma" w:hAnsi="Tahoma" w:eastAsia="微软雅黑" w:cs="Tahoma"/>
          <w:b w:val="0"/>
          <w:sz w:val="24"/>
        </w:rPr>
        <w:t xml:space="preserve">　　____________________________</w:t>
      </w:r>
    </w:p>
    <w:p>
      <w:pPr>
        <w:spacing w:after="40" w:before="0"/>
      </w:pPr>
      <w:r>
        <w:rPr>
          <w:rFonts w:ascii="Tahoma" w:hAnsi="Tahoma" w:eastAsia="微软雅黑" w:cs="Tahoma"/>
          <w:b w:val="0"/>
          <w:sz w:val="24"/>
        </w:rPr>
        <w:t>22. 泰译中：ไปดู</w:t>
      </w:r>
    </w:p>
    <w:p>
      <w:pPr>
        <w:spacing w:after="120" w:before="0"/>
      </w:pPr>
      <w:r>
        <w:rPr>
          <w:rFonts w:ascii="Tahoma" w:hAnsi="Tahoma" w:eastAsia="微软雅黑" w:cs="Tahoma"/>
          <w:b w:val="0"/>
          <w:sz w:val="24"/>
        </w:rPr>
        <w:t xml:space="preserve">　　____________________________</w:t>
      </w:r>
    </w:p>
    <w:p>
      <w:r>
        <w:br w:type="page"/>
      </w:r>
    </w:p>
    <w:p>
      <w:pPr>
        <w:spacing w:after="160" w:before="0"/>
        <w:jc w:val="center"/>
      </w:pPr>
      <w:r>
        <w:rPr>
          <w:rFonts w:ascii="Tahoma" w:hAnsi="Tahoma" w:eastAsia="微软雅黑" w:cs="Tahoma"/>
          <w:b/>
          <w:sz w:val="30"/>
        </w:rPr>
        <w:t>参考答案</w:t>
      </w:r>
    </w:p>
    <w:p>
      <w:pPr>
        <w:spacing w:after="120" w:before="0"/>
      </w:pPr>
      <w:r>
        <w:rPr>
          <w:rFonts w:ascii="Tahoma" w:hAnsi="Tahoma" w:eastAsia="微软雅黑" w:cs="Tahoma"/>
          <w:b w:val="0"/>
          <w:sz w:val="24"/>
        </w:rPr>
        <w:t>一、选择题：1. A　2. B　3. C　4. B　5. C　6. A　7. A　8. A　9. A　10. A</w:t>
      </w:r>
    </w:p>
    <w:p>
      <w:pPr>
        <w:spacing w:after="120" w:before="0"/>
      </w:pPr>
      <w:r>
        <w:rPr>
          <w:rFonts w:ascii="Tahoma" w:hAnsi="Tahoma" w:eastAsia="微软雅黑" w:cs="Tahoma"/>
          <w:b w:val="0"/>
          <w:sz w:val="24"/>
        </w:rPr>
        <w:t>二、判断题：11. ✓　12. ✓　13. ✗　14. ✓　15. ✓</w:t>
      </w:r>
    </w:p>
    <w:p>
      <w:pPr>
        <w:spacing w:after="120" w:before="0"/>
      </w:pPr>
      <w:r>
        <w:rPr>
          <w:rFonts w:ascii="Tahoma" w:hAnsi="Tahoma" w:eastAsia="微软雅黑" w:cs="Tahoma"/>
          <w:b w:val="0"/>
          <w:sz w:val="24"/>
        </w:rPr>
        <w:t>三、填空题：16. ฏ　17. ก、เ-าะ　18. ปู　19. ใจ　20. -ำ、ไ-、ใ-、เ-า、ฤ、ฤๅ（任选 3 个）</w:t>
      </w:r>
    </w:p>
    <w:p>
      <w:pPr>
        <w:spacing w:after="120" w:before="0"/>
      </w:pPr>
      <w:r>
        <w:rPr>
          <w:rFonts w:ascii="Tahoma" w:hAnsi="Tahoma" w:eastAsia="微软雅黑" w:cs="Tahoma"/>
          <w:b w:val="0"/>
          <w:sz w:val="24"/>
        </w:rPr>
        <w:t>四、翻译：21. ตา ดี　22. 去看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