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36"/>
        </w:rPr>
        <w:t>《基础泰语1》第九课 清尾辅音</w:t>
        <w:br/>
        <w:t>教学大纲</w:t>
      </w:r>
    </w:p>
    <w:p/>
    <w:p>
      <w:pPr>
        <w:pStyle w:val="Heading2"/>
      </w:pPr>
      <w:r>
        <w:rPr>
          <w:rFonts w:ascii="黑体" w:hAnsi="黑体" w:eastAsia="黑体"/>
        </w:rPr>
        <w:t>一、课程概述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课题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清尾辅音（เสียงพยัญชนะท้าย / ตัวสะกด）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教材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廖宇夫《基础泰语1》（世界图书出版公司）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建议课时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6–8 课时（每课时 45 分钟）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前置知识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中/高/低辅音、单元音/复合元音、声调规则（第1–8课）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后续衔接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第十课 浊尾辅音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泰语零基础 / 二外学习者（已完成第1–8课学习）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</w:rPr>
        <w:t>二、教学目标</w:t>
      </w:r>
    </w:p>
    <w:p>
      <w:r>
        <w:rPr>
          <w:rFonts w:ascii="宋体" w:hAnsi="宋体" w:eastAsia="宋体"/>
          <w:b/>
          <w:sz w:val="22"/>
        </w:rPr>
        <w:t>【知识目标】</w:t>
      </w:r>
    </w:p>
    <w:p>
      <w:pPr>
        <w:pStyle w:val="ListBullet"/>
      </w:pPr>
      <w:r>
        <w:rPr>
          <w:rFonts w:ascii="宋体" w:hAnsi="宋体" w:eastAsia="宋体"/>
          <w:sz w:val="22"/>
        </w:rPr>
        <w:t>掌握泰语清尾辅音的概念：-ง / -น / -ม / -ย / -ว 五个尾音</w:t>
      </w:r>
    </w:p>
    <w:p>
      <w:pPr>
        <w:pStyle w:val="ListBullet"/>
      </w:pPr>
      <w:r>
        <w:rPr>
          <w:rFonts w:ascii="宋体" w:hAnsi="宋体" w:eastAsia="宋体"/>
          <w:sz w:val="22"/>
        </w:rPr>
        <w:t>理解元音在加尾辅音后的变形规则</w:t>
      </w:r>
    </w:p>
    <w:p>
      <w:pPr>
        <w:pStyle w:val="ListBullet"/>
      </w:pPr>
      <w:r>
        <w:rPr>
          <w:rFonts w:ascii="宋体" w:hAnsi="宋体" w:eastAsia="宋体"/>
          <w:sz w:val="22"/>
        </w:rPr>
        <w:t>掌握中、高、低辅音音节加清尾辅音后的声调规则</w:t>
      </w:r>
    </w:p>
    <w:p>
      <w:r>
        <w:rPr>
          <w:rFonts w:ascii="宋体" w:hAnsi="宋体" w:eastAsia="宋体"/>
          <w:b/>
          <w:sz w:val="22"/>
        </w:rPr>
        <w:t>【技能目标】</w:t>
      </w:r>
    </w:p>
    <w:p>
      <w:pPr>
        <w:pStyle w:val="ListBullet"/>
      </w:pPr>
      <w:r>
        <w:rPr>
          <w:rFonts w:ascii="宋体" w:hAnsi="宋体" w:eastAsia="宋体"/>
          <w:sz w:val="22"/>
        </w:rPr>
        <w:t>能正确拼读带清尾辅音的单音节和多音节词</w:t>
      </w:r>
    </w:p>
    <w:p>
      <w:pPr>
        <w:pStyle w:val="ListBullet"/>
      </w:pPr>
      <w:r>
        <w:rPr>
          <w:rFonts w:ascii="宋体" w:hAnsi="宋体" w:eastAsia="宋体"/>
          <w:sz w:val="22"/>
        </w:rPr>
        <w:t>能区分近似的清尾辅音发音（如 -ง 与 -น 的听辨）</w:t>
      </w:r>
    </w:p>
    <w:p>
      <w:pPr>
        <w:pStyle w:val="ListBullet"/>
      </w:pPr>
      <w:r>
        <w:rPr>
          <w:rFonts w:ascii="宋体" w:hAnsi="宋体" w:eastAsia="宋体"/>
          <w:sz w:val="22"/>
        </w:rPr>
        <w:t>能朗读课文会话，语音语调准确</w:t>
      </w:r>
    </w:p>
    <w:p>
      <w:pPr>
        <w:pStyle w:val="ListBullet"/>
      </w:pPr>
      <w:r>
        <w:rPr>
          <w:rFonts w:ascii="宋体" w:hAnsi="宋体" w:eastAsia="宋体"/>
          <w:sz w:val="22"/>
        </w:rPr>
        <w:t>能运用本课词汇和句型进行简单对话</w:t>
      </w:r>
    </w:p>
    <w:p>
      <w:r>
        <w:rPr>
          <w:rFonts w:ascii="宋体" w:hAnsi="宋体" w:eastAsia="宋体"/>
          <w:b/>
          <w:sz w:val="22"/>
        </w:rPr>
        <w:t>【情感目标】</w:t>
      </w:r>
    </w:p>
    <w:p>
      <w:pPr>
        <w:pStyle w:val="ListBullet"/>
      </w:pPr>
      <w:r>
        <w:rPr>
          <w:rFonts w:ascii="宋体" w:hAnsi="宋体" w:eastAsia="宋体"/>
          <w:sz w:val="22"/>
        </w:rPr>
        <w:t>建立对泰语拼音体系的系统认知</w:t>
      </w:r>
    </w:p>
    <w:p>
      <w:pPr>
        <w:pStyle w:val="ListBullet"/>
      </w:pPr>
      <w:r>
        <w:rPr>
          <w:rFonts w:ascii="宋体" w:hAnsi="宋体" w:eastAsia="宋体"/>
          <w:sz w:val="22"/>
        </w:rPr>
        <w:t>克服尾辅音发音的心理障碍，建立自信心</w:t>
      </w:r>
    </w:p>
    <w:p/>
    <w:p>
      <w:pPr>
        <w:pStyle w:val="Heading2"/>
      </w:pPr>
      <w:r>
        <w:rPr>
          <w:rFonts w:ascii="黑体" w:hAnsi="黑体" w:eastAsia="黑体"/>
        </w:rPr>
        <w:t>三、教学内容</w:t>
      </w:r>
    </w:p>
    <w:p>
      <w:r>
        <w:rPr>
          <w:rFonts w:ascii="宋体" w:hAnsi="宋体" w:eastAsia="宋体"/>
          <w:b/>
          <w:sz w:val="22"/>
        </w:rPr>
        <w:t>3.1 清尾辅音总览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泰语名称</w:t>
            </w:r>
          </w:p>
        </w:tc>
        <w:tc>
          <w:tcPr>
            <w:tcW w:type="dxa" w:w="216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尾辅音</w:t>
            </w:r>
          </w:p>
        </w:tc>
        <w:tc>
          <w:tcPr>
            <w:tcW w:type="dxa" w:w="216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国际音标</w:t>
            </w:r>
          </w:p>
        </w:tc>
        <w:tc>
          <w:tcPr>
            <w:tcW w:type="dxa" w:w="216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发音说明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แม่กง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-ง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[-ŋ]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ng 鼻音，类似"帮 bāng"的韵尾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แม่กน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-น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[-n]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 鼻音，类似"班 bān"的韵尾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แม่กม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-ม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[-m]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 鼻音，类似粤语"三 saam"的韵尾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แม่เกย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-ย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[-j]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y 半元音，类似英文 boy 的 y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แม่เกอว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-ว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[-w]</w:t>
            </w:r>
          </w:p>
        </w:tc>
        <w:tc>
          <w:tcPr>
            <w:tcW w:type="dxa" w:w="216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 半元音，类似英文 cow 的 w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3.2 元音加尾辅音后的变形（教材 p90）</w:t>
      </w:r>
    </w:p>
    <w:p>
      <w:pPr>
        <w:pStyle w:val="ListBullet"/>
      </w:pPr>
      <w:r>
        <w:rPr>
          <w:rFonts w:ascii="宋体" w:hAnsi="宋体" w:eastAsia="宋体"/>
          <w:sz w:val="22"/>
        </w:rPr>
        <w:t>短元音 -ะ 系列变形：-ะ → -ั-（如：จะ → จัง）</w:t>
      </w:r>
    </w:p>
    <w:p>
      <w:pPr>
        <w:pStyle w:val="ListBullet"/>
      </w:pPr>
      <w:r>
        <w:rPr>
          <w:rFonts w:ascii="宋体" w:hAnsi="宋体" w:eastAsia="宋体"/>
          <w:sz w:val="22"/>
        </w:rPr>
        <w:t>长元音 -า 系列变形：保持 -า 形（如：มา → มาง）</w:t>
      </w:r>
    </w:p>
    <w:p>
      <w:pPr>
        <w:pStyle w:val="ListBullet"/>
      </w:pPr>
      <w:r>
        <w:rPr>
          <w:rFonts w:ascii="宋体" w:hAnsi="宋体" w:eastAsia="宋体"/>
          <w:sz w:val="22"/>
        </w:rPr>
        <w:t>复合元音的变形规则（如 เ-ียะ → เ-ีย 等）</w:t>
      </w:r>
    </w:p>
    <w:p>
      <w:pPr>
        <w:pStyle w:val="ListBullet"/>
      </w:pPr>
      <w:r>
        <w:rPr>
          <w:rFonts w:ascii="宋体" w:hAnsi="宋体" w:eastAsia="宋体"/>
          <w:sz w:val="22"/>
        </w:rPr>
        <w:t>特殊元音（ใ- / ไ- / เ-า / ฤ 等）不变形</w:t>
      </w:r>
    </w:p>
    <w:p/>
    <w:p>
      <w:r>
        <w:rPr>
          <w:rFonts w:ascii="宋体" w:hAnsi="宋体" w:eastAsia="宋体"/>
          <w:b/>
          <w:sz w:val="22"/>
        </w:rPr>
        <w:t>3.3 清尾辅音与元音拼读表（教材 p91）</w:t>
      </w:r>
    </w:p>
    <w:p>
      <w:pPr>
        <w:ind w:firstLine="420"/>
      </w:pPr>
      <w:r>
        <w:rPr>
          <w:rFonts w:ascii="宋体" w:hAnsi="宋体" w:eastAsia="宋体"/>
          <w:b w:val="0"/>
          <w:sz w:val="22"/>
        </w:rPr>
        <w:t>按元音组 × 五组尾辅音 构建拼读矩阵，涵盖所有可能组合。</w:t>
      </w:r>
    </w:p>
    <w:p/>
    <w:p>
      <w:r>
        <w:rPr>
          <w:rFonts w:ascii="宋体" w:hAnsi="宋体" w:eastAsia="宋体"/>
          <w:b/>
          <w:sz w:val="22"/>
        </w:rPr>
        <w:t>3.4 声调规则（教材 p93-94）</w:t>
      </w:r>
    </w:p>
    <w:p>
      <w:pPr>
        <w:ind w:firstLine="420"/>
      </w:pPr>
      <w:r>
        <w:rPr>
          <w:rFonts w:ascii="宋体" w:hAnsi="宋体" w:eastAsia="宋体"/>
          <w:b w:val="0"/>
          <w:sz w:val="22"/>
        </w:rPr>
        <w:t>清尾辅音属于舒声韵（เสียงเป็น），音节声调延续原有辅音类别的声调规则：</w:t>
      </w:r>
    </w:p>
    <w:p>
      <w:pPr>
        <w:pStyle w:val="ListBullet"/>
      </w:pPr>
      <w:r>
        <w:rPr>
          <w:rFonts w:ascii="宋体" w:hAnsi="宋体" w:eastAsia="宋体"/>
          <w:sz w:val="22"/>
        </w:rPr>
        <w:t>中辅音 + 清尾辅音 → 可拼第1–5声（全部五声）</w:t>
      </w:r>
    </w:p>
    <w:p>
      <w:pPr>
        <w:pStyle w:val="ListBullet"/>
      </w:pPr>
      <w:r>
        <w:rPr>
          <w:rFonts w:ascii="宋体" w:hAnsi="宋体" w:eastAsia="宋体"/>
          <w:sz w:val="22"/>
        </w:rPr>
        <w:t>高辅音 + 清尾辅音 → 第5声（类似汉语第三声）</w:t>
      </w:r>
    </w:p>
    <w:p>
      <w:pPr>
        <w:pStyle w:val="ListBullet"/>
      </w:pPr>
      <w:r>
        <w:rPr>
          <w:rFonts w:ascii="宋体" w:hAnsi="宋体" w:eastAsia="宋体"/>
          <w:sz w:val="22"/>
        </w:rPr>
        <w:t>低辅音 + 清尾辅音 → 第1声（平调）</w:t>
      </w:r>
    </w:p>
    <w:p>
      <w:pPr>
        <w:ind w:firstLine="420"/>
      </w:pPr>
      <w:r>
        <w:rPr>
          <w:rFonts w:ascii="宋体" w:hAnsi="宋体" w:eastAsia="宋体"/>
          <w:b w:val="0"/>
          <w:sz w:val="22"/>
        </w:rPr>
        <w:t>★ 关键：与无尾辅音音节的声调规则做对比记忆。</w:t>
      </w:r>
    </w:p>
    <w:p/>
    <w:p>
      <w:r>
        <w:rPr>
          <w:rFonts w:ascii="宋体" w:hAnsi="宋体" w:eastAsia="宋体"/>
          <w:b/>
          <w:sz w:val="22"/>
        </w:rPr>
        <w:t>3.5 词汇表（教材 p94-95）</w:t>
      </w:r>
    </w:p>
    <w:p>
      <w:pPr>
        <w:ind w:firstLine="420"/>
      </w:pPr>
      <w:r>
        <w:rPr>
          <w:rFonts w:ascii="宋体" w:hAnsi="宋体" w:eastAsia="宋体"/>
          <w:b w:val="0"/>
          <w:sz w:val="22"/>
        </w:rPr>
        <w:t>涵盖日常生活高频词，按尾辅音分组呈现。重点词类包括：颜色类、数字类、身体部位类、日常物品类、动作类。每个词附带拼读分解练习。</w:t>
      </w:r>
    </w:p>
    <w:p/>
    <w:p>
      <w:r>
        <w:rPr>
          <w:rFonts w:ascii="宋体" w:hAnsi="宋体" w:eastAsia="宋体"/>
          <w:b/>
          <w:sz w:val="22"/>
        </w:rPr>
        <w:t>3.6 课文与会话（教材 p95-96）</w:t>
      </w:r>
    </w:p>
    <w:p>
      <w:pPr>
        <w:pStyle w:val="ListBullet"/>
      </w:pPr>
      <w:r>
        <w:rPr>
          <w:rFonts w:ascii="宋体" w:hAnsi="宋体" w:eastAsia="宋体"/>
          <w:sz w:val="22"/>
        </w:rPr>
        <w:t>课文：围绕日常生活场景的短文</w:t>
      </w:r>
    </w:p>
    <w:p>
      <w:pPr>
        <w:pStyle w:val="ListBullet"/>
      </w:pPr>
      <w:r>
        <w:rPr>
          <w:rFonts w:ascii="宋体" w:hAnsi="宋体" w:eastAsia="宋体"/>
          <w:sz w:val="22"/>
        </w:rPr>
        <w:t>会话：包含本课语法和词汇的交际对话</w:t>
      </w:r>
    </w:p>
    <w:p>
      <w:pPr>
        <w:pStyle w:val="ListBullet"/>
      </w:pPr>
      <w:r>
        <w:rPr>
          <w:rFonts w:ascii="宋体" w:hAnsi="宋体" w:eastAsia="宋体"/>
          <w:sz w:val="22"/>
        </w:rPr>
        <w:t>配套注释：语法点、文化点说明</w:t>
      </w:r>
    </w:p>
    <w:p/>
    <w:p>
      <w:r>
        <w:rPr>
          <w:rFonts w:ascii="宋体" w:hAnsi="宋体" w:eastAsia="宋体"/>
          <w:b/>
          <w:sz w:val="22"/>
        </w:rPr>
        <w:t>3.7 句型（教材 p96）</w:t>
      </w:r>
    </w:p>
    <w:p>
      <w:pPr>
        <w:pStyle w:val="ListBullet"/>
      </w:pPr>
      <w:r>
        <w:rPr>
          <w:rFonts w:ascii="宋体" w:hAnsi="宋体" w:eastAsia="宋体"/>
          <w:sz w:val="22"/>
        </w:rPr>
        <w:t>基本肯定句 / 否定句</w:t>
      </w:r>
    </w:p>
    <w:p>
      <w:pPr>
        <w:pStyle w:val="ListBullet"/>
      </w:pPr>
      <w:r>
        <w:rPr>
          <w:rFonts w:ascii="宋体" w:hAnsi="宋体" w:eastAsia="宋体"/>
          <w:sz w:val="22"/>
        </w:rPr>
        <w:t>疑问句（ใช่ไหม / หรือ / ไหม 等）</w:t>
      </w:r>
    </w:p>
    <w:p>
      <w:pPr>
        <w:pStyle w:val="ListBullet"/>
      </w:pPr>
      <w:r>
        <w:rPr>
          <w:rFonts w:ascii="宋体" w:hAnsi="宋体" w:eastAsia="宋体"/>
          <w:sz w:val="22"/>
        </w:rPr>
        <w:t>本课重点固定搭配</w:t>
      </w:r>
    </w:p>
    <w:p/>
    <w:p>
      <w:pPr>
        <w:pStyle w:val="Heading2"/>
      </w:pPr>
      <w:r>
        <w:rPr>
          <w:rFonts w:ascii="黑体" w:hAnsi="黑体" w:eastAsia="黑体"/>
        </w:rPr>
        <w:t>四、教学重点与难点</w:t>
      </w:r>
    </w:p>
    <w:p>
      <w:r>
        <w:rPr>
          <w:rFonts w:ascii="宋体" w:hAnsi="宋体" w:eastAsia="宋体"/>
          <w:b/>
          <w:sz w:val="22"/>
        </w:rPr>
        <w:t>4.1 教学重点</w:t>
      </w:r>
    </w:p>
    <w:p>
      <w:pPr>
        <w:pStyle w:val="ListBullet"/>
      </w:pPr>
      <w:r>
        <w:rPr>
          <w:rFonts w:ascii="宋体" w:hAnsi="宋体" w:eastAsia="宋体"/>
          <w:sz w:val="22"/>
        </w:rPr>
        <w:t>五组清尾辅音的发声机制与拼读规则</w:t>
      </w:r>
    </w:p>
    <w:p>
      <w:pPr>
        <w:pStyle w:val="ListBullet"/>
      </w:pPr>
      <w:r>
        <w:rPr>
          <w:rFonts w:ascii="宋体" w:hAnsi="宋体" w:eastAsia="宋体"/>
          <w:sz w:val="22"/>
        </w:rPr>
        <w:t>带尾辅音后的声调规则（特别是高低辅音变化）</w:t>
      </w:r>
    </w:p>
    <w:p>
      <w:pPr>
        <w:pStyle w:val="ListBullet"/>
      </w:pPr>
      <w:r>
        <w:rPr>
          <w:rFonts w:ascii="宋体" w:hAnsi="宋体" w:eastAsia="宋体"/>
          <w:sz w:val="22"/>
        </w:rPr>
        <w:t>元音变形规则（-ะ → -ั- 系列）</w:t>
      </w:r>
    </w:p>
    <w:p>
      <w:r>
        <w:rPr>
          <w:rFonts w:ascii="宋体" w:hAnsi="宋体" w:eastAsia="宋体"/>
          <w:b/>
          <w:sz w:val="22"/>
        </w:rPr>
        <w:t>4.2 教学难点</w:t>
      </w:r>
    </w:p>
    <w:p>
      <w:pPr>
        <w:pStyle w:val="ListBullet"/>
      </w:pPr>
      <w:r>
        <w:rPr>
          <w:rFonts w:ascii="宋体" w:hAnsi="宋体" w:eastAsia="宋体"/>
          <w:sz w:val="22"/>
        </w:rPr>
        <w:t>-ŋ / -n / -m 三个鼻韵尾的听辨区分（中文母语者常见混淆）</w:t>
      </w:r>
    </w:p>
    <w:p>
      <w:pPr>
        <w:pStyle w:val="ListBullet"/>
      </w:pPr>
      <w:r>
        <w:rPr>
          <w:rFonts w:ascii="宋体" w:hAnsi="宋体" w:eastAsia="宋体"/>
          <w:sz w:val="22"/>
        </w:rPr>
        <w:t>长/短音在带尾辅音时的保持（如 -ัง vs -าง）</w:t>
      </w:r>
    </w:p>
    <w:p>
      <w:pPr>
        <w:pStyle w:val="ListBullet"/>
      </w:pPr>
      <w:r>
        <w:rPr>
          <w:rFonts w:ascii="宋体" w:hAnsi="宋体" w:eastAsia="宋体"/>
          <w:sz w:val="22"/>
        </w:rPr>
        <w:t>声调在舒声韵中的实际发音（理论规则 vs 自然语流）</w:t>
      </w:r>
    </w:p>
    <w:p>
      <w:r>
        <w:rPr>
          <w:rFonts w:ascii="宋体" w:hAnsi="宋体" w:eastAsia="宋体"/>
          <w:b/>
          <w:sz w:val="22"/>
        </w:rPr>
        <w:t>4.3 常见错误预判</w:t>
      </w:r>
    </w:p>
    <w:p>
      <w:pPr>
        <w:pStyle w:val="ListBullet"/>
      </w:pPr>
      <w:r>
        <w:rPr>
          <w:rFonts w:ascii="宋体" w:hAnsi="宋体" w:eastAsia="宋体"/>
          <w:sz w:val="22"/>
        </w:rPr>
        <w:t>-ง 与 -น 混淆：把 บาง [baːŋ] 发成 บัน [ban]</w:t>
      </w:r>
    </w:p>
    <w:p>
      <w:pPr>
        <w:pStyle w:val="ListBullet"/>
      </w:pPr>
      <w:r>
        <w:rPr>
          <w:rFonts w:ascii="宋体" w:hAnsi="宋体" w:eastAsia="宋体"/>
          <w:sz w:val="22"/>
        </w:rPr>
        <w:t>短元音加尾辅音后读成长元音</w:t>
      </w:r>
    </w:p>
    <w:p>
      <w:pPr>
        <w:pStyle w:val="ListBullet"/>
      </w:pPr>
      <w:r>
        <w:rPr>
          <w:rFonts w:ascii="宋体" w:hAnsi="宋体" w:eastAsia="宋体"/>
          <w:sz w:val="22"/>
        </w:rPr>
        <w:t>低辅音加清尾辅音声调读错（应读平调但读成降调）</w:t>
      </w:r>
    </w:p>
    <w:p/>
    <w:p>
      <w:pPr>
        <w:pStyle w:val="Heading2"/>
      </w:pPr>
      <w:r>
        <w:rPr>
          <w:rFonts w:ascii="黑体" w:hAnsi="黑体" w:eastAsia="黑体"/>
        </w:rPr>
        <w:t>五、课时安排（建议 7 课时）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课时</w:t>
            </w:r>
          </w:p>
        </w:tc>
        <w:tc>
          <w:tcPr>
            <w:tcW w:type="dxa" w:w="288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教学主题</w:t>
            </w:r>
          </w:p>
        </w:tc>
        <w:tc>
          <w:tcPr>
            <w:tcW w:type="dxa" w:w="288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课型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第1课时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清尾辅音概念导入、-ง / -น / -ม 鼻韵尾发音练习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语音课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第2课时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-ย / -ว 半元音尾、五组尾辅音对比训练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语音课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第3课时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元音变形规则详解 + 拼读表练习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讲练课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第4课时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声调规则精讲（中/高/低辅音 + 清尾辅音）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规则课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第5课时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单词拼读训练（按尾辅音分组）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操练课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第6课时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课文朗读 + 会话分角色练习 + 句型讲解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综合课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第7课时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复习巩固 + 课堂练习 + 听写检测</w:t>
            </w:r>
          </w:p>
        </w:tc>
        <w:tc>
          <w:tcPr>
            <w:tcW w:type="dxa" w:w="288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复习课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</w:rPr>
        <w:t>六、各环节详细设计</w:t>
      </w:r>
    </w:p>
    <w:p>
      <w:r>
        <w:rPr>
          <w:rFonts w:ascii="宋体" w:hAnsi="宋体" w:eastAsia="宋体"/>
          <w:b/>
          <w:sz w:val="22"/>
        </w:rPr>
        <w:t>第1–2课时：清尾辅音发音入门</w:t>
      </w:r>
    </w:p>
    <w:p>
      <w:r>
        <w:rPr>
          <w:rFonts w:ascii="宋体" w:hAnsi="宋体" w:eastAsia="宋体"/>
          <w:b/>
          <w:sz w:val="22"/>
        </w:rPr>
        <w:t>【导入】（5分钟）</w:t>
      </w:r>
    </w:p>
    <w:p>
      <w:pPr>
        <w:ind w:firstLine="420"/>
      </w:pPr>
      <w:r>
        <w:rPr>
          <w:rFonts w:ascii="宋体" w:hAnsi="宋体" w:eastAsia="宋体"/>
          <w:b w:val="0"/>
          <w:sz w:val="22"/>
        </w:rPr>
        <w:t>对比中文"三"（sān）vs 泰语"สาม"（sǎam），引出 -m 尾辅音概念；展示尾辅音在泰语中的广泛性和重要性。</w:t>
      </w:r>
    </w:p>
    <w:p>
      <w:r>
        <w:rPr>
          <w:rFonts w:ascii="宋体" w:hAnsi="宋体" w:eastAsia="宋体"/>
          <w:b/>
          <w:sz w:val="22"/>
        </w:rPr>
        <w:t>【新课讲授】（30分钟）</w:t>
      </w:r>
    </w:p>
    <w:p>
      <w:pPr>
        <w:pStyle w:val="ListBullet"/>
      </w:pPr>
      <w:r>
        <w:rPr>
          <w:rFonts w:ascii="宋体" w:hAnsi="宋体" w:eastAsia="宋体"/>
          <w:sz w:val="22"/>
        </w:rPr>
        <w:t>逐组讲解发音部位与方法（建议配合口腔示意图）</w:t>
      </w:r>
    </w:p>
    <w:p>
      <w:pPr>
        <w:pStyle w:val="ListBullet"/>
      </w:pPr>
      <w:r>
        <w:rPr>
          <w:rFonts w:ascii="宋体" w:hAnsi="宋体" w:eastAsia="宋体"/>
          <w:sz w:val="22"/>
        </w:rPr>
        <w:t>教师领读 → 学生跟读 → 个别纠正</w:t>
      </w:r>
    </w:p>
    <w:p>
      <w:pPr>
        <w:pStyle w:val="ListBullet"/>
      </w:pPr>
      <w:r>
        <w:rPr>
          <w:rFonts w:ascii="宋体" w:hAnsi="宋体" w:eastAsia="宋体"/>
          <w:sz w:val="22"/>
        </w:rPr>
        <w:t>最小对比对练习（如 กาง vs กาน vs กาม）</w:t>
      </w:r>
    </w:p>
    <w:p>
      <w:r>
        <w:rPr>
          <w:rFonts w:ascii="宋体" w:hAnsi="宋体" w:eastAsia="宋体"/>
          <w:b/>
          <w:sz w:val="22"/>
        </w:rPr>
        <w:t>【巩固练习】（10分钟）</w:t>
      </w:r>
    </w:p>
    <w:p>
      <w:pPr>
        <w:pStyle w:val="ListBullet"/>
      </w:pPr>
      <w:r>
        <w:rPr>
          <w:rFonts w:ascii="宋体" w:hAnsi="宋体" w:eastAsia="宋体"/>
          <w:sz w:val="22"/>
        </w:rPr>
        <w:t>听辨：教师读音节，学生判断尾辅音</w:t>
      </w:r>
    </w:p>
    <w:p>
      <w:pPr>
        <w:pStyle w:val="ListBullet"/>
      </w:pPr>
      <w:r>
        <w:rPr>
          <w:rFonts w:ascii="宋体" w:hAnsi="宋体" w:eastAsia="宋体"/>
          <w:sz w:val="22"/>
        </w:rPr>
        <w:t>快问快答：随机抽音节，学生拼读</w:t>
      </w:r>
    </w:p>
    <w:p/>
    <w:p>
      <w:r>
        <w:rPr>
          <w:rFonts w:ascii="宋体" w:hAnsi="宋体" w:eastAsia="宋体"/>
          <w:b/>
          <w:sz w:val="22"/>
        </w:rPr>
        <w:t>第3课时：元音变形</w:t>
      </w:r>
    </w:p>
    <w:p>
      <w:r>
        <w:rPr>
          <w:rFonts w:ascii="宋体" w:hAnsi="宋体" w:eastAsia="宋体"/>
          <w:b/>
          <w:sz w:val="22"/>
        </w:rPr>
        <w:t>【核心规则】</w:t>
      </w:r>
    </w:p>
    <w:p>
      <w:pPr>
        <w:pStyle w:val="ListBullet"/>
      </w:pPr>
      <w:r>
        <w:rPr>
          <w:rFonts w:ascii="宋体" w:hAnsi="宋体" w:eastAsia="宋体"/>
          <w:sz w:val="22"/>
        </w:rPr>
        <w:t>-ะ 短元音系列 → 去掉 -ะ，尾辅音直接加在辅音后</w:t>
      </w:r>
    </w:p>
    <w:p>
      <w:pPr>
        <w:pStyle w:val="ListBullet"/>
      </w:pPr>
      <w:r>
        <w:rPr>
          <w:rFonts w:ascii="宋体" w:hAnsi="宋体" w:eastAsia="宋体"/>
          <w:sz w:val="22"/>
        </w:rPr>
        <w:t>อัว → -ว- 本是半元音，加尾辅音后 -ว 融入元音部分</w:t>
      </w:r>
    </w:p>
    <w:p>
      <w:pPr>
        <w:pStyle w:val="ListBullet"/>
      </w:pPr>
      <w:r>
        <w:rPr>
          <w:rFonts w:ascii="宋体" w:hAnsi="宋体" w:eastAsia="宋体"/>
          <w:sz w:val="22"/>
        </w:rPr>
        <w:t>部分复合元音存在变形（参照教材 p90 表格）</w:t>
      </w:r>
    </w:p>
    <w:p>
      <w:r>
        <w:rPr>
          <w:rFonts w:ascii="宋体" w:hAnsi="宋体" w:eastAsia="宋体"/>
          <w:b/>
          <w:sz w:val="22"/>
        </w:rPr>
        <w:t>【操练方式】</w:t>
      </w:r>
    </w:p>
    <w:p>
      <w:pPr>
        <w:pStyle w:val="ListBullet"/>
      </w:pPr>
      <w:r>
        <w:rPr>
          <w:rFonts w:ascii="宋体" w:hAnsi="宋体" w:eastAsia="宋体"/>
          <w:sz w:val="22"/>
        </w:rPr>
        <w:t>板书对比：无尾辅音 → 有尾辅音（逐组对照）</w:t>
      </w:r>
    </w:p>
    <w:p>
      <w:pPr>
        <w:pStyle w:val="ListBullet"/>
      </w:pPr>
      <w:r>
        <w:rPr>
          <w:rFonts w:ascii="宋体" w:hAnsi="宋体" w:eastAsia="宋体"/>
          <w:sz w:val="22"/>
        </w:rPr>
        <w:t>分组拼读表地毯式训练</w:t>
      </w:r>
    </w:p>
    <w:p/>
    <w:p>
      <w:r>
        <w:rPr>
          <w:rFonts w:ascii="宋体" w:hAnsi="宋体" w:eastAsia="宋体"/>
          <w:b/>
          <w:sz w:val="22"/>
        </w:rPr>
        <w:t>第4课时：声调规则</w:t>
      </w:r>
    </w:p>
    <w:p>
      <w:r>
        <w:rPr>
          <w:rFonts w:ascii="宋体" w:hAnsi="宋体" w:eastAsia="宋体"/>
          <w:b/>
          <w:sz w:val="22"/>
        </w:rPr>
        <w:t>【公式化记忆】</w:t>
      </w:r>
    </w:p>
    <w:p>
      <w:pPr>
        <w:pStyle w:val="ListBullet"/>
      </w:pPr>
      <w:r>
        <w:rPr>
          <w:rFonts w:ascii="宋体" w:hAnsi="宋体" w:eastAsia="宋体"/>
          <w:sz w:val="22"/>
        </w:rPr>
        <w:t>中辅音 + 清尾辅音 = 可用第1–5声（全部五声可用）</w:t>
      </w:r>
    </w:p>
    <w:p>
      <w:pPr>
        <w:pStyle w:val="ListBullet"/>
      </w:pPr>
      <w:r>
        <w:rPr>
          <w:rFonts w:ascii="宋体" w:hAnsi="宋体" w:eastAsia="宋体"/>
          <w:sz w:val="22"/>
        </w:rPr>
        <w:t>高辅音 + 清尾辅音 = 第5声（发音类似汉语第三声）</w:t>
      </w:r>
    </w:p>
    <w:p>
      <w:pPr>
        <w:pStyle w:val="ListBullet"/>
      </w:pPr>
      <w:r>
        <w:rPr>
          <w:rFonts w:ascii="宋体" w:hAnsi="宋体" w:eastAsia="宋体"/>
          <w:sz w:val="22"/>
        </w:rPr>
        <w:t>低辅音 + 清尾辅音 = 第1声（平调）</w:t>
      </w:r>
    </w:p>
    <w:p>
      <w:r>
        <w:rPr>
          <w:rFonts w:ascii="宋体" w:hAnsi="宋体" w:eastAsia="宋体"/>
          <w:b/>
          <w:sz w:val="22"/>
        </w:rPr>
        <w:t>【对比练习】</w:t>
      </w:r>
    </w:p>
    <w:p>
      <w:pPr>
        <w:pStyle w:val="ListBullet"/>
      </w:pPr>
      <w:r>
        <w:rPr>
          <w:rFonts w:ascii="宋体" w:hAnsi="宋体" w:eastAsia="宋体"/>
          <w:sz w:val="22"/>
        </w:rPr>
        <w:t>同一辅音，有无尾辅音声调对比</w:t>
      </w:r>
    </w:p>
    <w:p>
      <w:pPr>
        <w:pStyle w:val="ListBullet"/>
      </w:pPr>
      <w:r>
        <w:rPr>
          <w:rFonts w:ascii="宋体" w:hAnsi="宋体" w:eastAsia="宋体"/>
          <w:sz w:val="22"/>
        </w:rPr>
        <w:t>同一尾辅音，不同辅音类别声调对比</w:t>
      </w:r>
    </w:p>
    <w:p/>
    <w:p>
      <w:r>
        <w:rPr>
          <w:rFonts w:ascii="宋体" w:hAnsi="宋体" w:eastAsia="宋体"/>
          <w:b/>
          <w:sz w:val="22"/>
        </w:rPr>
        <w:t>第5课时：词汇操练</w:t>
      </w:r>
    </w:p>
    <w:p>
      <w:r>
        <w:rPr>
          <w:rFonts w:ascii="宋体" w:hAnsi="宋体" w:eastAsia="宋体"/>
          <w:b/>
          <w:sz w:val="22"/>
        </w:rPr>
        <w:t>【分组策略】</w:t>
      </w:r>
    </w:p>
    <w:p>
      <w:pPr>
        <w:pStyle w:val="ListBullet"/>
      </w:pPr>
      <w:r>
        <w:rPr>
          <w:rFonts w:ascii="宋体" w:hAnsi="宋体" w:eastAsia="宋体"/>
          <w:sz w:val="22"/>
        </w:rPr>
        <w:t>按尾辅音分组：-ง组 / -น组 / -ม组 / -ย组 / -ว组</w:t>
      </w:r>
    </w:p>
    <w:p>
      <w:pPr>
        <w:pStyle w:val="ListBullet"/>
      </w:pPr>
      <w:r>
        <w:rPr>
          <w:rFonts w:ascii="宋体" w:hAnsi="宋体" w:eastAsia="宋体"/>
          <w:sz w:val="22"/>
        </w:rPr>
        <w:t>每组选代表词拆解拼读，然后扩展到全组</w:t>
      </w:r>
    </w:p>
    <w:p>
      <w:r>
        <w:rPr>
          <w:rFonts w:ascii="宋体" w:hAnsi="宋体" w:eastAsia="宋体"/>
          <w:b/>
          <w:sz w:val="22"/>
        </w:rPr>
        <w:t>【操练形式】</w:t>
      </w:r>
    </w:p>
    <w:p>
      <w:pPr>
        <w:pStyle w:val="ListBullet"/>
      </w:pPr>
      <w:r>
        <w:rPr>
          <w:rFonts w:ascii="宋体" w:hAnsi="宋体" w:eastAsia="宋体"/>
          <w:sz w:val="22"/>
        </w:rPr>
        <w:t>跟读 → 齐读 → 个别读</w:t>
      </w:r>
    </w:p>
    <w:p>
      <w:pPr>
        <w:pStyle w:val="ListBullet"/>
      </w:pPr>
      <w:r>
        <w:rPr>
          <w:rFonts w:ascii="宋体" w:hAnsi="宋体" w:eastAsia="宋体"/>
          <w:sz w:val="22"/>
        </w:rPr>
        <w:t>看图说词 / 听词指图 / 闪卡速认</w:t>
      </w:r>
    </w:p>
    <w:p/>
    <w:p>
      <w:r>
        <w:rPr>
          <w:rFonts w:ascii="宋体" w:hAnsi="宋体" w:eastAsia="宋体"/>
          <w:b/>
          <w:sz w:val="22"/>
        </w:rPr>
        <w:t>第6课时：课文会话</w:t>
      </w:r>
    </w:p>
    <w:p>
      <w:r>
        <w:rPr>
          <w:rFonts w:ascii="宋体" w:hAnsi="宋体" w:eastAsia="宋体"/>
          <w:b/>
          <w:sz w:val="22"/>
        </w:rPr>
        <w:t>【课文处理】</w:t>
      </w:r>
    </w:p>
    <w:p>
      <w:pPr>
        <w:pStyle w:val="ListBullet"/>
      </w:pPr>
      <w:r>
        <w:rPr>
          <w:rFonts w:ascii="宋体" w:hAnsi="宋体" w:eastAsia="宋体"/>
          <w:sz w:val="22"/>
        </w:rPr>
        <w:t>听录音 → 整体感知</w:t>
      </w:r>
    </w:p>
    <w:p>
      <w:pPr>
        <w:pStyle w:val="ListBullet"/>
      </w:pPr>
      <w:r>
        <w:rPr>
          <w:rFonts w:ascii="宋体" w:hAnsi="宋体" w:eastAsia="宋体"/>
          <w:sz w:val="22"/>
        </w:rPr>
        <w:t>逐句讲解 → 拼读难点词 → 翻译</w:t>
      </w:r>
    </w:p>
    <w:p>
      <w:pPr>
        <w:pStyle w:val="ListBullet"/>
      </w:pPr>
      <w:r>
        <w:rPr>
          <w:rFonts w:ascii="宋体" w:hAnsi="宋体" w:eastAsia="宋体"/>
          <w:sz w:val="22"/>
        </w:rPr>
        <w:t>领读 → 齐读 → 分角色朗读</w:t>
      </w:r>
    </w:p>
    <w:p>
      <w:r>
        <w:rPr>
          <w:rFonts w:ascii="宋体" w:hAnsi="宋体" w:eastAsia="宋体"/>
          <w:b/>
          <w:sz w:val="22"/>
        </w:rPr>
        <w:t>【会话处理】</w:t>
      </w:r>
    </w:p>
    <w:p>
      <w:pPr>
        <w:pStyle w:val="ListBullet"/>
      </w:pPr>
      <w:r>
        <w:rPr>
          <w:rFonts w:ascii="宋体" w:hAnsi="宋体" w:eastAsia="宋体"/>
          <w:sz w:val="22"/>
        </w:rPr>
        <w:t>教师示范 + 学生跟读</w:t>
      </w:r>
    </w:p>
    <w:p>
      <w:pPr>
        <w:pStyle w:val="ListBullet"/>
      </w:pPr>
      <w:r>
        <w:rPr>
          <w:rFonts w:ascii="宋体" w:hAnsi="宋体" w:eastAsia="宋体"/>
          <w:sz w:val="22"/>
        </w:rPr>
        <w:t>两人一组对话练习</w:t>
      </w:r>
    </w:p>
    <w:p>
      <w:pPr>
        <w:pStyle w:val="ListBullet"/>
      </w:pPr>
      <w:r>
        <w:rPr>
          <w:rFonts w:ascii="宋体" w:hAnsi="宋体" w:eastAsia="宋体"/>
          <w:sz w:val="22"/>
        </w:rPr>
        <w:t>替换练习：用本课词汇替换关键词造句</w:t>
      </w:r>
    </w:p>
    <w:p/>
    <w:p>
      <w:r>
        <w:rPr>
          <w:rFonts w:ascii="宋体" w:hAnsi="宋体" w:eastAsia="宋体"/>
          <w:b/>
          <w:sz w:val="22"/>
        </w:rPr>
        <w:t>第7课时：综合复习与检测</w:t>
      </w:r>
    </w:p>
    <w:p>
      <w:r>
        <w:rPr>
          <w:rFonts w:ascii="宋体" w:hAnsi="宋体" w:eastAsia="宋体"/>
          <w:b/>
          <w:sz w:val="22"/>
        </w:rPr>
        <w:t>【复习环节】（25分钟）</w:t>
      </w:r>
    </w:p>
    <w:p>
      <w:pPr>
        <w:pStyle w:val="ListBullet"/>
      </w:pPr>
      <w:r>
        <w:rPr>
          <w:rFonts w:ascii="宋体" w:hAnsi="宋体" w:eastAsia="宋体"/>
          <w:sz w:val="22"/>
        </w:rPr>
        <w:t>快速回顾五组尾辅音拼读</w:t>
      </w:r>
    </w:p>
    <w:p>
      <w:pPr>
        <w:pStyle w:val="ListBullet"/>
      </w:pPr>
      <w:r>
        <w:rPr>
          <w:rFonts w:ascii="宋体" w:hAnsi="宋体" w:eastAsia="宋体"/>
          <w:sz w:val="22"/>
        </w:rPr>
        <w:t>声调规则口答</w:t>
      </w:r>
    </w:p>
    <w:p>
      <w:pPr>
        <w:pStyle w:val="ListBullet"/>
      </w:pPr>
      <w:r>
        <w:rPr>
          <w:rFonts w:ascii="宋体" w:hAnsi="宋体" w:eastAsia="宋体"/>
          <w:sz w:val="22"/>
        </w:rPr>
        <w:t>单词听写（10–15个）</w:t>
      </w:r>
    </w:p>
    <w:p>
      <w:r>
        <w:rPr>
          <w:rFonts w:ascii="宋体" w:hAnsi="宋体" w:eastAsia="宋体"/>
          <w:b/>
          <w:sz w:val="22"/>
        </w:rPr>
        <w:t>【检测环节】（20分钟）</w:t>
      </w:r>
    </w:p>
    <w:p>
      <w:pPr>
        <w:pStyle w:val="ListBullet"/>
      </w:pPr>
      <w:r>
        <w:rPr>
          <w:rFonts w:ascii="宋体" w:hAnsi="宋体" w:eastAsia="宋体"/>
          <w:sz w:val="22"/>
        </w:rPr>
        <w:t>听写：教师读，学生写（泰文 + 中文含义）</w:t>
      </w:r>
    </w:p>
    <w:p>
      <w:pPr>
        <w:pStyle w:val="ListBullet"/>
      </w:pPr>
      <w:r>
        <w:rPr>
          <w:rFonts w:ascii="宋体" w:hAnsi="宋体" w:eastAsia="宋体"/>
          <w:sz w:val="22"/>
        </w:rPr>
        <w:t>朗读检测：每人随机抽3–5个词朗读</w:t>
      </w:r>
    </w:p>
    <w:p>
      <w:pPr>
        <w:pStyle w:val="ListBullet"/>
      </w:pPr>
      <w:r>
        <w:rPr>
          <w:rFonts w:ascii="宋体" w:hAnsi="宋体" w:eastAsia="宋体"/>
          <w:sz w:val="22"/>
        </w:rPr>
        <w:t>短句翻译：中→泰</w:t>
      </w:r>
    </w:p>
    <w:p/>
    <w:p>
      <w:pPr>
        <w:pStyle w:val="Heading2"/>
      </w:pPr>
      <w:r>
        <w:rPr>
          <w:rFonts w:ascii="黑体" w:hAnsi="黑体" w:eastAsia="黑体"/>
        </w:rPr>
        <w:t>七、课后练习与巩固</w:t>
      </w:r>
    </w:p>
    <w:p>
      <w:r>
        <w:rPr>
          <w:rFonts w:ascii="宋体" w:hAnsi="宋体" w:eastAsia="宋体"/>
          <w:b/>
          <w:sz w:val="22"/>
        </w:rPr>
        <w:t>7.1 教材练习（p97+）</w:t>
      </w:r>
    </w:p>
    <w:p>
      <w:pPr>
        <w:pStyle w:val="ListBullet"/>
      </w:pPr>
      <w:r>
        <w:rPr>
          <w:rFonts w:ascii="宋体" w:hAnsi="宋体" w:eastAsia="宋体"/>
          <w:sz w:val="22"/>
        </w:rPr>
        <w:t>单音节拼读练习</w:t>
      </w:r>
    </w:p>
    <w:p>
      <w:pPr>
        <w:pStyle w:val="ListBullet"/>
      </w:pPr>
      <w:r>
        <w:rPr>
          <w:rFonts w:ascii="宋体" w:hAnsi="宋体" w:eastAsia="宋体"/>
          <w:sz w:val="22"/>
        </w:rPr>
        <w:t>แม่กง / แม่กน / แม่กม 尾辅音朗读练习</w:t>
      </w:r>
    </w:p>
    <w:p>
      <w:pPr>
        <w:pStyle w:val="ListBullet"/>
      </w:pPr>
      <w:r>
        <w:rPr>
          <w:rFonts w:ascii="宋体" w:hAnsi="宋体" w:eastAsia="宋体"/>
          <w:sz w:val="22"/>
        </w:rPr>
        <w:t>-ง / -น 尾音区分练习</w:t>
      </w:r>
    </w:p>
    <w:p>
      <w:pPr>
        <w:pStyle w:val="ListBullet"/>
      </w:pPr>
      <w:r>
        <w:rPr>
          <w:rFonts w:ascii="宋体" w:hAnsi="宋体" w:eastAsia="宋体"/>
          <w:sz w:val="22"/>
        </w:rPr>
        <w:t>区分相近音节（最小对比对）</w:t>
      </w:r>
    </w:p>
    <w:p>
      <w:pPr>
        <w:pStyle w:val="ListBullet"/>
      </w:pPr>
      <w:r>
        <w:rPr>
          <w:rFonts w:ascii="宋体" w:hAnsi="宋体" w:eastAsia="宋体"/>
          <w:sz w:val="22"/>
        </w:rPr>
        <w:t>长、短音区分练习</w:t>
      </w:r>
    </w:p>
    <w:p>
      <w:r>
        <w:rPr>
          <w:rFonts w:ascii="宋体" w:hAnsi="宋体" w:eastAsia="宋体"/>
          <w:b/>
          <w:sz w:val="22"/>
        </w:rPr>
        <w:t>7.2 推荐补充练习</w:t>
      </w:r>
    </w:p>
    <w:p>
      <w:pPr>
        <w:pStyle w:val="ListBullet"/>
      </w:pPr>
      <w:r>
        <w:rPr>
          <w:rFonts w:ascii="宋体" w:hAnsi="宋体" w:eastAsia="宋体"/>
          <w:sz w:val="22"/>
        </w:rPr>
        <w:t>每天朗读拼读表 10 分钟</w:t>
      </w:r>
    </w:p>
    <w:p>
      <w:pPr>
        <w:pStyle w:val="ListBullet"/>
      </w:pPr>
      <w:r>
        <w:rPr>
          <w:rFonts w:ascii="宋体" w:hAnsi="宋体" w:eastAsia="宋体"/>
          <w:sz w:val="22"/>
        </w:rPr>
        <w:t>制作五色卡片（五组尾辅音各一色），随机抽读</w:t>
      </w:r>
    </w:p>
    <w:p>
      <w:pPr>
        <w:pStyle w:val="ListBullet"/>
      </w:pPr>
      <w:r>
        <w:rPr>
          <w:rFonts w:ascii="宋体" w:hAnsi="宋体" w:eastAsia="宋体"/>
          <w:sz w:val="22"/>
        </w:rPr>
        <w:t>用本课词汇自行造句 5 句</w:t>
      </w:r>
    </w:p>
    <w:p>
      <w:pPr>
        <w:pStyle w:val="ListBullet"/>
      </w:pPr>
      <w:r>
        <w:rPr>
          <w:rFonts w:ascii="宋体" w:hAnsi="宋体" w:eastAsia="宋体"/>
          <w:sz w:val="22"/>
        </w:rPr>
        <w:t>听 B站/YouTube 配套录音跟读模仿</w:t>
      </w:r>
    </w:p>
    <w:p/>
    <w:p>
      <w:pPr>
        <w:pStyle w:val="Heading2"/>
      </w:pPr>
      <w:r>
        <w:rPr>
          <w:rFonts w:ascii="黑体" w:hAnsi="黑体" w:eastAsia="黑体"/>
        </w:rPr>
        <w:t>八、教学资源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资源</w:t>
            </w:r>
          </w:p>
        </w:tc>
        <w:tc>
          <w:tcPr>
            <w:tcW w:type="dxa" w:w="4320"/>
            <w:shd w:fill="D9E2F3" w:val="clear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主教材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廖宇夫《基础泰语1》（世界图书出版公司）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配套音频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教材配套 MP3 / 利力泰学院长 B站讲解系列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辅助视频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泰语学习联盟"牙牙老师《基础泰语1》"B站系列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线上练习</w:t>
            </w:r>
          </w:p>
        </w:tc>
        <w:tc>
          <w:tcPr>
            <w:tcW w:type="dxa" w:w="4320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Quizlet 闪卡 / 自制 Anki 词库 / 微信群打卡</w:t>
            </w:r>
          </w:p>
        </w:tc>
      </w:tr>
    </w:tbl>
    <w:p/>
    <w:p>
      <w:pPr>
        <w:pStyle w:val="Heading2"/>
      </w:pPr>
      <w:r>
        <w:rPr>
          <w:rFonts w:ascii="黑体" w:hAnsi="黑体" w:eastAsia="黑体"/>
        </w:rPr>
        <w:t>九、教学提示</w:t>
      </w:r>
    </w:p>
    <w:p>
      <w:pPr>
        <w:pStyle w:val="ListBullet"/>
      </w:pPr>
      <w:r>
        <w:rPr>
          <w:rFonts w:ascii="宋体" w:hAnsi="宋体" w:eastAsia="宋体"/>
          <w:sz w:val="22"/>
        </w:rPr>
        <w:t>清尾辅音是泰语语音从"开音节"迈向"闭音节"的关键跳板。这一课学扎实了，第十课浊尾辅音就会好过很多。</w:t>
      </w:r>
    </w:p>
    <w:p>
      <w:pPr>
        <w:pStyle w:val="ListBullet"/>
      </w:pPr>
      <w:r>
        <w:rPr>
          <w:rFonts w:ascii="宋体" w:hAnsi="宋体" w:eastAsia="宋体"/>
          <w:sz w:val="22"/>
        </w:rPr>
        <w:t>建议在这一课多花时间做听辨训练（尤其是 -ŋ / -n / -m 三组鼻韵尾），宁可慢，不要赶。</w:t>
      </w:r>
    </w:p>
    <w:p>
      <w:pPr>
        <w:pStyle w:val="ListBullet"/>
      </w:pPr>
      <w:r>
        <w:rPr>
          <w:rFonts w:ascii="宋体" w:hAnsi="宋体" w:eastAsia="宋体"/>
          <w:sz w:val="22"/>
        </w:rPr>
        <w:t>声调规则建议用"公式化"方式记忆，辅以大量例词朗读，形成肌肉记忆。</w:t>
      </w:r>
    </w:p>
    <w:p>
      <w:pPr>
        <w:pStyle w:val="ListBullet"/>
      </w:pPr>
      <w:r>
        <w:rPr>
          <w:rFonts w:ascii="宋体" w:hAnsi="宋体" w:eastAsia="宋体"/>
          <w:sz w:val="22"/>
        </w:rPr>
        <w:t>课后要求学生每天至少朗读 10 分钟拼读表，语音学习没有捷径，靠的就是反复。</w:t>
      </w:r>
    </w:p>
    <w:p>
      <w:pPr>
        <w:pStyle w:val="ListBullet"/>
      </w:pPr>
      <w:r>
        <w:rPr>
          <w:rFonts w:ascii="宋体" w:hAnsi="宋体" w:eastAsia="宋体"/>
          <w:sz w:val="22"/>
        </w:rPr>
        <w:t>注意纠正学生用汉语拼音类比泰语发音的习惯，-m 韵尾在普通话中已消失，学生容易遗漏。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