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 w:eastAsia="宋体"/>
          <w:b/>
          <w:sz w:val="32"/>
        </w:rPr>
        <w:t>基础泰语1 进阶测试</w:t>
      </w:r>
    </w:p>
    <w:p>
      <w:pPr>
        <w:jc w:val="center"/>
      </w:pPr>
      <w:r>
        <w:rPr>
          <w:rFonts w:ascii="Calibri" w:hAnsi="Calibri" w:eastAsia="宋体"/>
          <w:b w:val="0"/>
          <w:sz w:val="22"/>
        </w:rPr>
        <w:t>姓名：____________　班级：____________　得分：____________　（满分100分）</w:t>
      </w:r>
    </w:p>
    <w:p>
      <w:pPr>
        <w:spacing w:before="200" w:after="120"/>
      </w:pPr>
      <w:r>
        <w:rPr>
          <w:rFonts w:ascii="Calibri" w:hAnsi="Calibri" w:eastAsia="宋体"/>
          <w:b/>
          <w:sz w:val="26"/>
        </w:rPr>
        <w:t>一、选择题（每题2分，共20分）</w:t>
      </w:r>
    </w:p>
    <w:p>
      <w:r>
        <w:rPr>
          <w:rFonts w:ascii="Calibri" w:hAnsi="Calibri" w:eastAsia="宋体"/>
          <w:b w:val="0"/>
          <w:sz w:val="22"/>
        </w:rPr>
        <w:t>1. 泰语辅音字母共有多少个？（　）</w:t>
        <w:br/>
        <w:t xml:space="preserve">    A. 21　　B. 42　　C. 44　　D. 46</w:t>
      </w:r>
    </w:p>
    <w:p>
      <w:r>
        <w:rPr>
          <w:rFonts w:ascii="Calibri" w:hAnsi="Calibri" w:eastAsia="宋体"/>
          <w:b w:val="0"/>
          <w:sz w:val="22"/>
        </w:rPr>
        <w:t>2. 下列哪个是低辅音？（　）</w:t>
        <w:br/>
        <w:t xml:space="preserve">    A. ก　　B. ด　　C. ค　　D. บ</w:t>
      </w:r>
    </w:p>
    <w:p>
      <w:r>
        <w:rPr>
          <w:rFonts w:ascii="Calibri" w:hAnsi="Calibri" w:eastAsia="宋体"/>
          <w:b w:val="0"/>
          <w:sz w:val="22"/>
        </w:rPr>
        <w:t>3. "พรุ่งนี้"的意思是？（　）</w:t>
        <w:br/>
        <w:t xml:space="preserve">    A. 今天　　B. 明天　　C. 昨天　　D. 现在</w:t>
      </w:r>
    </w:p>
    <w:p>
      <w:r>
        <w:rPr>
          <w:rFonts w:ascii="Calibri" w:hAnsi="Calibri" w:eastAsia="宋体"/>
          <w:b w:val="0"/>
          <w:sz w:val="22"/>
        </w:rPr>
        <w:t>4. "หมอ"的意思是？（　）</w:t>
        <w:br/>
        <w:t xml:space="preserve">    A. 狗　　B. 妈妈　　C. 锅　　D. 医生</w:t>
      </w:r>
    </w:p>
    <w:p>
      <w:r>
        <w:rPr>
          <w:rFonts w:ascii="Calibri" w:hAnsi="Calibri" w:eastAsia="宋体"/>
          <w:b w:val="0"/>
          <w:sz w:val="22"/>
        </w:rPr>
        <w:t>5. "ดื่ม"的意思是？（　）</w:t>
        <w:br/>
        <w:t xml:space="preserve">    A. 吃　　B. 喝　　C. 睡　　D. 去</w:t>
      </w:r>
    </w:p>
    <w:p>
      <w:r>
        <w:rPr>
          <w:rFonts w:ascii="Calibri" w:hAnsi="Calibri" w:eastAsia="宋体"/>
          <w:b w:val="0"/>
          <w:sz w:val="22"/>
        </w:rPr>
        <w:t>6. "ครับ"的使用者是？（　）</w:t>
        <w:br/>
        <w:t xml:space="preserve">    A. 女性　　B. 男性　　C. 男女通用　　D. 只用于否定句</w:t>
      </w:r>
    </w:p>
    <w:p>
      <w:r>
        <w:rPr>
          <w:rFonts w:ascii="Calibri" w:hAnsi="Calibri" w:eastAsia="宋体"/>
          <w:b w:val="0"/>
          <w:sz w:val="22"/>
        </w:rPr>
        <w:t>7. "เท่าไหร่"的意思是？（　）</w:t>
        <w:br/>
        <w:t xml:space="preserve">    A. 哪里　　B. 什么　　C. 多少钱/多少　　D. 什么时候</w:t>
      </w:r>
    </w:p>
    <w:p>
      <w:r>
        <w:rPr>
          <w:rFonts w:ascii="Calibri" w:hAnsi="Calibri" w:eastAsia="宋体"/>
          <w:b w:val="0"/>
          <w:sz w:val="22"/>
        </w:rPr>
        <w:t>8. 泰语单元音共有多少个？（　）</w:t>
        <w:br/>
        <w:t xml:space="preserve">    A. 18　　B. 16　　C. 14　　D. 9</w:t>
      </w:r>
    </w:p>
    <w:p>
      <w:r>
        <w:rPr>
          <w:rFonts w:ascii="Calibri" w:hAnsi="Calibri" w:eastAsia="宋体"/>
          <w:b w:val="0"/>
          <w:sz w:val="22"/>
        </w:rPr>
        <w:t>9. "ไป"（去）的反义词是？（　）</w:t>
        <w:br/>
        <w:t xml:space="preserve">    A. มา　　B. นอน　　C. กิน　　D. ดื่ม</w:t>
      </w:r>
    </w:p>
    <w:p>
      <w:r>
        <w:rPr>
          <w:rFonts w:ascii="Calibri" w:hAnsi="Calibri" w:eastAsia="宋体"/>
          <w:b w:val="0"/>
          <w:sz w:val="22"/>
        </w:rPr>
        <w:t>10. 下列哪组全是中辅音？（　）</w:t>
        <w:br/>
        <w:t xml:space="preserve">    A. ก ด บ　　B. ข ฉ ส　　C. ค ง ช　　D. ผ ฝ ห</w:t>
      </w:r>
    </w:p>
    <w:p>
      <w:pPr>
        <w:spacing w:before="200" w:after="120"/>
      </w:pPr>
      <w:r>
        <w:rPr>
          <w:rFonts w:ascii="Calibri" w:hAnsi="Calibri" w:eastAsia="宋体"/>
          <w:b/>
          <w:sz w:val="26"/>
        </w:rPr>
        <w:t>二、判断题（每题2分，共10分，对的打√，错的打×）</w:t>
      </w:r>
    </w:p>
    <w:p>
      <w:r>
        <w:rPr>
          <w:rFonts w:ascii="Calibri" w:hAnsi="Calibri" w:eastAsia="宋体"/>
          <w:b w:val="0"/>
          <w:sz w:val="22"/>
        </w:rPr>
        <w:t>1. "ข"是高辅音。（　）</w:t>
      </w:r>
    </w:p>
    <w:p>
      <w:r>
        <w:rPr>
          <w:rFonts w:ascii="Calibri" w:hAnsi="Calibri" w:eastAsia="宋体"/>
          <w:b w:val="0"/>
          <w:sz w:val="22"/>
        </w:rPr>
        <w:t>2. 泰语元音可以写在辅音的前、后、上、下四个位置。（　）</w:t>
      </w:r>
    </w:p>
    <w:p>
      <w:r>
        <w:rPr>
          <w:rFonts w:ascii="Calibri" w:hAnsi="Calibri" w:eastAsia="宋体"/>
          <w:b w:val="0"/>
          <w:sz w:val="22"/>
        </w:rPr>
        <w:t>3. 泰语声调由声调符号、辅音类别、尾音及元音长短共同决定。（　）</w:t>
      </w:r>
    </w:p>
    <w:p>
      <w:r>
        <w:rPr>
          <w:rFonts w:ascii="Calibri" w:hAnsi="Calibri" w:eastAsia="宋体"/>
          <w:b w:val="0"/>
          <w:sz w:val="22"/>
        </w:rPr>
        <w:t>4. "แม่"是"妈妈"的意思。（　）</w:t>
      </w:r>
    </w:p>
    <w:p>
      <w:r>
        <w:rPr>
          <w:rFonts w:ascii="Calibri" w:hAnsi="Calibri" w:eastAsia="宋体"/>
          <w:b w:val="0"/>
          <w:sz w:val="22"/>
        </w:rPr>
        <w:t>5. "ค่ะ"是男性使用的礼貌尾词。（　）</w:t>
      </w:r>
    </w:p>
    <w:p>
      <w:pPr>
        <w:spacing w:before="200" w:after="120"/>
      </w:pPr>
      <w:r>
        <w:rPr>
          <w:rFonts w:ascii="Calibri" w:hAnsi="Calibri" w:eastAsia="宋体"/>
          <w:b/>
          <w:sz w:val="26"/>
        </w:rPr>
        <w:t>三、填空题（每空2分，共20分）</w:t>
      </w:r>
    </w:p>
    <w:p>
      <w:r>
        <w:rPr>
          <w:rFonts w:ascii="Calibri" w:hAnsi="Calibri" w:eastAsia="宋体"/>
          <w:b w:val="0"/>
          <w:sz w:val="22"/>
        </w:rPr>
        <w:t>1. "我"（男性）的泰语是：____________</w:t>
      </w:r>
    </w:p>
    <w:p>
      <w:r>
        <w:rPr>
          <w:rFonts w:ascii="Calibri" w:hAnsi="Calibri" w:eastAsia="宋体"/>
          <w:b w:val="0"/>
          <w:sz w:val="22"/>
        </w:rPr>
        <w:t>2. "医生"的泰语是：____________</w:t>
      </w:r>
    </w:p>
    <w:p>
      <w:r>
        <w:rPr>
          <w:rFonts w:ascii="Calibri" w:hAnsi="Calibri" w:eastAsia="宋体"/>
          <w:b w:val="0"/>
          <w:sz w:val="22"/>
        </w:rPr>
        <w:t>3. 数字"10"的泰语是：____________</w:t>
      </w:r>
    </w:p>
    <w:p>
      <w:r>
        <w:rPr>
          <w:rFonts w:ascii="Calibri" w:hAnsi="Calibri" w:eastAsia="宋体"/>
          <w:b w:val="0"/>
          <w:sz w:val="22"/>
        </w:rPr>
        <w:t>4. "去"的泰语是：____________</w:t>
      </w:r>
    </w:p>
    <w:p>
      <w:r>
        <w:rPr>
          <w:rFonts w:ascii="Calibri" w:hAnsi="Calibri" w:eastAsia="宋体"/>
          <w:b w:val="0"/>
          <w:sz w:val="22"/>
        </w:rPr>
        <w:t>5. "名字"的泰语是：____________</w:t>
      </w:r>
    </w:p>
    <w:p>
      <w:r>
        <w:rPr>
          <w:rFonts w:ascii="Calibri" w:hAnsi="Calibri" w:eastAsia="宋体"/>
          <w:b w:val="0"/>
          <w:sz w:val="22"/>
        </w:rPr>
        <w:t>6. "什么"的泰语是：____________</w:t>
      </w:r>
    </w:p>
    <w:p>
      <w:r>
        <w:rPr>
          <w:rFonts w:ascii="Calibri" w:hAnsi="Calibri" w:eastAsia="宋体"/>
          <w:b w:val="0"/>
          <w:sz w:val="22"/>
        </w:rPr>
        <w:t>7. 女性礼貌尾词是：____________</w:t>
      </w:r>
    </w:p>
    <w:p>
      <w:r>
        <w:rPr>
          <w:rFonts w:ascii="Calibri" w:hAnsi="Calibri" w:eastAsia="宋体"/>
          <w:b w:val="0"/>
          <w:sz w:val="22"/>
        </w:rPr>
        <w:t>8. 数字"1"的泰语是：____________</w:t>
      </w:r>
    </w:p>
    <w:p>
      <w:r>
        <w:rPr>
          <w:rFonts w:ascii="Calibri" w:hAnsi="Calibri" w:eastAsia="宋体"/>
          <w:b w:val="0"/>
          <w:sz w:val="22"/>
        </w:rPr>
        <w:t>9. "想/要"的泰语是：____________</w:t>
      </w:r>
    </w:p>
    <w:p>
      <w:r>
        <w:rPr>
          <w:rFonts w:ascii="Calibri" w:hAnsi="Calibri" w:eastAsia="宋体"/>
          <w:b w:val="0"/>
          <w:sz w:val="22"/>
        </w:rPr>
        <w:t>10. "家"的泰语是：____________</w:t>
      </w:r>
    </w:p>
    <w:p>
      <w:pPr>
        <w:spacing w:before="200" w:after="120"/>
      </w:pPr>
      <w:r>
        <w:rPr>
          <w:rFonts w:ascii="Calibri" w:hAnsi="Calibri" w:eastAsia="宋体"/>
          <w:b/>
          <w:sz w:val="26"/>
        </w:rPr>
        <w:t>四、声调判断（每题3分，共15分）</w:t>
      </w:r>
    </w:p>
    <w:p>
      <w:r>
        <w:rPr>
          <w:rFonts w:ascii="Calibri" w:hAnsi="Calibri" w:eastAsia="宋体"/>
          <w:b w:val="0"/>
          <w:sz w:val="22"/>
        </w:rPr>
        <w:t>判断下列词语的声调（中平／低平／降／高／升）：</w:t>
      </w:r>
    </w:p>
    <w:p>
      <w:r>
        <w:rPr>
          <w:rFonts w:ascii="Calibri" w:hAnsi="Calibri" w:eastAsia="宋体"/>
          <w:b w:val="0"/>
          <w:sz w:val="22"/>
        </w:rPr>
        <w:t>1. กบ（青蛙）→ ____________</w:t>
      </w:r>
    </w:p>
    <w:p>
      <w:r>
        <w:rPr>
          <w:rFonts w:ascii="Calibri" w:hAnsi="Calibri" w:eastAsia="宋体"/>
          <w:b w:val="0"/>
          <w:sz w:val="22"/>
        </w:rPr>
        <w:t>2. ข่า（姜）→ ____________</w:t>
      </w:r>
    </w:p>
    <w:p>
      <w:r>
        <w:rPr>
          <w:rFonts w:ascii="Calibri" w:hAnsi="Calibri" w:eastAsia="宋体"/>
          <w:b w:val="0"/>
          <w:sz w:val="22"/>
        </w:rPr>
        <w:t>3. ข้าง（旁边／大象）→ ____________</w:t>
      </w:r>
    </w:p>
    <w:p>
      <w:r>
        <w:rPr>
          <w:rFonts w:ascii="Calibri" w:hAnsi="Calibri" w:eastAsia="宋体"/>
          <w:b w:val="0"/>
          <w:sz w:val="22"/>
        </w:rPr>
        <w:t>4. ค้า（贸易）→ ____________</w:t>
      </w:r>
    </w:p>
    <w:p>
      <w:r>
        <w:rPr>
          <w:rFonts w:ascii="Calibri" w:hAnsi="Calibri" w:eastAsia="宋体"/>
          <w:b w:val="0"/>
          <w:sz w:val="22"/>
        </w:rPr>
        <w:t>5. หมา（狗）→ ____________</w:t>
      </w:r>
    </w:p>
    <w:p>
      <w:pPr>
        <w:spacing w:before="200" w:after="120"/>
      </w:pPr>
      <w:r>
        <w:rPr>
          <w:rFonts w:ascii="Calibri" w:hAnsi="Calibri" w:eastAsia="宋体"/>
          <w:b/>
          <w:sz w:val="26"/>
        </w:rPr>
        <w:t>五、句子翻译（每题5分，共20分）</w:t>
      </w:r>
    </w:p>
    <w:p>
      <w:r>
        <w:rPr>
          <w:rFonts w:ascii="Calibri" w:hAnsi="Calibri" w:eastAsia="宋体"/>
          <w:b w:val="0"/>
          <w:sz w:val="22"/>
        </w:rPr>
        <w:t>1. 中译泰：你去哪里？</w:t>
      </w:r>
    </w:p>
    <w:p>
      <w:r>
        <w:rPr>
          <w:rFonts w:ascii="Calibri" w:hAnsi="Calibri" w:eastAsia="宋体"/>
          <w:b w:val="0"/>
          <w:sz w:val="22"/>
        </w:rPr>
        <w:t xml:space="preserve">    ____________________________________</w:t>
      </w:r>
    </w:p>
    <w:p>
      <w:r>
        <w:rPr>
          <w:rFonts w:ascii="Calibri" w:hAnsi="Calibri" w:eastAsia="宋体"/>
          <w:b w:val="0"/>
          <w:sz w:val="22"/>
        </w:rPr>
        <w:t>2. 中译泰：我叫小明。</w:t>
      </w:r>
    </w:p>
    <w:p>
      <w:r>
        <w:rPr>
          <w:rFonts w:ascii="Calibri" w:hAnsi="Calibri" w:eastAsia="宋体"/>
          <w:b w:val="0"/>
          <w:sz w:val="22"/>
        </w:rPr>
        <w:t xml:space="preserve">    ____________________________________</w:t>
      </w:r>
    </w:p>
    <w:p>
      <w:r>
        <w:rPr>
          <w:rFonts w:ascii="Calibri" w:hAnsi="Calibri" w:eastAsia="宋体"/>
          <w:b w:val="0"/>
          <w:sz w:val="22"/>
        </w:rPr>
        <w:t>3. 泰译中：พรุ่งนี้ฉันไปโรงเรียน</w:t>
      </w:r>
    </w:p>
    <w:p>
      <w:r>
        <w:rPr>
          <w:rFonts w:ascii="Calibri" w:hAnsi="Calibri" w:eastAsia="宋体"/>
          <w:b w:val="0"/>
          <w:sz w:val="22"/>
        </w:rPr>
        <w:t xml:space="preserve">    ____________________________________</w:t>
      </w:r>
    </w:p>
    <w:p>
      <w:r>
        <w:rPr>
          <w:rFonts w:ascii="Calibri" w:hAnsi="Calibri" w:eastAsia="宋体"/>
          <w:b w:val="0"/>
          <w:sz w:val="22"/>
        </w:rPr>
        <w:t>4. 泰译中：เขาเป็นหมอ</w:t>
      </w:r>
    </w:p>
    <w:p>
      <w:r>
        <w:rPr>
          <w:rFonts w:ascii="Calibri" w:hAnsi="Calibri" w:eastAsia="宋体"/>
          <w:b w:val="0"/>
          <w:sz w:val="22"/>
        </w:rPr>
        <w:t xml:space="preserve">    ____________________________________</w:t>
      </w:r>
    </w:p>
    <w:p>
      <w:pPr>
        <w:spacing w:before="200" w:after="120"/>
      </w:pPr>
      <w:r>
        <w:rPr>
          <w:rFonts w:ascii="Calibri" w:hAnsi="Calibri" w:eastAsia="宋体"/>
          <w:b/>
          <w:sz w:val="26"/>
        </w:rPr>
        <w:t>六、综合题（共15分）</w:t>
      </w:r>
    </w:p>
    <w:p>
      <w:r>
        <w:rPr>
          <w:rFonts w:ascii="Calibri" w:hAnsi="Calibri" w:eastAsia="宋体"/>
          <w:b w:val="0"/>
          <w:sz w:val="22"/>
        </w:rPr>
        <w:t>1. 写出泰语数字1–10。（5分）</w:t>
      </w:r>
    </w:p>
    <w:p>
      <w:r>
        <w:rPr>
          <w:rFonts w:ascii="Calibri" w:hAnsi="Calibri" w:eastAsia="宋体"/>
          <w:b w:val="0"/>
          <w:sz w:val="22"/>
        </w:rPr>
        <w:t xml:space="preserve">    ____________________________________</w:t>
      </w:r>
    </w:p>
    <w:p>
      <w:r>
        <w:rPr>
          <w:rFonts w:ascii="Calibri" w:hAnsi="Calibri" w:eastAsia="宋体"/>
          <w:b w:val="0"/>
          <w:sz w:val="22"/>
        </w:rPr>
        <w:t>2. 写出泰语4个声调符号及名称。（5分）</w:t>
      </w:r>
    </w:p>
    <w:p>
      <w:r>
        <w:rPr>
          <w:rFonts w:ascii="Calibri" w:hAnsi="Calibri" w:eastAsia="宋体"/>
          <w:b w:val="0"/>
          <w:sz w:val="22"/>
        </w:rPr>
        <w:t xml:space="preserve">    ____________________________________</w:t>
      </w:r>
    </w:p>
    <w:p>
      <w:r>
        <w:rPr>
          <w:rFonts w:ascii="Calibri" w:hAnsi="Calibri" w:eastAsia="宋体"/>
          <w:b w:val="0"/>
          <w:sz w:val="22"/>
        </w:rPr>
        <w:t>3. 中译泰：我来自中国。（5分）</w:t>
      </w:r>
    </w:p>
    <w:p>
      <w:r>
        <w:rPr>
          <w:rFonts w:ascii="Calibri" w:hAnsi="Calibri" w:eastAsia="宋体"/>
          <w:b w:val="0"/>
          <w:sz w:val="22"/>
        </w:rPr>
        <w:t xml:space="preserve">    ____________________________________</w:t>
      </w:r>
    </w:p>
    <w:p>
      <w:r>
        <w:br w:type="page"/>
      </w:r>
    </w:p>
    <w:p>
      <w:pPr>
        <w:jc w:val="center"/>
      </w:pPr>
      <w:r>
        <w:rPr>
          <w:rFonts w:ascii="Calibri" w:hAnsi="Calibri" w:eastAsia="宋体"/>
          <w:b/>
          <w:sz w:val="32"/>
        </w:rPr>
        <w:t>参考答案（教师用）</w:t>
      </w:r>
    </w:p>
    <w:p>
      <w:pPr>
        <w:spacing w:before="200" w:after="120"/>
      </w:pPr>
      <w:r>
        <w:rPr>
          <w:rFonts w:ascii="Calibri" w:hAnsi="Calibri" w:eastAsia="宋体"/>
          <w:b/>
          <w:sz w:val="26"/>
        </w:rPr>
        <w:t>一、选择题</w:t>
      </w:r>
    </w:p>
    <w:p>
      <w:r>
        <w:rPr>
          <w:rFonts w:ascii="Calibri" w:hAnsi="Calibri" w:eastAsia="宋体"/>
          <w:b w:val="0"/>
          <w:sz w:val="22"/>
        </w:rPr>
        <w:t>1-C　2-C　3-B　4-D　5-B　6-B　7-C　8-A　9-A　10-A</w:t>
      </w:r>
    </w:p>
    <w:p>
      <w:pPr>
        <w:spacing w:before="200" w:after="120"/>
      </w:pPr>
      <w:r>
        <w:rPr>
          <w:rFonts w:ascii="Calibri" w:hAnsi="Calibri" w:eastAsia="宋体"/>
          <w:b/>
          <w:sz w:val="26"/>
        </w:rPr>
        <w:t>二、判断题</w:t>
      </w:r>
    </w:p>
    <w:p>
      <w:r>
        <w:rPr>
          <w:rFonts w:ascii="Calibri" w:hAnsi="Calibri" w:eastAsia="宋体"/>
          <w:b w:val="0"/>
          <w:sz w:val="22"/>
        </w:rPr>
        <w:t>1-√　2-√　3-√　4-√　5-×（"ค่ะ"是女性使用）</w:t>
      </w:r>
    </w:p>
    <w:p>
      <w:pPr>
        <w:spacing w:before="200" w:after="120"/>
      </w:pPr>
      <w:r>
        <w:rPr>
          <w:rFonts w:ascii="Calibri" w:hAnsi="Calibri" w:eastAsia="宋体"/>
          <w:b/>
          <w:sz w:val="26"/>
        </w:rPr>
        <w:t>三、填空题</w:t>
      </w:r>
    </w:p>
    <w:p>
      <w:r>
        <w:rPr>
          <w:rFonts w:ascii="Calibri" w:hAnsi="Calibri" w:eastAsia="宋体"/>
          <w:b w:val="0"/>
          <w:sz w:val="22"/>
        </w:rPr>
        <w:t>1-ผม　2-หมอ　3-สิบ　4-ไป　5-ชื่อ　6-อะไร　7-ค่ะ　8-หนึ่ง　9-อยาก　10-บ้าน</w:t>
      </w:r>
    </w:p>
    <w:p>
      <w:pPr>
        <w:spacing w:before="200" w:after="120"/>
      </w:pPr>
      <w:r>
        <w:rPr>
          <w:rFonts w:ascii="Calibri" w:hAnsi="Calibri" w:eastAsia="宋体"/>
          <w:b/>
          <w:sz w:val="26"/>
        </w:rPr>
        <w:t>四、声调判断</w:t>
      </w:r>
    </w:p>
    <w:p>
      <w:r>
        <w:rPr>
          <w:rFonts w:ascii="Calibri" w:hAnsi="Calibri" w:eastAsia="宋体"/>
          <w:b w:val="0"/>
          <w:sz w:val="22"/>
        </w:rPr>
        <w:t>1-中平调（เสียงสามัญ）　2-低平调（เสียงเอก）　3-降调（เสียงโท）　4-高声调（เสียงตรี）　5-升调（เสียงจัตวา）</w:t>
      </w:r>
    </w:p>
    <w:p>
      <w:pPr>
        <w:spacing w:before="200" w:after="120"/>
      </w:pPr>
      <w:r>
        <w:rPr>
          <w:rFonts w:ascii="Calibri" w:hAnsi="Calibri" w:eastAsia="宋体"/>
          <w:b/>
          <w:sz w:val="26"/>
        </w:rPr>
        <w:t>五、句子翻译</w:t>
      </w:r>
    </w:p>
    <w:p>
      <w:r>
        <w:rPr>
          <w:rFonts w:ascii="Calibri" w:hAnsi="Calibri" w:eastAsia="宋体"/>
          <w:b w:val="0"/>
          <w:sz w:val="22"/>
        </w:rPr>
        <w:t>1-คุณไปไหน　2-ผมชื่อเสี่ยวหมิง　3-明天我去学校　4-他是医生</w:t>
      </w:r>
    </w:p>
    <w:p>
      <w:pPr>
        <w:spacing w:before="200" w:after="120"/>
      </w:pPr>
      <w:r>
        <w:rPr>
          <w:rFonts w:ascii="Calibri" w:hAnsi="Calibri" w:eastAsia="宋体"/>
          <w:b/>
          <w:sz w:val="26"/>
        </w:rPr>
        <w:t>六、综合题</w:t>
      </w:r>
    </w:p>
    <w:p>
      <w:r>
        <w:rPr>
          <w:rFonts w:ascii="Calibri" w:hAnsi="Calibri" w:eastAsia="宋体"/>
          <w:b w:val="0"/>
          <w:sz w:val="22"/>
        </w:rPr>
        <w:t>1-หนึ่ง สอง สาม สี่ ห้า หก เจ็ด แปด เก้า สิบ</w:t>
      </w:r>
    </w:p>
    <w:p>
      <w:r>
        <w:rPr>
          <w:rFonts w:ascii="Calibri" w:hAnsi="Calibri" w:eastAsia="宋体"/>
          <w:b w:val="0"/>
          <w:sz w:val="22"/>
        </w:rPr>
        <w:t>2-ไม้เอก（่）、ไม้โท（้）、ไม้ตรี（๊）、ไม้จัตวา（๋）</w:t>
      </w:r>
    </w:p>
    <w:p>
      <w:r>
        <w:rPr>
          <w:rFonts w:ascii="Calibri" w:hAnsi="Calibri" w:eastAsia="宋体"/>
          <w:b w:val="0"/>
          <w:sz w:val="22"/>
        </w:rPr>
        <w:t>3-ผม/ฉัน มาจากประเทศจีน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