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宋体" w:hAnsi="宋体" w:eastAsia="宋体"/>
          <w:b/>
          <w:sz w:val="32"/>
        </w:rPr>
        <w:t>基础泰语1 小测</w:t>
      </w:r>
    </w:p>
    <w:p>
      <w:pPr>
        <w:jc w:val="center"/>
      </w:pPr>
      <w:r>
        <w:rPr>
          <w:sz w:val="22"/>
        </w:rPr>
        <w:t>姓名：____________　班级：____________　得分：____________　（总分50分）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一、选择题（每题2分，共20分）</w:t>
      </w:r>
    </w:p>
    <w:p>
      <w:r>
        <w:rPr>
          <w:sz w:val="22"/>
        </w:rPr>
        <w:t>1. "你好"用泰语怎么说？（　）</w:t>
        <w:br/>
        <w:t xml:space="preserve">    A. ขอบคุณ　　B. สวัสดี　　C. ลาก่อน　　D. ขอโทษ</w:t>
      </w:r>
    </w:p>
    <w:p>
      <w:r>
        <w:rPr>
          <w:sz w:val="22"/>
        </w:rPr>
        <w:t>2. "谢谢"的泰语是（　）</w:t>
        <w:br/>
        <w:t xml:space="preserve">    A. สวัสดี　　B. ขอโทษ　　C. ขอบคุณ　　D. ไม่เป็นไร</w:t>
      </w:r>
    </w:p>
    <w:p>
      <w:r>
        <w:rPr>
          <w:sz w:val="22"/>
        </w:rPr>
        <w:t>3. 泰语共有几个声调？（　）</w:t>
        <w:br/>
        <w:t xml:space="preserve">    A. 3　　B. 4　　C. 5　　D. 6</w:t>
      </w:r>
    </w:p>
    <w:p>
      <w:r>
        <w:rPr>
          <w:sz w:val="22"/>
        </w:rPr>
        <w:t>4. "ฉัน"的意思是（　）</w:t>
        <w:br/>
        <w:t xml:space="preserve">    A. 你　　B. 我　　C. 他　　D. 她</w:t>
      </w:r>
    </w:p>
    <w:p>
      <w:r>
        <w:rPr>
          <w:sz w:val="22"/>
        </w:rPr>
        <w:t>5. "คุณ"的意思是（　）</w:t>
        <w:br/>
        <w:t xml:space="preserve">    A. 我　　B. 他　　C. 你/您　　D. 我们</w:t>
      </w:r>
    </w:p>
    <w:p>
      <w:r>
        <w:rPr>
          <w:sz w:val="22"/>
        </w:rPr>
        <w:t>6. "สอง"表示数字（　）</w:t>
        <w:br/>
        <w:t xml:space="preserve">    A. 1　　B. 2　　C. 3　　D. 4</w:t>
      </w:r>
    </w:p>
    <w:p>
      <w:r>
        <w:rPr>
          <w:sz w:val="22"/>
        </w:rPr>
        <w:t>7. "น้ำ"的意思是（　）</w:t>
        <w:br/>
        <w:t xml:space="preserve">    A. 水　　B. 饭　　C. 茶　　D. 牛奶</w:t>
      </w:r>
    </w:p>
    <w:p>
      <w:r>
        <w:rPr>
          <w:sz w:val="22"/>
        </w:rPr>
        <w:t>8. "กินข้าว"的意思是（　）</w:t>
        <w:br/>
        <w:t xml:space="preserve">    A. 喝水　　B. 吃饭　　C. 睡觉　　D. 走路</w:t>
      </w:r>
    </w:p>
    <w:p>
      <w:r>
        <w:rPr>
          <w:sz w:val="22"/>
        </w:rPr>
        <w:t>9. "อร่อย"的意思是（　）</w:t>
        <w:br/>
        <w:t xml:space="preserve">    A. 好吃　　B. 难吃　　C. 甜　　D. 辣</w:t>
      </w:r>
    </w:p>
    <w:p>
      <w:r>
        <w:rPr>
          <w:sz w:val="22"/>
        </w:rPr>
        <w:t>10. "ใช่"的意思是（　）</w:t>
        <w:br/>
        <w:t xml:space="preserve">    A. 不是　　B. 是/对　　C. 好　　D. 不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二、判断题（每题2分，共10分，对的打√，错的打×）</w:t>
      </w:r>
    </w:p>
    <w:p>
      <w:r>
        <w:rPr>
          <w:sz w:val="22"/>
        </w:rPr>
        <w:t>1. 泰语属于汉藏语系。（　）</w:t>
      </w:r>
    </w:p>
    <w:p>
      <w:r>
        <w:rPr>
          <w:sz w:val="22"/>
        </w:rPr>
        <w:t>2. "ลาก่อน"是"再见"的意思。（　）</w:t>
      </w:r>
    </w:p>
    <w:p>
      <w:r>
        <w:rPr>
          <w:sz w:val="22"/>
        </w:rPr>
        <w:t>3. 泰语有5个声调。（　）</w:t>
      </w:r>
    </w:p>
    <w:p>
      <w:r>
        <w:rPr>
          <w:sz w:val="22"/>
        </w:rPr>
        <w:t>4. "ขอโทษ"是"谢谢"的意思。（　）</w:t>
      </w:r>
    </w:p>
    <w:p>
      <w:r>
        <w:rPr>
          <w:sz w:val="22"/>
        </w:rPr>
        <w:t>5. "ไม่"表示否定，"不是"是"ไม่ใช่"。（　）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三、填空题（每空2分，共10分）</w:t>
      </w:r>
    </w:p>
    <w:p>
      <w:r>
        <w:rPr>
          <w:sz w:val="22"/>
        </w:rPr>
        <w:t>1. 泰语"我"（女性常用）是：____________</w:t>
      </w:r>
    </w:p>
    <w:p>
      <w:r>
        <w:rPr>
          <w:sz w:val="22"/>
        </w:rPr>
        <w:t>2. "谢谢"的泰语是：____________</w:t>
      </w:r>
    </w:p>
    <w:p>
      <w:r>
        <w:rPr>
          <w:sz w:val="22"/>
        </w:rPr>
        <w:t>3. 数字"3"的泰语是：____________</w:t>
      </w:r>
    </w:p>
    <w:p>
      <w:r>
        <w:rPr>
          <w:sz w:val="22"/>
        </w:rPr>
        <w:t>4. "你好"的泰语是：____________</w:t>
      </w:r>
    </w:p>
    <w:p>
      <w:r>
        <w:rPr>
          <w:sz w:val="22"/>
        </w:rPr>
        <w:t>5. "我爱你"的泰语是：____________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四、句子翻译（每题5分，共10分）</w:t>
      </w:r>
    </w:p>
    <w:p>
      <w:r>
        <w:rPr>
          <w:sz w:val="22"/>
        </w:rPr>
        <w:t>1. 中译泰：你叫什么名字？</w:t>
      </w:r>
    </w:p>
    <w:p>
      <w:r>
        <w:rPr>
          <w:sz w:val="22"/>
        </w:rPr>
        <w:t xml:space="preserve">    ____________________________________</w:t>
      </w:r>
    </w:p>
    <w:p>
      <w:r>
        <w:rPr>
          <w:sz w:val="22"/>
        </w:rPr>
        <w:t>2. 泰译中：ฉันรักคุณ</w:t>
      </w:r>
    </w:p>
    <w:p>
      <w:r>
        <w:rPr>
          <w:sz w:val="22"/>
        </w:rPr>
        <w:t xml:space="preserve">    ____________________________________</w:t>
      </w:r>
    </w:p>
    <w:p>
      <w:r>
        <w:br w:type="page"/>
      </w:r>
    </w:p>
    <w:p>
      <w:pPr>
        <w:jc w:val="center"/>
      </w:pPr>
      <w:r>
        <w:rPr>
          <w:rFonts w:ascii="宋体" w:hAnsi="宋体" w:eastAsia="宋体"/>
          <w:b/>
          <w:sz w:val="32"/>
        </w:rPr>
        <w:t>参考答案（教师用）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一、选择题</w:t>
      </w:r>
    </w:p>
    <w:p>
      <w:r>
        <w:rPr>
          <w:sz w:val="22"/>
        </w:rPr>
        <w:t>1-B　2-C　3-C　4-B　5-C　6-B　7-A　8-B　9-A　10-B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二、判断题</w:t>
      </w:r>
    </w:p>
    <w:p>
      <w:r>
        <w:rPr>
          <w:sz w:val="22"/>
        </w:rPr>
        <w:t>1-×（侗台/壮侗语系）　2-√　3-√　4-×（是"对不起"）　5-√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三、填空题</w:t>
      </w:r>
    </w:p>
    <w:p>
      <w:r>
        <w:rPr>
          <w:sz w:val="22"/>
        </w:rPr>
        <w:t>1-ฉัน（或 หนู）　2-ขอบคุณ　3-สาม　4-สวัสดี　5-ฉันรักคุณ</w:t>
      </w:r>
    </w:p>
    <w:p>
      <w:pPr>
        <w:spacing w:before="200" w:after="120"/>
      </w:pPr>
      <w:r>
        <w:rPr>
          <w:rFonts w:ascii="宋体" w:hAnsi="宋体" w:eastAsia="宋体"/>
          <w:b/>
          <w:sz w:val="26"/>
        </w:rPr>
        <w:t>四、翻译</w:t>
      </w:r>
    </w:p>
    <w:p>
      <w:r>
        <w:rPr>
          <w:sz w:val="22"/>
        </w:rPr>
        <w:t>1-คุณชื่ออะไร　2-我爱你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宋体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