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160"/>
      </w:pPr>
      <w:r>
        <w:rPr>
          <w:rFonts w:ascii="Arial" w:hAnsi="Arial" w:eastAsia="微软雅黑" w:cs="Tahoma"/>
          <w:b/>
          <w:color w:val="1F3B73"/>
          <w:sz w:val="40"/>
        </w:rPr>
        <w:t>领导人中泰讲话合集</w:t>
      </w:r>
    </w:p>
    <w:p>
      <w:pPr>
        <w:jc w:val="center"/>
      </w:pPr>
      <w:r>
        <w:rPr>
          <w:rFonts w:ascii="Times New Roman" w:hAnsi="Times New Roman" w:eastAsia="宋体" w:cs="Tahoma"/>
          <w:b w:val="0"/>
          <w:sz w:val="24"/>
        </w:rPr>
        <w:t>（中文全文 + 泰文全文对照）</w:t>
      </w:r>
    </w:p>
    <w:p>
      <w:pPr>
        <w:jc w:val="center"/>
      </w:pPr>
      <w:r>
        <w:rPr>
          <w:rFonts w:ascii="Times New Roman" w:hAnsi="Times New Roman" w:eastAsia="宋体" w:cs="Tahoma"/>
          <w:b w:val="0"/>
          <w:sz w:val="20"/>
        </w:rPr>
        <w:t>整理日期：2026年9月9日</w:t>
      </w:r>
    </w:p>
    <w:p>
      <w:pPr>
        <w:spacing w:before="280" w:after="160"/>
      </w:pPr>
      <w:r>
        <w:rPr>
          <w:rFonts w:ascii="Arial" w:hAnsi="Arial" w:eastAsia="微软雅黑" w:cs="Tahoma"/>
          <w:b/>
          <w:color w:val="1F3B73"/>
          <w:sz w:val="30"/>
        </w:rPr>
        <w:t>一、国家主席习近平发表二〇二六年新年贺词</w:t>
      </w:r>
    </w:p>
    <w:p>
      <w:pPr>
        <w:spacing w:after="120" w:line="312" w:lineRule="auto"/>
        <w:jc w:val="center"/>
      </w:pPr>
      <w:r>
        <w:rPr>
          <w:rFonts w:ascii="Times New Roman" w:hAnsi="Times New Roman" w:eastAsia="宋体" w:cs="Tahoma"/>
          <w:b w:val="0"/>
          <w:sz w:val="24"/>
        </w:rPr>
        <w:t>（2025年12月31日）习近平</w:t>
      </w:r>
    </w:p>
    <w:p>
      <w:pPr>
        <w:spacing w:after="120" w:line="312" w:lineRule="auto"/>
      </w:pPr>
      <w:r>
        <w:rPr>
          <w:rFonts w:ascii="Times New Roman" w:hAnsi="Times New Roman" w:eastAsia="宋体" w:cs="Tahoma"/>
          <w:b w:val="0"/>
          <w:sz w:val="20"/>
        </w:rPr>
        <w:t>说明：中泰全文完整对照（泰文为 CRI 官方完整译文）</w:t>
      </w:r>
    </w:p>
    <w:p>
      <w:pPr>
        <w:spacing w:before="280" w:after="160"/>
      </w:pPr>
      <w:r>
        <w:rPr>
          <w:rFonts w:ascii="Arial" w:hAnsi="Arial" w:eastAsia="微软雅黑" w:cs="Tahoma"/>
          <w:b/>
          <w:color w:val="1F3B73"/>
          <w:sz w:val="28"/>
        </w:rPr>
        <w:t>中文原文</w:t>
      </w:r>
    </w:p>
    <w:p>
      <w:pPr>
        <w:spacing w:after="120" w:line="312" w:lineRule="auto"/>
        <w:ind w:firstLine="480"/>
      </w:pPr>
      <w:r>
        <w:rPr>
          <w:rFonts w:ascii="Times New Roman" w:hAnsi="Times New Roman" w:eastAsia="宋体" w:cs="Tahoma"/>
          <w:b w:val="0"/>
          <w:sz w:val="24"/>
        </w:rPr>
        <w:t>国家主席习近平发表二〇二六年新年贺词</w:t>
      </w:r>
    </w:p>
    <w:p>
      <w:pPr>
        <w:spacing w:after="120" w:line="312" w:lineRule="auto"/>
        <w:ind w:firstLine="480"/>
      </w:pPr>
      <w:r>
        <w:rPr>
          <w:rFonts w:ascii="Times New Roman" w:hAnsi="Times New Roman" w:eastAsia="宋体" w:cs="Tahoma"/>
          <w:b w:val="0"/>
          <w:sz w:val="24"/>
        </w:rPr>
        <w:t>（2025年12月31日）</w:t>
      </w:r>
    </w:p>
    <w:p>
      <w:pPr>
        <w:spacing w:after="120" w:line="312" w:lineRule="auto"/>
        <w:ind w:firstLine="480"/>
      </w:pPr>
      <w:r>
        <w:rPr>
          <w:rFonts w:ascii="Times New Roman" w:hAnsi="Times New Roman" w:eastAsia="宋体" w:cs="Tahoma"/>
          <w:b w:val="0"/>
          <w:sz w:val="24"/>
        </w:rPr>
        <w:t>习近平</w:t>
      </w:r>
    </w:p>
    <w:p>
      <w:pPr>
        <w:spacing w:after="120" w:line="312" w:lineRule="auto"/>
        <w:ind w:firstLine="480"/>
      </w:pPr>
      <w:r>
        <w:rPr>
          <w:rFonts w:ascii="Times New Roman" w:hAnsi="Times New Roman" w:eastAsia="宋体" w:cs="Tahoma"/>
          <w:b w:val="0"/>
          <w:sz w:val="24"/>
        </w:rPr>
        <w:t>新年前夕，国家主席习近平通过中央广播电视总台和互联网，发表了二〇二六年新年贺词。全文如下：</w:t>
      </w:r>
    </w:p>
    <w:p>
      <w:pPr>
        <w:spacing w:after="120" w:line="312" w:lineRule="auto"/>
        <w:ind w:firstLine="480"/>
      </w:pPr>
      <w:r>
        <w:rPr>
          <w:rFonts w:ascii="Times New Roman" w:hAnsi="Times New Roman" w:eastAsia="宋体" w:cs="Tahoma"/>
          <w:b w:val="0"/>
          <w:sz w:val="24"/>
        </w:rPr>
        <w:t>大家好！岁序更替，华章日新。在新年到来之际，我在北京向大家致以美好的祝福！</w:t>
      </w:r>
    </w:p>
    <w:p>
      <w:pPr>
        <w:spacing w:after="120" w:line="312" w:lineRule="auto"/>
        <w:ind w:firstLine="480"/>
      </w:pPr>
      <w:r>
        <w:rPr>
          <w:rFonts w:ascii="Times New Roman" w:hAnsi="Times New Roman" w:eastAsia="宋体" w:cs="Tahoma"/>
          <w:b w:val="0"/>
          <w:sz w:val="24"/>
        </w:rPr>
        <w:t>2025年是“十四五”收官之年。5年来，我们踔厉奋发、勇毅前行，克服重重困难挑战，圆满完成目标任务，在中国式现代化新征程上迈出了稳健步伐。我国经济总量连续跨越新关口，今年预计达到140万亿元，经济实力、科技实力、国防实力、综合国力跃上新台阶，绿水青山成为亮丽底色，人民群众获得感幸福感安全感不断增强。5年历程极不寻常，成绩来之不易。大家拼搏进取、耕耘奉献，铸就了欣欣向荣的中国。我向每一位辛勤付出的奋斗者致敬！</w:t>
      </w:r>
    </w:p>
    <w:p>
      <w:pPr>
        <w:spacing w:after="120" w:line="312" w:lineRule="auto"/>
        <w:ind w:firstLine="480"/>
      </w:pPr>
      <w:r>
        <w:rPr>
          <w:rFonts w:ascii="Times New Roman" w:hAnsi="Times New Roman" w:eastAsia="宋体" w:cs="Tahoma"/>
          <w:b w:val="0"/>
          <w:sz w:val="24"/>
        </w:rPr>
        <w:t>这一年，令人难忘的是，我们隆重纪念中国人民抗日战争暨世界反法西斯战争胜利80周年，设立台湾光复纪念日。国之盛典威武雄壮，胜利荣光永载史册，激励中华儿女铭记历史、缅怀先烈、珍爱和平、开创未来，凝聚起中华民族伟大复兴的磅礴伟力。</w:t>
      </w:r>
    </w:p>
    <w:p>
      <w:pPr>
        <w:spacing w:after="120" w:line="312" w:lineRule="auto"/>
        <w:ind w:firstLine="480"/>
      </w:pPr>
      <w:r>
        <w:rPr>
          <w:rFonts w:ascii="Times New Roman" w:hAnsi="Times New Roman" w:eastAsia="宋体" w:cs="Tahoma"/>
          <w:b w:val="0"/>
          <w:sz w:val="24"/>
        </w:rPr>
        <w:t>我们依靠创新为高质量发展赋能。科技与产业深度融合，创新成果竞相涌现，人工智能大模型你追我赶，芯片自主研发有了新突破，我国成为创新力上升最快的经济体之一。天问二号开启“追星”之旅，雅下水电工程开工建设，首艘电磁弹射型航母正式入列。人形机器人亮出“功夫模式”，无人机演绎绚丽“烟花”。创新创造催生了新质生产力，也让生活更加多姿多彩。</w:t>
      </w:r>
    </w:p>
    <w:p>
      <w:pPr>
        <w:spacing w:after="120" w:line="312" w:lineRule="auto"/>
        <w:ind w:firstLine="480"/>
      </w:pPr>
      <w:r>
        <w:rPr>
          <w:rFonts w:ascii="Times New Roman" w:hAnsi="Times New Roman" w:eastAsia="宋体" w:cs="Tahoma"/>
          <w:b w:val="0"/>
          <w:sz w:val="24"/>
        </w:rPr>
        <w:t>我们以文化滋养精神家园。文博热、非遗热不断升温，世界遗产再添新员，悟空和哪吒风靡全球，古韵国风成为年轻人眼中的“顶流审美”。文旅市场人气火爆，“城超”“村超”热闹非凡，冰雪运动点燃冬日激情。传统与现代交融，中华文化绽放更加灿烂的光芒。</w:t>
      </w:r>
    </w:p>
    <w:p>
      <w:pPr>
        <w:spacing w:after="120" w:line="312" w:lineRule="auto"/>
        <w:ind w:firstLine="480"/>
      </w:pPr>
      <w:r>
        <w:rPr>
          <w:rFonts w:ascii="Times New Roman" w:hAnsi="Times New Roman" w:eastAsia="宋体" w:cs="Tahoma"/>
          <w:b w:val="0"/>
          <w:sz w:val="24"/>
        </w:rPr>
        <w:t>我们共创共享美好生活。我到西藏、新疆出席庆祝活动，从雪域高原到天山南北，各族群众心手相连，像石榴籽一样紧紧抱在一起，大家用洁白的哈达、热情的歌舞，表达对祖国的热爱、对幸福的礼赞。民生无小事，枝叶总关情。过去一年，新就业群体权益有了进一步保障，适老化改造给老年人带来方便，育儿家庭每月多了300元补贴。柴米油盐、三餐四季，每个“小家”热气腾腾，中国这个“大家”就蒸蒸日上。</w:t>
      </w:r>
    </w:p>
    <w:p>
      <w:pPr>
        <w:spacing w:after="120" w:line="312" w:lineRule="auto"/>
        <w:ind w:firstLine="480"/>
      </w:pPr>
      <w:r>
        <w:rPr>
          <w:rFonts w:ascii="Times New Roman" w:hAnsi="Times New Roman" w:eastAsia="宋体" w:cs="Tahoma"/>
          <w:b w:val="0"/>
          <w:sz w:val="24"/>
        </w:rPr>
        <w:t>我们继续敞开胸怀拥抱世界。上合组织天津峰会、全球妇女峰会成功举办，海南自贸港全岛封关运作。为更好应对气候变化，我国宣布新一轮国家自主贡献。继“三大倡议”之后，我提出全球治理倡议，推动建设更加公正合理的全球治理体系。当今世界变乱交织，一些地区仍被战火笼罩。中国始终站在历史正确一边，愿同各国携手促进世界和平发展，推动构建人类命运共同体。</w:t>
      </w:r>
    </w:p>
    <w:p>
      <w:pPr>
        <w:spacing w:after="120" w:line="312" w:lineRule="auto"/>
        <w:ind w:firstLine="480"/>
      </w:pPr>
      <w:r>
        <w:rPr>
          <w:rFonts w:ascii="Times New Roman" w:hAnsi="Times New Roman" w:eastAsia="宋体" w:cs="Tahoma"/>
          <w:b w:val="0"/>
          <w:sz w:val="24"/>
        </w:rPr>
        <w:t>前不久，我出席了全运会开幕式，粤港澳三地同心同行，令人欣慰。要坚定不移贯彻“一国两制”方针，支持港澳更好融入国家发展大局，保持长期繁荣稳定。两岸同胞血浓于水，祖国统一的历史大势不可阻挡！</w:t>
      </w:r>
    </w:p>
    <w:p>
      <w:pPr>
        <w:spacing w:after="120" w:line="312" w:lineRule="auto"/>
        <w:ind w:firstLine="480"/>
      </w:pPr>
      <w:r>
        <w:rPr>
          <w:rFonts w:ascii="Times New Roman" w:hAnsi="Times New Roman" w:eastAsia="宋体" w:cs="Tahoma"/>
          <w:b w:val="0"/>
          <w:sz w:val="24"/>
        </w:rPr>
        <w:t>党兴方能国强。我们开展深入贯彻中央八项规定精神学习教育，徙木立信从严管党治党，去腐生肌推进自我革命，党风政风持续向好。要砥砺初心使命，持之以恒、久久为功，继续回答好延安“窑洞之问”，书写无愧于人民的时代答卷。</w:t>
      </w:r>
    </w:p>
    <w:p>
      <w:pPr>
        <w:spacing w:after="120" w:line="312" w:lineRule="auto"/>
        <w:ind w:firstLine="480"/>
      </w:pPr>
      <w:r>
        <w:rPr>
          <w:rFonts w:ascii="Times New Roman" w:hAnsi="Times New Roman" w:eastAsia="宋体" w:cs="Tahoma"/>
          <w:b w:val="0"/>
          <w:sz w:val="24"/>
        </w:rPr>
        <w:t>2026年是“十五五”开局之年。锐始者必图其终，成功者先计于始。我们要锚定目标任务，坚定信心、乘势而上，扎实推动高质量发展，进一步全面深化改革开放，推进全体人民共同富裕，续写中国奇迹新篇章。</w:t>
      </w:r>
    </w:p>
    <w:p>
      <w:pPr>
        <w:spacing w:after="120" w:line="312" w:lineRule="auto"/>
        <w:ind w:firstLine="480"/>
      </w:pPr>
      <w:r>
        <w:rPr>
          <w:rFonts w:ascii="Times New Roman" w:hAnsi="Times New Roman" w:eastAsia="宋体" w:cs="Tahoma"/>
          <w:b w:val="0"/>
          <w:sz w:val="24"/>
        </w:rPr>
        <w:t>山海寻梦，不觉其远；前路迢迢，阔步而行。让我们拿出跃马扬鞭的勇气，激发万马奔腾的活力，保持马不停蹄的干劲，一起为梦想奋斗、为幸福打拼，把宏伟愿景变成美好现实。</w:t>
      </w:r>
    </w:p>
    <w:p>
      <w:pPr>
        <w:spacing w:after="120" w:line="312" w:lineRule="auto"/>
        <w:ind w:firstLine="480"/>
      </w:pPr>
      <w:r>
        <w:rPr>
          <w:rFonts w:ascii="Times New Roman" w:hAnsi="Times New Roman" w:eastAsia="宋体" w:cs="Tahoma"/>
          <w:b w:val="0"/>
          <w:sz w:val="24"/>
        </w:rPr>
        <w:t>新年的旭日即将升起。祝祖国山河壮丽、大地丰饶，神州沐朝晖！祝大家心有所悦、业有所成，万事皆可期！</w:t>
      </w:r>
    </w:p>
    <w:p>
      <w:pPr>
        <w:spacing w:before="280" w:after="160"/>
      </w:pPr>
      <w:r>
        <w:rPr>
          <w:rFonts w:ascii="Arial" w:hAnsi="Arial" w:eastAsia="微软雅黑" w:cs="Tahoma"/>
          <w:b/>
          <w:color w:val="1F3B73"/>
          <w:sz w:val="28"/>
        </w:rPr>
        <w:t>泰文原文 (ภาษาไทย)</w:t>
      </w:r>
    </w:p>
    <w:p>
      <w:pPr>
        <w:spacing w:after="120" w:line="312" w:lineRule="auto"/>
        <w:ind w:firstLine="480"/>
      </w:pPr>
      <w:r>
        <w:rPr>
          <w:rFonts w:ascii="Times New Roman" w:hAnsi="Times New Roman" w:eastAsia="宋体" w:cs="Tahoma"/>
          <w:b w:val="0"/>
          <w:sz w:val="24"/>
        </w:rPr>
        <w:t>สหายทั้งหลาย ท่านสุภาพสตรีและสุภาพบุรุษ</w:t>
      </w:r>
    </w:p>
    <w:p>
      <w:pPr>
        <w:spacing w:after="120" w:line="312" w:lineRule="auto"/>
        <w:ind w:firstLine="480"/>
      </w:pPr>
      <w:r>
        <w:rPr>
          <w:rFonts w:ascii="Times New Roman" w:hAnsi="Times New Roman" w:eastAsia="宋体" w:cs="Tahoma"/>
          <w:b w:val="0"/>
          <w:sz w:val="24"/>
        </w:rPr>
        <w:t>สวัสดีครับทุกท่าน กาลเวลาที่ผ่านไปสิ่งดีงามที่เกิดขึ้นใหม่ทุกวัน ในวาระดิถีขึ้นปีใหม่ที่กำลังจะมาถึง ข้าพเจ้าขอส่งคำอวยพรที่ดีงามแก่ทุกท่านจากกรุงปักกิ่ง</w:t>
      </w:r>
    </w:p>
    <w:p>
      <w:pPr>
        <w:spacing w:after="120" w:line="312" w:lineRule="auto"/>
        <w:ind w:firstLine="480"/>
      </w:pPr>
      <w:r>
        <w:rPr>
          <w:rFonts w:ascii="Times New Roman" w:hAnsi="Times New Roman" w:eastAsia="宋体" w:cs="Tahoma"/>
          <w:b w:val="0"/>
          <w:sz w:val="24"/>
        </w:rPr>
        <w:t>ปี 2025 เป็นปีสิ้นสุดของแผนพัฒนาเศรษฐกิจและสังคมแห่งชาติระยะ 5 ปี ฉบับที่ 14 โดย 5 ปีที่ผ่านมาเราได้บากบั่นต่อสู้ เดินไปข้างหน้าอย่างกล้าหาญ เอาชนะความท้าทายและความยากลำบากต่างๆ บรรลุภารกิจเป้าหมายอย่างสมบูรณ์ มีย่างก้าวที่มั่นคงในศักราชใหม่ของความทันสมัยแบบจีน ผลิตภัณฑ์มวลรวมภายในประเทศก้าวผ่านด่านที่สำคัญอย่างต่อเนื่องโดยคาดการณ์ว่าจะสูงถึง 140 ล้านล้านหยวน</w:t>
      </w:r>
    </w:p>
    <w:p>
      <w:pPr>
        <w:spacing w:after="120" w:line="312" w:lineRule="auto"/>
        <w:ind w:firstLine="480"/>
      </w:pPr>
      <w:r>
        <w:rPr>
          <w:rFonts w:ascii="Times New Roman" w:hAnsi="Times New Roman" w:eastAsia="宋体" w:cs="Tahoma"/>
          <w:b w:val="0"/>
          <w:sz w:val="24"/>
        </w:rPr>
        <w:t>ในปีนี้ศักยภาพทางเศรษฐกิจ วิทยาศาสตร์เทคโนโลยี การป้องกันประเทศ และศักยภาพโดยรวมของประเทศยกระดับขึ้นอีกขั้น มีเขาเขียวน้ำใสที่สมบูรณ์แบบ ประชาชนได้รับประโยชน์ความสุขและความปลอดภัยมากขึ้นอย่างต่อเนื่อง ในช่วง 5 ปีที่ผ่านมามีเหตุการณ์ไม่ปกติหลายอย่าง ผลงานทุกชิ้นล้วนได้มาไม่ง่าย ทุกคนต้องต่อสู้และอุทิศตนร่วมสร้างประเทศจีนให้เจริญรุ่งเรือง ข้าพเจ้าขอแสดงความเคารพต่อนักสู้ทุกท่านที่มุมานะบากบั่น!</w:t>
      </w:r>
    </w:p>
    <w:p>
      <w:pPr>
        <w:spacing w:after="120" w:line="312" w:lineRule="auto"/>
        <w:ind w:firstLine="480"/>
      </w:pPr>
      <w:r>
        <w:rPr>
          <w:rFonts w:ascii="Times New Roman" w:hAnsi="Times New Roman" w:eastAsia="宋体" w:cs="Tahoma"/>
          <w:b w:val="0"/>
          <w:sz w:val="24"/>
        </w:rPr>
        <w:t>ปีนี้เรื่องสำคัญในความทรงจำคือการรำลึกครบรอบ 80 ปีแห่งชัยชนะของสงครามต่อต้านการรุกรานจากญี่ปุ่นของประชาชนจีนและสงครามต่อต้านฟาสซิสต์โลก มีการสถาปนาวันแห่งการกอบกู้ไต้หวันคืนสู่ประเทศจีนเป็นงานยิ่งใหญ่ระดับชาติที่มีความสง่า ความรุ่งโรจน์ของชัยชนะและได้บันทึกไว้ในประวัติศาสตร์ เป็นกำลังใจให้กับประชาชนจีนได้จดจำประวัติศาสตร์ รำลึกถึงผู้เสียสละพลีชีพเพื่อชาติ รักษาดูแลสันติภาพ สร้างอนาคต ผนึกกำลังที่ยิ่งใหญ่แห่งการฟื้นฟูความเจริญรุ่งเรืองของประชาชาติจีน</w:t>
      </w:r>
    </w:p>
    <w:p>
      <w:pPr>
        <w:spacing w:after="120" w:line="312" w:lineRule="auto"/>
        <w:ind w:firstLine="480"/>
      </w:pPr>
      <w:r>
        <w:rPr>
          <w:rFonts w:ascii="Times New Roman" w:hAnsi="Times New Roman" w:eastAsia="宋体" w:cs="Tahoma"/>
          <w:b w:val="0"/>
          <w:sz w:val="24"/>
        </w:rPr>
        <w:t>เราอาศัยนวัตกรรมเพื่อขับเคลื่อนการพัฒนาที่มีคุณภาพสูง วิทยาศาสตร์เทคโนโลยีกับอุตสาหกรรมมีการบูรณาการอย่างลึกซึ้ง ผลงานด้านนวัตกรรมเริ่มปรากฏอย่างเห็นได้ชัด โมเดลขนาดใหญ่ทางปัญญาประดิษฐ์มีการแข่งขันอย่างเสรี การวิจัยพัฒนาชิปของจีนเองมีความคืบหน้าใหม่</w:t>
      </w:r>
    </w:p>
    <w:p>
      <w:pPr>
        <w:spacing w:after="120" w:line="312" w:lineRule="auto"/>
        <w:ind w:firstLine="480"/>
      </w:pPr>
      <w:r>
        <w:rPr>
          <w:rFonts w:ascii="Times New Roman" w:hAnsi="Times New Roman" w:eastAsia="宋体" w:cs="Tahoma"/>
          <w:b w:val="0"/>
          <w:sz w:val="24"/>
        </w:rPr>
        <w:t>จีนกลายเป็นหนึ่งในเขตเศรษฐกิจที่มีการเกิดขึ้นและเติบโตในเชิงนวัตกรรมที่เร็วที่สุด ยานสำรวจ “เทียนเวิ่น 2” เริ่มต้นการเดินทางเพื่อแสวงหาดาวเคราะห์ โครงการไฟฟ้าพลังน้ำในแม่น้ำยาร์ลุงซางโปตอนล่างเริ่มก่อสร้าง เรือบรรทุกเครื่องบินที่ใช้พลังแม่เหล็กไฟฟ้าลำแรกได้เข้าประจำการอย่างเป็นทางการ มีการจัดแสดงกังฟูของหุ่นยนต์ฮิวแมนนอยด์ โดรนแสดงแสงสีที่สวยงามพร่างพรายบนท้องฟ้า นวัตกรรมและการสร้างสรรค์ก่อให้เกิดกำลังการผลิตคุณภาพใหม่และทำให้ชีวิตมีสีสันมากยิ่งขึ้น</w:t>
      </w:r>
    </w:p>
    <w:p>
      <w:pPr>
        <w:spacing w:after="120" w:line="312" w:lineRule="auto"/>
        <w:ind w:firstLine="480"/>
      </w:pPr>
      <w:r>
        <w:rPr>
          <w:rFonts w:ascii="Times New Roman" w:hAnsi="Times New Roman" w:eastAsia="宋体" w:cs="Tahoma"/>
          <w:b w:val="0"/>
          <w:sz w:val="24"/>
        </w:rPr>
        <w:t>เราใช้นวัตกรรมหล่อเลี้ยงจิตวิญญาณ ความนิยมของพิพิธภัณฑ์และมรดกโลกทางวัฒนธรรมที่จับต้องไม่ได้เพิ่มขึ้นอย่างต่อเนื่อง ในปีนี้จีนมีจำนวนมรดกโลกเพิ่มขึ้น เกมอู้คงและภาพยนตร์เรื่องนาจาต่างได้รับความนิยมจากทั่วโลก ท่วงทำนองโบราณและสไตล์ของจีนกลายเป็นกระแสยอดนิยมของหนุ่มสาว ตลาดทางวัฒนธรรมและการท่องเที่ยวต่างได้รับความนิยมเช่นเดียวกัน “การแข่งขันฟุตบอลระหว่างเมือง” “การแข่งขันฟุตบอลระหว่างหมู่บ้าน” มีความคึกคัก การแข่งขันกีฬาหิมะและน้ำแข็งจุดประกายความมุ่งมั่นในฤดูหนาว ภูมิปัญญาดั้งเดิมกับความทันสมัยสอดประสานเข้าด้วยกัน ประชาชาติจีนได้ส่องแสงแห่งความรุ่งโรจน์มากขึ้น</w:t>
      </w:r>
    </w:p>
    <w:p>
      <w:pPr>
        <w:spacing w:after="120" w:line="312" w:lineRule="auto"/>
        <w:ind w:firstLine="480"/>
      </w:pPr>
      <w:r>
        <w:rPr>
          <w:rFonts w:ascii="Times New Roman" w:hAnsi="Times New Roman" w:eastAsia="宋体" w:cs="Tahoma"/>
          <w:b w:val="0"/>
          <w:sz w:val="24"/>
        </w:rPr>
        <w:t>เราร่วมสร้างชีวิตที่ดีงาม ข้าพเจ้าเดินทางไปยังทิเบตและซินเจียงเพื่อร่วมงานเฉลิมฉลอง จากที่ราบสูงหิมะจนถึงทางเหนือและใต้ของเทือกเขาเทียนซาน ชาวบ้านทุกหมู่เหล่าเชื่อมโยงและร่วมมือกันด้วยหัวใจ กอดกันอย่างสนิทแนบแน่นเหมือนเม็ดทับทิม พวกเขาใช้ห่าต๋า (ผ้าขาวที่สะอาด) ของทิเบตและการเต้นรำที่อบอุ่นแสดงถึงความรักที่มีต่อมาตุภูมิ และความชื่นชอบที่มีต่อความสุข ชีวิตความเป็นอยู่ของประชาชนไม่มีเรื่องใดเป็นเรื่องเล็ก เราให้ความสนใจในทุกเรื่อง</w:t>
      </w:r>
    </w:p>
    <w:p>
      <w:pPr>
        <w:spacing w:after="120" w:line="312" w:lineRule="auto"/>
        <w:ind w:firstLine="480"/>
      </w:pPr>
      <w:r>
        <w:rPr>
          <w:rFonts w:ascii="Times New Roman" w:hAnsi="Times New Roman" w:eastAsia="宋体" w:cs="Tahoma"/>
          <w:b w:val="0"/>
          <w:sz w:val="24"/>
        </w:rPr>
        <w:t>ในช่วงปีที่ผ่านมา สิทธิประโยชน์ของกลุ่มคนที่เริ่มมีงานทำ หรือกลับมาทำงานใหม่ได้รับการคุ้มครองมากขึ้น มีการอำนวยความสะดวกให้กับผู้สูงวัยด้วยการดัดแปลงสิ่งต่างๆ ที่เหมาะสมกับชีวิตประจำวัน ให้การสนับสนุนครอบครัวที่มีเด็กเกิดใหม่ด้วยเงินอุดหนุน 300 หยวนต่อเดือนจนถึงอายุ 3 ขวบ  นอกจากนั้นยังมีการสนับสนุนสิ่งอำนวยความสะดวกไม่เว้นแม้แต่ ฟืน ข้าว น้ำมันและเกลือ ให้ชีวิตสามารถดำรงอยู่ได้สามมื้อในสี่ฤดู ทำให้ทุกครอบครัวเล็กๆ มีความอบอุ่นเมื่อรวมกันเป็น ประเทศชาติ ซึ่งเป็นครอบครัวใหญ่ล้วนแต่จะมีสิ่งที่ดีขึ้นอย่างต่อเนื่อง</w:t>
      </w:r>
    </w:p>
    <w:p>
      <w:pPr>
        <w:spacing w:after="120" w:line="312" w:lineRule="auto"/>
        <w:ind w:firstLine="480"/>
      </w:pPr>
      <w:r>
        <w:rPr>
          <w:rFonts w:ascii="Times New Roman" w:hAnsi="Times New Roman" w:eastAsia="宋体" w:cs="Tahoma"/>
          <w:b w:val="0"/>
          <w:sz w:val="24"/>
        </w:rPr>
        <w:t>เราเปิดใจโอบกอดทั่วโลกอย่างต่อเนื่อง มีการจัดการประชุมสุดยอดองค์การความร่วมมือเซี่ยงไฮ้ ที่นครเทียนจิน และการประชุมสุดยอดว่าด้วยสตรีโลกด้วยความสำเร็จ ดำเนินระบบด่านศุลกากรท่าเรือการค้าเสรีเกาะไห่หนาน จีนประกาศวาระแห่งชาติรอบใหม่เพื่อรับมือกับการเปลี่ยนแปลงด้านสภาพภูมิอากาศให้ดีขึ้น</w:t>
      </w:r>
    </w:p>
    <w:p>
      <w:pPr>
        <w:spacing w:after="120" w:line="312" w:lineRule="auto"/>
        <w:ind w:firstLine="480"/>
      </w:pPr>
      <w:r>
        <w:rPr>
          <w:rFonts w:ascii="Times New Roman" w:hAnsi="Times New Roman" w:eastAsia="宋体" w:cs="Tahoma"/>
          <w:b w:val="0"/>
          <w:sz w:val="24"/>
        </w:rPr>
        <w:t>หลังจากข้อริเริ่มใหญ่ 3 ประการแล้ว ข้าพเจ้านำเสนอข้อริเริ่มธรรมาภิบาลโลก ผลักดันให้สร้างระบบธรรมาภิบาลโลกที่มีความชอบธรรมและมีความเป็นเหตุเป็นผลมากขึ้น เวลานี้ทั่วโลกเผชิญกับความผันผวนที่สลับซับซ้อน บางพื้นที่ยังคงมีสงคราม จีนยืนอยู่ข้างความถูกต้องในประวัติศาสตร์มาโดยตลอด ยินดีจับมือกับประเทศต่างๆ ส่งเสริมการพัฒนาอย่างสันติของโลก ผลักดันการสร้างประชาคมมนุษย์ที่มีอนาคตร่วมกัน</w:t>
      </w:r>
    </w:p>
    <w:p>
      <w:pPr>
        <w:spacing w:after="120" w:line="312" w:lineRule="auto"/>
        <w:ind w:firstLine="480"/>
      </w:pPr>
      <w:r>
        <w:rPr>
          <w:rFonts w:ascii="Times New Roman" w:hAnsi="Times New Roman" w:eastAsia="宋体" w:cs="Tahoma"/>
          <w:b w:val="0"/>
          <w:sz w:val="24"/>
        </w:rPr>
        <w:t>เมื่อไม่นานมานี้ข้าพเจ้าได้เข้าร่วมพิธีเปิดงานกีฬาแห่งชาติจีนที่กวางตุ้ง ฮ่องกงและมาเก๊าสามพื้นที่ร่วมกันเป็นเจ้าภาพ เป็นที่น่ายินดีที่เราสามารถปฏิบัติตามนโยบาย “หนึ่งประเทศสองระบบ” อย่างแน่วแน่ สนับสนุนฮ่องกงและมาเก๊าบูรณาการเข้ากับภาพรวมการพัฒนาของชาติ รักษาความเจริญรุ่งเรืองและความมั่นคงในระยะยาว รวมถึงพี่น้องสองฝั่งช่องแคบไต้หวันที่มีสายเลือดเดียวกัน แนวโน้มทางประวัติศาสตร์แห่งการรวมจีนเป็นเอกภาพนั้นไม่สามารถขัดขวางได้!</w:t>
      </w:r>
    </w:p>
    <w:p>
      <w:pPr>
        <w:spacing w:after="120" w:line="312" w:lineRule="auto"/>
        <w:ind w:firstLine="480"/>
      </w:pPr>
      <w:r>
        <w:rPr>
          <w:rFonts w:ascii="Times New Roman" w:hAnsi="Times New Roman" w:eastAsia="宋体" w:cs="Tahoma"/>
          <w:b w:val="0"/>
          <w:sz w:val="24"/>
        </w:rPr>
        <w:t>ความเจริญของพรรคฯ ทำให้ประเทศมีความเข้มแข็ง เราดำเนินการศึกษาเรียนรู้เจตนารมณ์ข้อกำหนด 8 ประการของคณะกรรมการกลางพรรคคอมมิวนิสต์จีนอย่างลงลึก บริหารและปกครองพรรคอย่างเข้มงวดเพื่อสร้างความเชื่อมั่นให้กับประชาชน ปราบปรามและกำจัดสิ่งที่ผิด เดินหน้าการปฏิวัติตนเองให้การทำงานของพรรคและรัฐบาลดีขึ้นอย่างต่อเนื่อง มุ่งมั่นและรักษาปณิธานเดิมไว้ในระยะยาว ตอบคำถามสำคัญในอดีตที่เกิดขึ้นใน “ถ้ำ” ของเมืองเอี๋ยนอาน ซึ่งก็คือทำอย่างไรจึงสามารถพ้นจากวัฏจักรแห่งการขึ้นลงของระบอบการปกครอง เพื่อให้คำตอบแห่งยุคสมัยที่ไม่ทรยศต่อประชาชนอย่างต่อเนื่อง</w:t>
      </w:r>
    </w:p>
    <w:p>
      <w:pPr>
        <w:spacing w:after="120" w:line="312" w:lineRule="auto"/>
        <w:ind w:firstLine="480"/>
      </w:pPr>
      <w:r>
        <w:rPr>
          <w:rFonts w:ascii="Times New Roman" w:hAnsi="Times New Roman" w:eastAsia="宋体" w:cs="Tahoma"/>
          <w:b w:val="0"/>
          <w:sz w:val="24"/>
        </w:rPr>
        <w:t>ปี 2026 เป็นปีเริ่มต้นแผนพัฒนาเศรษฐกิจและสังคมแห่งชาติระยะ 5 ปี ฉบับที่ 15 เมื่อตั้งเป้าหมายแล้วก็ต้องทำให้ได้ เราต้องเล็งเป้าหมายทำภารกิจด้วยความมั่นใจอย่างแน่วแน่ ใช้โอกาสในการทำงานผลักดันการพัฒนาด้วยคุณภาพสูงอย่างจริงจัง ลงลึกการปฏิรูปและเปิดประเทศมากยิ่งขึ้น เดินหน้าความมั่งคั่งร่วมกัน เขียนบทใหม่ของความมหัศจรรย์แบบจีนอย่างต่อเนื่อง</w:t>
      </w:r>
    </w:p>
    <w:p>
      <w:pPr>
        <w:spacing w:after="120" w:line="312" w:lineRule="auto"/>
        <w:ind w:firstLine="480"/>
      </w:pPr>
      <w:r>
        <w:rPr>
          <w:rFonts w:ascii="Times New Roman" w:hAnsi="Times New Roman" w:eastAsia="宋体" w:cs="Tahoma"/>
          <w:b w:val="0"/>
          <w:sz w:val="24"/>
        </w:rPr>
        <w:t>การแสวงหาความฝันบนภูเขาและในทะเลจะไม่ไกลเกินไปแม้หนทางข้างหน้าอยู่ไกลแสนไกล แต่เรายังมีก้าวที่มั่นคง ขอให้เรามีความกล้าหาญที่ควบคุมทิศทางและกระตุ้นพลังชีวิตเสมือนม้าหมื่นตัวกำลังวิ่งในสมรภูมิ รักษากำลังให้เดินหน้าอย่างไม่หยุดยั้ง ต่อสู้เพื่อความฝันบากบั่นเพื่อความสุขร่วมกัน ทำให้ความปรารถนาที่ยิ่งใหญ่กลายเป็นเรื่องจริง</w:t>
      </w:r>
    </w:p>
    <w:p>
      <w:pPr>
        <w:spacing w:after="120" w:line="312" w:lineRule="auto"/>
        <w:ind w:firstLine="480"/>
      </w:pPr>
      <w:r>
        <w:rPr>
          <w:rFonts w:ascii="Times New Roman" w:hAnsi="Times New Roman" w:eastAsia="宋体" w:cs="Tahoma"/>
          <w:b w:val="0"/>
          <w:sz w:val="24"/>
        </w:rPr>
        <w:t>รุ่งอรุณของปีใหม่กำลังจะมาถึง ขอให้มาตุภูมิมีความงดงามทั้งแผ่นดิน พื้นที่อุดมสมบูรณ์ ทั่วประเทศอยู่ภายใต้แสงแดด ขอให้ทุกคนมีความสุข ประสบผลสำเร็จในการทำงาน สมความปรารถนาในทุกประการ!</w:t>
      </w:r>
    </w:p>
    <w:p>
      <w:pPr>
        <w:spacing w:after="120" w:line="312" w:lineRule="auto"/>
      </w:pPr>
      <w:r>
        <w:rPr>
          <w:rFonts w:ascii="Times New Roman" w:hAnsi="Times New Roman" w:eastAsia="宋体" w:cs="Tahoma"/>
          <w:b w:val="0"/>
          <w:sz w:val="20"/>
        </w:rPr>
        <w:t>来源：中文 mfa.gov.cn；泰文 thai.cri.cn</w:t>
      </w:r>
    </w:p>
    <w:p>
      <w:r>
        <w:br w:type="page"/>
      </w:r>
    </w:p>
    <w:p>
      <w:pPr>
        <w:spacing w:before="280" w:after="160"/>
      </w:pPr>
      <w:r>
        <w:rPr>
          <w:rFonts w:ascii="Arial" w:hAnsi="Arial" w:eastAsia="微软雅黑" w:cs="Tahoma"/>
          <w:b/>
          <w:color w:val="1F3B73"/>
          <w:sz w:val="30"/>
        </w:rPr>
        <w:t>二、在庆祝中国共产党成立105周年大会上的讲话</w:t>
      </w:r>
    </w:p>
    <w:p>
      <w:pPr>
        <w:spacing w:after="120" w:line="312" w:lineRule="auto"/>
        <w:jc w:val="center"/>
      </w:pPr>
      <w:r>
        <w:rPr>
          <w:rFonts w:ascii="Times New Roman" w:hAnsi="Times New Roman" w:eastAsia="宋体" w:cs="Tahoma"/>
          <w:b w:val="0"/>
          <w:sz w:val="24"/>
        </w:rPr>
        <w:t>（2026年7月1日）习近平</w:t>
      </w:r>
    </w:p>
    <w:p>
      <w:pPr>
        <w:spacing w:after="120" w:line="312" w:lineRule="auto"/>
      </w:pPr>
      <w:r>
        <w:rPr>
          <w:rFonts w:ascii="Times New Roman" w:hAnsi="Times New Roman" w:eastAsia="宋体" w:cs="Tahoma"/>
          <w:b w:val="0"/>
          <w:sz w:val="20"/>
        </w:rPr>
        <w:t>说明：中文为新华社受权全文；泰文为 CGTN 官方发布（新闻通稿式，覆盖讲话全部要点，非逐句对译）</w:t>
      </w:r>
    </w:p>
    <w:p>
      <w:pPr>
        <w:spacing w:before="280" w:after="160"/>
      </w:pPr>
      <w:r>
        <w:rPr>
          <w:rFonts w:ascii="Arial" w:hAnsi="Arial" w:eastAsia="微软雅黑" w:cs="Tahoma"/>
          <w:b/>
          <w:color w:val="1F3B73"/>
          <w:sz w:val="28"/>
        </w:rPr>
        <w:t>中文原文</w:t>
      </w:r>
    </w:p>
    <w:p>
      <w:pPr>
        <w:spacing w:after="120" w:line="312" w:lineRule="auto"/>
        <w:ind w:firstLine="480"/>
      </w:pPr>
      <w:r>
        <w:rPr>
          <w:rFonts w:ascii="Times New Roman" w:hAnsi="Times New Roman" w:eastAsia="宋体" w:cs="Tahoma"/>
          <w:b w:val="0"/>
          <w:sz w:val="24"/>
        </w:rPr>
        <w:t>新华社北京7月1日电</w:t>
      </w:r>
    </w:p>
    <w:p>
      <w:pPr>
        <w:spacing w:after="120" w:line="312" w:lineRule="auto"/>
        <w:ind w:firstLine="480"/>
      </w:pPr>
      <w:r>
        <w:rPr>
          <w:rFonts w:ascii="Times New Roman" w:hAnsi="Times New Roman" w:eastAsia="宋体" w:cs="Tahoma"/>
          <w:b w:val="0"/>
          <w:sz w:val="24"/>
        </w:rPr>
        <w:t>在庆祝中国共产党成立105周年大会上的讲话</w:t>
      </w:r>
    </w:p>
    <w:p>
      <w:pPr>
        <w:spacing w:after="120" w:line="312" w:lineRule="auto"/>
        <w:ind w:firstLine="480"/>
      </w:pPr>
      <w:r>
        <w:rPr>
          <w:rFonts w:ascii="Times New Roman" w:hAnsi="Times New Roman" w:eastAsia="宋体" w:cs="Tahoma"/>
          <w:b w:val="0"/>
          <w:sz w:val="24"/>
        </w:rPr>
        <w:t>（2026年7月1日）</w:t>
      </w:r>
    </w:p>
    <w:p>
      <w:pPr>
        <w:spacing w:after="120" w:line="312" w:lineRule="auto"/>
        <w:ind w:firstLine="480"/>
      </w:pPr>
      <w:r>
        <w:rPr>
          <w:rFonts w:ascii="Times New Roman" w:hAnsi="Times New Roman" w:eastAsia="宋体" w:cs="Tahoma"/>
          <w:b w:val="0"/>
          <w:sz w:val="24"/>
        </w:rPr>
        <w:t>习近平</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今天，我们隆重集会，庆祝中国共产党成立105周年，回顾我们党走过的光辉历程，展望党和人民事业发展的光明前景，动员全党全国各族人民满怀信心朝着全面建成社会主义现代化强国、实现中华民族伟大复兴的宏伟目标奋勇前进。</w:t>
      </w:r>
    </w:p>
    <w:p>
      <w:pPr>
        <w:spacing w:after="120" w:line="312" w:lineRule="auto"/>
        <w:ind w:firstLine="480"/>
      </w:pPr>
      <w:r>
        <w:rPr>
          <w:rFonts w:ascii="Times New Roman" w:hAnsi="Times New Roman" w:eastAsia="宋体" w:cs="Tahoma"/>
          <w:b w:val="0"/>
          <w:sz w:val="24"/>
        </w:rPr>
        <w:t>首先，我代表党中央，向全体中国共产党员致以节日的问候！向“七一勋章”获得者，向受表彰的全国优秀共产党员、优秀党务工作者、先进基层党组织表示热烈的祝贺！</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105年前，在中国人民和中华民族的伟大觉醒中，在马克思列宁主义同中国工人运动的紧密结合中，中国共产党应运而生。从此，中国人民和中华民族有了最可靠的主心骨，内忧外患、积贫积弱的中国开启了翻天覆地的历史巨变。</w:t>
      </w:r>
    </w:p>
    <w:p>
      <w:pPr>
        <w:spacing w:after="120" w:line="312" w:lineRule="auto"/>
        <w:ind w:firstLine="480"/>
      </w:pPr>
      <w:r>
        <w:rPr>
          <w:rFonts w:ascii="Times New Roman" w:hAnsi="Times New Roman" w:eastAsia="宋体" w:cs="Tahoma"/>
          <w:b w:val="0"/>
          <w:sz w:val="24"/>
        </w:rPr>
        <w:t>105年来，我们党始终坚守为中国人民谋幸福、为中华民族谋复兴的初心使命，深刻洞察世界发展大势，准确把握各个历史时期社会主要矛盾变化，团结带领全国各族人民不懈奋斗，创造了新民主主义革命、社会主义革命和建设、改革开放和社会主义现代化建设、新时代中国特色社会主义的伟大成就，书写了中华民族几千年历史上最恢宏的史诗。</w:t>
      </w:r>
    </w:p>
    <w:p>
      <w:pPr>
        <w:spacing w:after="120" w:line="312" w:lineRule="auto"/>
        <w:ind w:firstLine="480"/>
      </w:pPr>
      <w:r>
        <w:rPr>
          <w:rFonts w:ascii="Times New Roman" w:hAnsi="Times New Roman" w:eastAsia="宋体" w:cs="Tahoma"/>
          <w:b w:val="0"/>
          <w:sz w:val="24"/>
        </w:rPr>
        <w:t>105年不懈奋斗，从根本上改变了中国人民的前途命运。我们党领导人民经过波澜壮阔的伟大斗争，推翻帝国主义、封建主义、官僚资本主义三座大山，建立人民当家作主的新中国，彻底结束旧中国半殖民地半封建社会的历史，实现人民生活从温饱不足到总体小康再到全面小康的历史性跨越。今天，中国人民已经把命运牢牢掌握在自己手中，正以自信、自立、自强的姿态阔步迈向更加美好的未来。</w:t>
      </w:r>
    </w:p>
    <w:p>
      <w:pPr>
        <w:spacing w:after="120" w:line="312" w:lineRule="auto"/>
        <w:ind w:firstLine="480"/>
      </w:pPr>
      <w:r>
        <w:rPr>
          <w:rFonts w:ascii="Times New Roman" w:hAnsi="Times New Roman" w:eastAsia="宋体" w:cs="Tahoma"/>
          <w:b w:val="0"/>
          <w:sz w:val="24"/>
        </w:rPr>
        <w:t>105年不懈奋斗，开辟了实现中华民族伟大复兴的正确道路。在革命、建设、改革和新时代的伟大实践中，我们党领导人民历尽千辛万苦，成功开辟和坚持了中国特色社会主义道路，仅用几十年时间就走完发达国家几百年走过的工业化历程，创造了经济快速发展和社会长期稳定两大奇迹。今天，中华民族伟大复兴势不可挡，展现出前所未有的光明前景。</w:t>
      </w:r>
    </w:p>
    <w:p>
      <w:pPr>
        <w:spacing w:after="120" w:line="312" w:lineRule="auto"/>
        <w:ind w:firstLine="480"/>
      </w:pPr>
      <w:r>
        <w:rPr>
          <w:rFonts w:ascii="Times New Roman" w:hAnsi="Times New Roman" w:eastAsia="宋体" w:cs="Tahoma"/>
          <w:b w:val="0"/>
          <w:sz w:val="24"/>
        </w:rPr>
        <w:t>105年不懈奋斗，展示了马克思主义的强大生命力。我们党坚持把马克思主义基本原理同中国具体实际相结合、同中华优秀传统文化相结合，不断推进马克思主义中国化时代化，形成毛泽东思想、邓小平理论、“三个代表”重要思想、科学发展观、新时代中国特色社会主义思想，极大丰富和发展了马克思主义。今天，中国特色社会主义事业的蓬勃生机和旺盛活力，充分检验了马克思主义的科学性和真理性，充分展现了马克思主义的人民性和实践性，充分彰显了马克思主义的开放性和时代性。</w:t>
      </w:r>
    </w:p>
    <w:p>
      <w:pPr>
        <w:spacing w:after="120" w:line="312" w:lineRule="auto"/>
        <w:ind w:firstLine="480"/>
      </w:pPr>
      <w:r>
        <w:rPr>
          <w:rFonts w:ascii="Times New Roman" w:hAnsi="Times New Roman" w:eastAsia="宋体" w:cs="Tahoma"/>
          <w:b w:val="0"/>
          <w:sz w:val="24"/>
        </w:rPr>
        <w:t>105年不懈奋斗，深刻影响了世界历史进程。我们党始终站在历史正确一边、站在人类文明进步一边，以自强不息的奋斗深刻改变了世界发展的趋势和格局。今天，党领导人民推进中国式现代化，创造了人类文明新形态，拓展了发展中国家走向现代化的途径。我们推动构建人类命运共同体，为解决人类重大问题贡献了中国智慧、中国方案、中国力量。党领导的社会主义中国，被公认为世界和平的建设者、全球发展的贡献者、国际秩序的维护者。</w:t>
      </w:r>
    </w:p>
    <w:p>
      <w:pPr>
        <w:spacing w:after="120" w:line="312" w:lineRule="auto"/>
        <w:ind w:firstLine="480"/>
      </w:pPr>
      <w:r>
        <w:rPr>
          <w:rFonts w:ascii="Times New Roman" w:hAnsi="Times New Roman" w:eastAsia="宋体" w:cs="Tahoma"/>
          <w:b w:val="0"/>
          <w:sz w:val="24"/>
        </w:rPr>
        <w:t>105年不懈奋斗，锻造了强大的中国共产党。我们党牢记马克思主义政党的性质宗旨和奋斗目标，大力弘扬伟大建党精神，历经磨难斗志弥坚，千锤百炼更加坚强。今天，我们党已经发展成为具有重大全球影响力的世界第一大执政党，得到人民衷心拥护和支持，是中国特色社会主义事业的坚强领导核心，完全无愧为伟大光荣正确的党。</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105年来，我们取得的一切成就，是一代又一代中国共产党人团结带领中国人民不懈奋斗的结果。以毛泽东同志、邓小平同志、江泽民同志、胡锦涛同志为主要代表的中国共产党人，为中华民族伟大复兴建立了彪炳史册的伟大功勋！我们向他们表示崇高的敬意！</w:t>
      </w:r>
    </w:p>
    <w:p>
      <w:pPr>
        <w:spacing w:after="120" w:line="312" w:lineRule="auto"/>
        <w:ind w:firstLine="480"/>
      </w:pPr>
      <w:r>
        <w:rPr>
          <w:rFonts w:ascii="Times New Roman" w:hAnsi="Times New Roman" w:eastAsia="宋体" w:cs="Tahoma"/>
          <w:b w:val="0"/>
          <w:sz w:val="24"/>
        </w:rPr>
        <w:t>此时此刻，我们深切怀念毛泽东、周恩来、刘少奇、朱德、邓小平、陈云同志等老一辈革命家和江泽民同志，深切怀念为民族独立、人民解放和国家富强、人民幸福前仆后继、牺牲奉献的革命先烈、仁人志士。他们为国家和民族建立的丰功伟绩永载史册！他们的崇高精神永远铭记在亿万人民心中！</w:t>
      </w:r>
    </w:p>
    <w:p>
      <w:pPr>
        <w:spacing w:after="120" w:line="312" w:lineRule="auto"/>
        <w:ind w:firstLine="480"/>
      </w:pPr>
      <w:r>
        <w:rPr>
          <w:rFonts w:ascii="Times New Roman" w:hAnsi="Times New Roman" w:eastAsia="宋体" w:cs="Tahoma"/>
          <w:b w:val="0"/>
          <w:sz w:val="24"/>
        </w:rPr>
        <w:t>人民是历史的创造者，是真正的英雄。在这里，我代表党中央，向奋斗在各条战线的全国人民和各界人士，致以崇高的敬意！向香港特别行政区同胞、澳门特别行政区同胞、台湾同胞和海外侨胞，致以诚挚的问候！向一切同中国人民友好相处，关心支持中国革命、建设、改革事业的各国人民和朋友，致以衷心的谢意！</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中国共产党之所以能够在105年奋斗中不断铸就辉煌，历史和人民之所以选择中国共产党，根本在于我们党具有其他政党和政治力量无可比拟的优秀特质。</w:t>
      </w:r>
    </w:p>
    <w:p>
      <w:pPr>
        <w:spacing w:after="120" w:line="312" w:lineRule="auto"/>
        <w:ind w:firstLine="480"/>
      </w:pPr>
      <w:r>
        <w:rPr>
          <w:rFonts w:ascii="Times New Roman" w:hAnsi="Times New Roman" w:eastAsia="宋体" w:cs="Tahoma"/>
          <w:b w:val="0"/>
          <w:sz w:val="24"/>
        </w:rPr>
        <w:t>——矢志追求真理，始终把准前进方向。我们党把马克思主义作为改造主观世界和客观世界的强大思想武器，坚持解放思想、实事求是、与时俱进、求真务实，注重在社会矛盾运动中揭示和运用真理，善于在实践中检验和发展真理，不断以新的理论指导新的实践，确保党和人民事业沿着正确方向前进。</w:t>
      </w:r>
    </w:p>
    <w:p>
      <w:pPr>
        <w:spacing w:after="120" w:line="312" w:lineRule="auto"/>
        <w:ind w:firstLine="480"/>
      </w:pPr>
      <w:r>
        <w:rPr>
          <w:rFonts w:ascii="Times New Roman" w:hAnsi="Times New Roman" w:eastAsia="宋体" w:cs="Tahoma"/>
          <w:b w:val="0"/>
          <w:sz w:val="24"/>
        </w:rPr>
        <w:t>——深深植根人民，始终拥有坚实根基。我们党牢记江山就是人民、人民就是江山，坚持立党为公、执政为民，自觉践行全心全意为人民服务的根本宗旨，坚定地同人民站在一起、想在一起、干在一起，拥有任何风浪都动摇不了的坚实根基。</w:t>
      </w:r>
    </w:p>
    <w:p>
      <w:pPr>
        <w:spacing w:after="120" w:line="312" w:lineRule="auto"/>
        <w:ind w:firstLine="480"/>
      </w:pPr>
      <w:r>
        <w:rPr>
          <w:rFonts w:ascii="Times New Roman" w:hAnsi="Times New Roman" w:eastAsia="宋体" w:cs="Tahoma"/>
          <w:b w:val="0"/>
          <w:sz w:val="24"/>
        </w:rPr>
        <w:t>——勇担历史使命，始终掌握战略主动。我们党胸怀共产主义远大理想、立志于中华民族千秋伟业，坚定地把历史和人民赋予的重任扛在肩上，坚持长远目标和阶段目标相统一，适应社会主要矛盾变化确立中心任务，制定和实施正确的路线方针政策，确保牢牢掌握事业发展的领导权和主动权。</w:t>
      </w:r>
    </w:p>
    <w:p>
      <w:pPr>
        <w:spacing w:after="120" w:line="312" w:lineRule="auto"/>
        <w:ind w:firstLine="480"/>
      </w:pPr>
      <w:r>
        <w:rPr>
          <w:rFonts w:ascii="Times New Roman" w:hAnsi="Times New Roman" w:eastAsia="宋体" w:cs="Tahoma"/>
          <w:b w:val="0"/>
          <w:sz w:val="24"/>
        </w:rPr>
        <w:t>——顺应发展潮流，始终走在时代前列。我们党秉持高度的历史自觉和宽广的世界眼光，清醒把握中国国情和时代主题，积极识变应变求变，锐意开拓进取，推动党的各项工作体现时代性、把握规律性、富于创造性，引领国家和民族在历史前进的逻辑中前进、在时代发展的潮流中发展，成为当之无愧的时代先锋、民族脊梁。</w:t>
      </w:r>
    </w:p>
    <w:p>
      <w:pPr>
        <w:spacing w:after="120" w:line="312" w:lineRule="auto"/>
        <w:ind w:firstLine="480"/>
      </w:pPr>
      <w:r>
        <w:rPr>
          <w:rFonts w:ascii="Times New Roman" w:hAnsi="Times New Roman" w:eastAsia="宋体" w:cs="Tahoma"/>
          <w:b w:val="0"/>
          <w:sz w:val="24"/>
        </w:rPr>
        <w:t>——敢于善于斗争，始终保持必胜信心。我们党坚持和发扬不怕牺牲、英勇斗争的精神，为了人民、国家、民族，为了理想信念，披荆斩棘、砥砺前行，无论敌人如何强大、道路如何艰险、挑战如何严峻，总是毫不畏惧、绝不退缩，以任凭风雨来袭、我自岿然不动的钢铁意志鼓舞全国人民不断从胜利走向胜利。</w:t>
      </w:r>
    </w:p>
    <w:p>
      <w:pPr>
        <w:spacing w:after="120" w:line="312" w:lineRule="auto"/>
        <w:ind w:firstLine="480"/>
      </w:pPr>
      <w:r>
        <w:rPr>
          <w:rFonts w:ascii="Times New Roman" w:hAnsi="Times New Roman" w:eastAsia="宋体" w:cs="Tahoma"/>
          <w:b w:val="0"/>
          <w:sz w:val="24"/>
        </w:rPr>
        <w:t>——注重强健自身，始终充满生机活力。我们党清醒认识到打铁必须自身硬，善于以时代发展要求审视自己、以强烈忧患意识警醒自己、以自我革命精神完善自己，高度重视自身建设，坚决清除一切损害党的先进性和纯洁性的因素、清除一切侵蚀党的健康肌体的病毒，在革命性锻造中更加坚强有力。</w:t>
      </w:r>
    </w:p>
    <w:p>
      <w:pPr>
        <w:spacing w:after="120" w:line="312" w:lineRule="auto"/>
        <w:ind w:firstLine="480"/>
      </w:pPr>
      <w:r>
        <w:rPr>
          <w:rFonts w:ascii="Times New Roman" w:hAnsi="Times New Roman" w:eastAsia="宋体" w:cs="Tahoma"/>
          <w:b w:val="0"/>
          <w:sz w:val="24"/>
        </w:rPr>
        <w:t>这些优秀特质，是中国共产党为什么能的关键密码。我们要结合新的实际，把党的优秀特质不断发扬光大，确保党永远不变质不变色不变味，始终具有强大创造力凝聚力战斗力。</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“功崇惟志，业广惟勤。”实现新时代新征程党的使命任务，要求全体中国共产党人坚定信心、接续奋斗，不断创造无愧于时代和人民的新业绩。</w:t>
      </w:r>
    </w:p>
    <w:p>
      <w:pPr>
        <w:spacing w:after="120" w:line="312" w:lineRule="auto"/>
        <w:ind w:firstLine="480"/>
      </w:pPr>
      <w:r>
        <w:rPr>
          <w:rFonts w:ascii="Times New Roman" w:hAnsi="Times New Roman" w:eastAsia="宋体" w:cs="Tahoma"/>
          <w:b w:val="0"/>
          <w:sz w:val="24"/>
        </w:rPr>
        <w:t>——坚定信心、接续奋斗，必须坚持党的基本理论、基本路线、基本方略。党的基本理论、基本路线、基本方略是党和人民经过艰辛探索取得的重大成果，是党和国家事业的根本遵循。新征程上，全党必须保持道不变、志不改的定力，坚持党的全面领导和党中央集中统一领导，深入贯彻新时代中国特色社会主义思想，坚定道路自信、理论自信、制度自信、文化自信，继往开来、守正创新，做到不畏浮云遮望眼、乘风破浪不迷航。</w:t>
      </w:r>
    </w:p>
    <w:p>
      <w:pPr>
        <w:spacing w:after="120" w:line="312" w:lineRule="auto"/>
        <w:ind w:firstLine="480"/>
      </w:pPr>
      <w:r>
        <w:rPr>
          <w:rFonts w:ascii="Times New Roman" w:hAnsi="Times New Roman" w:eastAsia="宋体" w:cs="Tahoma"/>
          <w:b w:val="0"/>
          <w:sz w:val="24"/>
        </w:rPr>
        <w:t>——坚定信心、接续奋斗，必须紧紧依靠人民创造历史伟业。坚持和发展中国特色社会主义是全党全国各族人民共同的事业。新征程上，全党必须进一步提振干事创业的精气神，团结带领全国各族人民开拓进取，统筹推进“五位一体”总体布局、协调推进“四个全面”战略布局，完整准确全面贯彻新发展理念，加快构建新发展格局，扎实推动高质量发展。要践行以人民为中心的发展思想，发展全过程人民民主，不断巩固和发展各民族大团结、全国人民大团结、全体中华儿女大团结，充分激发亿万人民的积极性主动性创造性，凝聚起推进中国式现代化的磅礴力量。</w:t>
      </w:r>
    </w:p>
    <w:p>
      <w:pPr>
        <w:spacing w:after="120" w:line="312" w:lineRule="auto"/>
        <w:ind w:firstLine="480"/>
      </w:pPr>
      <w:r>
        <w:rPr>
          <w:rFonts w:ascii="Times New Roman" w:hAnsi="Times New Roman" w:eastAsia="宋体" w:cs="Tahoma"/>
          <w:b w:val="0"/>
          <w:sz w:val="24"/>
        </w:rPr>
        <w:t>——坚定信心、接续奋斗，必须积极应对前进道路上的风险挑战。我国发展正处于战略机遇和风险挑战并存、不确定难预料因素增多的时期，需要时刻准备经受风高浪急甚至惊涛骇浪的重大考验。新征程上，全党必须强化忧患意识、坚持底线思维，发扬斗争精神、增强斗争本领，更好统筹国内国际两个大局，统筹发展和安全，提高科学预见变化、及时洞察风险、有效应对挑战的能力，确保中华复兴号巨轮劈波斩浪、行稳致远。</w:t>
      </w:r>
    </w:p>
    <w:p>
      <w:pPr>
        <w:spacing w:after="120" w:line="312" w:lineRule="auto"/>
        <w:ind w:firstLine="480"/>
      </w:pPr>
      <w:r>
        <w:rPr>
          <w:rFonts w:ascii="Times New Roman" w:hAnsi="Times New Roman" w:eastAsia="宋体" w:cs="Tahoma"/>
          <w:b w:val="0"/>
          <w:sz w:val="24"/>
        </w:rPr>
        <w:t>——坚定信心、接续奋斗，必须持续推动构建人类命运共同体。随着百年变局加速演进，世界进入新的动荡变革期，人类又一次站在何去何从的十字路口。新征程上，我们要顺应人心所向、大势所趋，高举和平、发展、合作、共赢旗帜，弘扬全人类共同价值，推动构建新型国际关系，推动落实全球发展倡议、全球安全倡议、全球文明倡议、全球治理倡议，为世界和平与发展注入更多正能量。</w:t>
      </w:r>
    </w:p>
    <w:p>
      <w:pPr>
        <w:spacing w:after="120" w:line="312" w:lineRule="auto"/>
        <w:ind w:firstLine="480"/>
      </w:pPr>
      <w:r>
        <w:rPr>
          <w:rFonts w:ascii="Times New Roman" w:hAnsi="Times New Roman" w:eastAsia="宋体" w:cs="Tahoma"/>
          <w:b w:val="0"/>
          <w:sz w:val="24"/>
        </w:rPr>
        <w:t>——坚定信心、接续奋斗，必须持之以恒推进全面从严治党。全面从严治党永远在路上。新征程上，必须全面贯彻新时代党建思想，落实新时代党的建设总要求，着眼于提高党的长期执政能力、保持党的先进性和纯洁性、保持党同人民群众的血肉联系，健全全面从严治党体系，以党的政治建设为统领加强党的各方面建设，坚决打好反腐败斗争攻坚战持久战总体战，不断增强党的政治领导力、思想引领力、群众组织力、社会号召力，确保党在新时代坚持和发展中国特色社会主义的历史进程中始终成为坚强领导核心。</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强国必须强军，军强才能国安。新征程上，必须全面贯彻新时代党的强军思想，贯彻新时代军事战略方针，坚持党对人民军队的绝对领导，坚定不移走中国特色强军之路，全面推进政治建军、改革强军、科技强军、人才强军、依法治军，高质量推进国防和军队现代化，如期实现建军一百年奋斗目标，加快把人民军队建成世界一流军队，坚决捍卫国家主权、安全、发展利益，为维护世界和平与发展作出更大贡献。</w:t>
      </w:r>
    </w:p>
    <w:p>
      <w:pPr>
        <w:spacing w:after="120" w:line="312" w:lineRule="auto"/>
        <w:ind w:firstLine="480"/>
      </w:pPr>
      <w:r>
        <w:rPr>
          <w:rFonts w:ascii="Times New Roman" w:hAnsi="Times New Roman" w:eastAsia="宋体" w:cs="Tahoma"/>
          <w:b w:val="0"/>
          <w:sz w:val="24"/>
        </w:rPr>
        <w:t>促进香港、澳门长期繁荣稳定，是中华民族伟大复兴的内在要求。新征程上，我们要全面准确、坚定不移贯彻“一国两制”、“港人治港”、“澳人治澳”、高度自治的方针，落实“爱国者治港”、“爱国者治澳”原则，提升港澳依法治理效能，促进港澳经济社会发展，支持港澳更好融入和服务国家发展大局。</w:t>
      </w:r>
    </w:p>
    <w:p>
      <w:pPr>
        <w:spacing w:after="120" w:line="312" w:lineRule="auto"/>
        <w:ind w:firstLine="480"/>
      </w:pPr>
      <w:r>
        <w:rPr>
          <w:rFonts w:ascii="Times New Roman" w:hAnsi="Times New Roman" w:eastAsia="宋体" w:cs="Tahoma"/>
          <w:b w:val="0"/>
          <w:sz w:val="24"/>
        </w:rPr>
        <w:t>解决台湾问题、实现祖国完全统一，是我们党矢志不渝的历史任务，是全体中华儿女的共同愿望。我们要深入贯彻新时代党解决台湾问题的总体方略，坚持一个中国原则和“九二共识”，团结广大台湾同胞，深化两岸交流合作和融合发展，坚决打击“台独”分裂势力，反对外部势力干涉，坚定推进祖国统一大业。</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青年是实现中华民族伟大复兴的生力军。全党要重视青年、关心青年、支持青年，为青年成长成才创造条件。新时代中国青年要坚定不移听党话、跟党走，树立远大志向，勇担时代重任，把个人追求融入党和国家事业，只争朝夕、不负韶华，在新征程上跑好历史接力赛，用青春铺路、让理想闪光！</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中国共产党105年的辉煌历史令人自豪，但我们决不能骄傲自满、止步不前。到本世纪中叶，我们要全面建成社会主义现代化强国、实现第二个百年奋斗目标。时间不等人！历史不等人！全党同志务必不忘初心、牢记使命，务必谦虚谨慎、艰苦奋斗，务必敢于斗争、善于斗争，紧紧依靠和团结带领全国各族人民奋进新征程、建功新时代，奋力创造新的历史辉煌！</w:t>
      </w:r>
    </w:p>
    <w:p>
      <w:pPr>
        <w:spacing w:before="280" w:after="160"/>
      </w:pPr>
      <w:r>
        <w:rPr>
          <w:rFonts w:ascii="Arial" w:hAnsi="Arial" w:eastAsia="微软雅黑" w:cs="Tahoma"/>
          <w:b/>
          <w:color w:val="1F3B73"/>
          <w:sz w:val="28"/>
        </w:rPr>
        <w:t>泰文原文 (ภาษาไทย)</w:t>
      </w:r>
    </w:p>
    <w:p>
      <w:pPr>
        <w:spacing w:after="120" w:line="312" w:lineRule="auto"/>
        <w:ind w:firstLine="480"/>
      </w:pPr>
      <w:r>
        <w:rPr>
          <w:rFonts w:ascii="Times New Roman" w:hAnsi="Times New Roman" w:eastAsia="宋体" w:cs="Tahoma"/>
          <w:b w:val="0"/>
          <w:sz w:val="24"/>
        </w:rPr>
        <w:t>เช้าวันที่ 1 กรกฎาคม งานเฉลิมฉลองการก่อตั้งพรรคคอมมิวนิสต์จีน ครบรอบ 105 ปี ได้จัดขึ้นอย่างยิ่งใหญ่ ที่มหาศาลาประชาชน กรุงปักกิ่ง โดยนายสี จิ้นผิง เลขาธิการใหญ่คณะกรรมการกลางพรรคคอมมิวนิสต์จีน ประธานาธิบดีจีน และประธานคณะกรรมาธิการทหารส่วนกลาง  กล่าวสุนทรพจน์</w:t>
      </w:r>
    </w:p>
    <w:p>
      <w:pPr>
        <w:spacing w:after="120" w:line="312" w:lineRule="auto"/>
        <w:ind w:firstLine="480"/>
      </w:pPr>
      <w:r>
        <w:rPr>
          <w:rFonts w:ascii="Times New Roman" w:hAnsi="Times New Roman" w:eastAsia="宋体" w:cs="Tahoma"/>
          <w:b w:val="0"/>
          <w:sz w:val="24"/>
        </w:rPr>
        <w:t>นายสี จิ้นผิง ระบุว่า ตลอด 105 ปีที่ผ่านมา พรรคของเราได้ยึดมั่นในความตั้งใจแรกเริ่มและภารกิจในการสร้างความสุขให้ประชาชนจีนและฟื้นฟูความเจริญรุ่งเรืองของประชาชาติจีน  เพื่อนำพาประชาชนทุกกลุ่มชาติพันธุ์ทั่วประเทศต่อสู้อย่างไม่หยุดยั้ง และร่วมเขียนมหากาพย์อันยิ่งใหญ่ที่สุดในประวัติศาสตร์หลายพันปีของชนชาติจีน</w:t>
      </w:r>
    </w:p>
    <w:p>
      <w:pPr>
        <w:spacing w:after="120" w:line="312" w:lineRule="auto"/>
        <w:ind w:firstLine="480"/>
      </w:pPr>
      <w:r>
        <w:rPr>
          <w:rFonts w:ascii="Times New Roman" w:hAnsi="Times New Roman" w:eastAsia="宋体" w:cs="Tahoma"/>
          <w:b w:val="0"/>
          <w:sz w:val="24"/>
        </w:rPr>
        <w:t>นายสี จิ้นผิงชี้ว่า สาเหตุที่พรรคคอมมิวนิสต์จีนสามารถสร้างความรุ่งเรืองได้ตลอด 105 ปีแห่งการต่อสู้ สาเหตุที่ประวัติศาสตร์และประชาชนเลือกพรรคคอมมิวนิสต์จีน ย่อมเป็นเพราะพรรคของเรามีคุณสมบัติอันยอดเยี่ยมที่พรรคการเมืองและพลังกลุ่มการเมืองอื่นๆ ไม่อาจเทียบได้</w:t>
      </w:r>
    </w:p>
    <w:p>
      <w:pPr>
        <w:spacing w:after="120" w:line="312" w:lineRule="auto"/>
        <w:ind w:firstLine="480"/>
      </w:pPr>
      <w:r>
        <w:rPr>
          <w:rFonts w:ascii="Times New Roman" w:hAnsi="Times New Roman" w:eastAsia="宋体" w:cs="Tahoma"/>
          <w:b w:val="0"/>
          <w:sz w:val="24"/>
        </w:rPr>
        <w:t>นายสี จิ้นผิง ระบุว่า ในการเดินทางครั้งใหม่ ต้องผลักดันการสร้างความทันสมัยด้านการป้องกันประเทศและกองทัพอย่างมีคุณภาพ เร่งสร้างกองทัพประชาชนให้เป็นกองทัพอันดับหนึ่งของโลก ปกป้องอธิปไตย ความมั่นคงและผลประโยชน์ด้านการพัฒนาของประเทศอย่างเด็ดเดี่ยวแน่วแน่ มีส่วนร่วมมากขึ้นในการรักษาสันติภาพและการพัฒนาของโลก</w:t>
      </w:r>
    </w:p>
    <w:p>
      <w:pPr>
        <w:spacing w:after="120" w:line="312" w:lineRule="auto"/>
        <w:ind w:firstLine="480"/>
      </w:pPr>
      <w:r>
        <w:rPr>
          <w:rFonts w:ascii="Times New Roman" w:hAnsi="Times New Roman" w:eastAsia="宋体" w:cs="Tahoma"/>
          <w:b w:val="0"/>
          <w:sz w:val="24"/>
        </w:rPr>
        <w:t>นายสี จิ้นผิง กล่าวย้ำว่า การแก้ปัญหาไต้หวันและบรรลุความเป็นเอกภาพของมาตุภูมิอย่างสมบูรณ์ เป็นภารกิจทางประวัติศาสตร์อย่างแน่วแน่ของพรรคเรา และเป็นความปรารถนาร่วมกันของลูกหลานชาวจีนทั้งหมด เราต้องดําเนินยุทธศาสตร์โดยรวมของพรรคในยุคใหม่ในการแก้ปัญหาไต้หวัน ยึดมั่นในหลักการจีนเดียวและ “ฉันทามติปี 1992” รวมพี่น้องร่วมชาติไต้หวันจํานวนมาก กระชับการแลกเปลี่ยนความร่วมมือและการพัฒนาแบบบูรณาการระหว่างสองฝั่งช่องแคบไต้หวัน ปราบปรามกลุ่มอิทธิพลแบ่งแยกดินแดนที่มุ่งไปที่ “เอกราชไต้หวัน” อย่างเด็ดเดี่ยว ต่อต้านการแทรกแซงของกลุ่มอิทธิพลภายนอก และส่งเสริมการรวมชาติของมาตุภูมิอย่างมั่นคง</w:t>
      </w:r>
    </w:p>
    <w:p>
      <w:pPr>
        <w:spacing w:after="120" w:line="312" w:lineRule="auto"/>
        <w:ind w:firstLine="480"/>
      </w:pPr>
      <w:r>
        <w:rPr>
          <w:rFonts w:ascii="Times New Roman" w:hAnsi="Times New Roman" w:eastAsia="宋体" w:cs="Tahoma"/>
          <w:b w:val="0"/>
          <w:sz w:val="24"/>
        </w:rPr>
        <w:t>นายสี จิ้นผิง ยังระบุด้วยว่า เยาวชนเป็นกําลังใหม่ในการบรรลุการฟื้นฟูความเจริญรุ่งเรืองที่ยิ่งใหญ่ของประชาชาติจีน ทั้งพรรคต้องให้ความสำคัญกับเยาวชน เอาใจใส่เยาวชน สนับสนุนเยาวชน เพิ่มปัจจัยให้เยาวชนเติบโตเป็นผู้มีความสามารถ โดยที่เยาวชนจีนในยุคใหม่ต้องรับหน้าที่สําคัญแห่งยุคสมัยอย่างกล้าหาญ และมีความใฝ่ฝันร่วมภารกิจพรรคและประเทศชาติ</w:t>
      </w:r>
    </w:p>
    <w:p>
      <w:pPr>
        <w:spacing w:after="120" w:line="312" w:lineRule="auto"/>
        <w:ind w:firstLine="480"/>
      </w:pPr>
      <w:r>
        <w:rPr>
          <w:rFonts w:ascii="Times New Roman" w:hAnsi="Times New Roman" w:eastAsia="宋体" w:cs="Tahoma"/>
          <w:b w:val="0"/>
          <w:sz w:val="24"/>
        </w:rPr>
        <w:t>นายสี จิ้นผิง กล่าวทิ้งท้ายว่า กลางศตวรรษนี้ เราต้องสร้างประเทศให้เป็นประเทศสังคมนิยมที่ทันสมัยและเข้มแข็งแบบรอบด้าน บรรลุเป้าหมายการต่อสู้ในศตวรรษที่สอง สหายพรรคคอมมิวนิสต์จีนต้องไม่ลืมความตั้งใจเดิม จดจําภารกิจ และมุ่งมั่นสร้างความรุ่งโรจน์ให้กับประวัติศาสตร์ใหม่</w:t>
      </w:r>
    </w:p>
    <w:p>
      <w:pPr>
        <w:spacing w:after="120" w:line="312" w:lineRule="auto"/>
      </w:pPr>
      <w:r>
        <w:rPr>
          <w:rFonts w:ascii="Times New Roman" w:hAnsi="Times New Roman" w:eastAsia="宋体" w:cs="Tahoma"/>
          <w:b w:val="0"/>
          <w:sz w:val="20"/>
        </w:rPr>
        <w:t>来源：中文 politics.people.com.cn；泰文 thai.cgtn.com</w:t>
      </w:r>
    </w:p>
    <w:p>
      <w:r>
        <w:br w:type="page"/>
      </w:r>
    </w:p>
    <w:p>
      <w:pPr>
        <w:spacing w:before="280" w:after="160"/>
      </w:pPr>
      <w:r>
        <w:rPr>
          <w:rFonts w:ascii="Arial" w:hAnsi="Arial" w:eastAsia="微软雅黑" w:cs="Tahoma"/>
          <w:b/>
          <w:color w:val="1F3B73"/>
          <w:sz w:val="30"/>
        </w:rPr>
        <w:t>三、在纪念中国人民抗日战争暨世界反法西斯战争胜利80周年大会上的讲话</w:t>
      </w:r>
    </w:p>
    <w:p>
      <w:pPr>
        <w:spacing w:after="120" w:line="312" w:lineRule="auto"/>
        <w:jc w:val="center"/>
      </w:pPr>
      <w:r>
        <w:rPr>
          <w:rFonts w:ascii="Times New Roman" w:hAnsi="Times New Roman" w:eastAsia="宋体" w:cs="Tahoma"/>
          <w:b w:val="0"/>
          <w:sz w:val="24"/>
        </w:rPr>
        <w:t>（2025年9月3日）习近平</w:t>
      </w:r>
    </w:p>
    <w:p>
      <w:pPr>
        <w:spacing w:after="120" w:line="312" w:lineRule="auto"/>
      </w:pPr>
      <w:r>
        <w:rPr>
          <w:rFonts w:ascii="Times New Roman" w:hAnsi="Times New Roman" w:eastAsia="宋体" w:cs="Tahoma"/>
          <w:b w:val="0"/>
          <w:sz w:val="20"/>
        </w:rPr>
        <w:t>说明：中文为新华社受权全文；泰文为 CRI 官方发布（新闻通稿式，覆盖讲话全部要点，非逐句对译）</w:t>
      </w:r>
    </w:p>
    <w:p>
      <w:pPr>
        <w:spacing w:before="280" w:after="160"/>
      </w:pPr>
      <w:r>
        <w:rPr>
          <w:rFonts w:ascii="Arial" w:hAnsi="Arial" w:eastAsia="微软雅黑" w:cs="Tahoma"/>
          <w:b/>
          <w:color w:val="1F3B73"/>
          <w:sz w:val="28"/>
        </w:rPr>
        <w:t>中文原文</w:t>
      </w:r>
    </w:p>
    <w:p>
      <w:pPr>
        <w:spacing w:after="120" w:line="312" w:lineRule="auto"/>
        <w:ind w:firstLine="480"/>
      </w:pPr>
      <w:r>
        <w:rPr>
          <w:rFonts w:ascii="Times New Roman" w:hAnsi="Times New Roman" w:eastAsia="宋体" w:cs="Tahoma"/>
          <w:b w:val="0"/>
          <w:sz w:val="24"/>
        </w:rPr>
        <w:t>新华社北京9月3日电</w:t>
      </w:r>
    </w:p>
    <w:p>
      <w:pPr>
        <w:spacing w:after="120" w:line="312" w:lineRule="auto"/>
        <w:ind w:firstLine="480"/>
      </w:pPr>
      <w:r>
        <w:rPr>
          <w:rFonts w:ascii="Times New Roman" w:hAnsi="Times New Roman" w:eastAsia="宋体" w:cs="Tahoma"/>
          <w:b w:val="0"/>
          <w:sz w:val="24"/>
        </w:rPr>
        <w:t>在纪念中国人民抗日战争暨世界反法西斯战争胜利80周年大会上的讲话</w:t>
      </w:r>
    </w:p>
    <w:p>
      <w:pPr>
        <w:spacing w:after="120" w:line="312" w:lineRule="auto"/>
        <w:ind w:firstLine="480"/>
      </w:pPr>
      <w:r>
        <w:rPr>
          <w:rFonts w:ascii="Times New Roman" w:hAnsi="Times New Roman" w:eastAsia="宋体" w:cs="Tahoma"/>
          <w:b w:val="0"/>
          <w:sz w:val="24"/>
        </w:rPr>
        <w:t>（2025年9月3日，上午）</w:t>
      </w:r>
    </w:p>
    <w:p>
      <w:pPr>
        <w:spacing w:after="120" w:line="312" w:lineRule="auto"/>
        <w:ind w:firstLine="480"/>
      </w:pPr>
      <w:r>
        <w:rPr>
          <w:rFonts w:ascii="Times New Roman" w:hAnsi="Times New Roman" w:eastAsia="宋体" w:cs="Tahoma"/>
          <w:b w:val="0"/>
          <w:sz w:val="24"/>
        </w:rPr>
        <w:t>习近平</w:t>
      </w:r>
    </w:p>
    <w:p>
      <w:pPr>
        <w:spacing w:after="120" w:line="312" w:lineRule="auto"/>
        <w:ind w:firstLine="480"/>
      </w:pPr>
      <w:r>
        <w:rPr>
          <w:rFonts w:ascii="Times New Roman" w:hAnsi="Times New Roman" w:eastAsia="宋体" w:cs="Tahoma"/>
          <w:b w:val="0"/>
          <w:sz w:val="24"/>
        </w:rPr>
        <w:t>全国同胞们，</w:t>
      </w:r>
    </w:p>
    <w:p>
      <w:pPr>
        <w:spacing w:after="120" w:line="312" w:lineRule="auto"/>
        <w:ind w:firstLine="480"/>
      </w:pPr>
      <w:r>
        <w:rPr>
          <w:rFonts w:ascii="Times New Roman" w:hAnsi="Times New Roman" w:eastAsia="宋体" w:cs="Tahoma"/>
          <w:b w:val="0"/>
          <w:sz w:val="24"/>
        </w:rPr>
        <w:t>尊敬的各位国家元首、政府首脑和国际组织代表，</w:t>
      </w:r>
    </w:p>
    <w:p>
      <w:pPr>
        <w:spacing w:after="120" w:line="312" w:lineRule="auto"/>
        <w:ind w:firstLine="480"/>
      </w:pPr>
      <w:r>
        <w:rPr>
          <w:rFonts w:ascii="Times New Roman" w:hAnsi="Times New Roman" w:eastAsia="宋体" w:cs="Tahoma"/>
          <w:b w:val="0"/>
          <w:sz w:val="24"/>
        </w:rPr>
        <w:t>尊敬的各位来宾，</w:t>
      </w:r>
    </w:p>
    <w:p>
      <w:pPr>
        <w:spacing w:after="120" w:line="312" w:lineRule="auto"/>
        <w:ind w:firstLine="480"/>
      </w:pPr>
      <w:r>
        <w:rPr>
          <w:rFonts w:ascii="Times New Roman" w:hAnsi="Times New Roman" w:eastAsia="宋体" w:cs="Tahoma"/>
          <w:b w:val="0"/>
          <w:sz w:val="24"/>
        </w:rPr>
        <w:t>全体受阅将士们，</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今天，我们隆重集会，纪念中国人民抗日战争暨世界反法西斯战争胜利80周年，共同铭记历史、缅怀先烈、珍爱和平、开创未来。</w:t>
      </w:r>
    </w:p>
    <w:p>
      <w:pPr>
        <w:spacing w:after="120" w:line="312" w:lineRule="auto"/>
        <w:ind w:firstLine="480"/>
      </w:pPr>
      <w:r>
        <w:rPr>
          <w:rFonts w:ascii="Times New Roman" w:hAnsi="Times New Roman" w:eastAsia="宋体" w:cs="Tahoma"/>
          <w:b w:val="0"/>
          <w:sz w:val="24"/>
        </w:rPr>
        <w:t>我代表中共中央、全国人大、国务院、全国政协、中央军委，向全国参加过抗日战争的老战士、老同志、爱国人士和抗日将领，向为中国人民抗日战争胜利作出重大贡献的海内外中华儿女，致以崇高敬意！向支援和帮助过中国人民抵抗侵略的外国政府和国际友人，表示衷心感谢！向参加今天大会的各国来宾，表示热烈欢迎！</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中国人民抗日战争是艰苦卓绝的伟大战争。在中国共产党倡导建立的抗日民族统一战线旗帜下，中国人民以铮铮铁骨战强敌、以血肉之躯筑长城，取得近代以来反抗外敌入侵的第一次完全胜利。</w:t>
      </w:r>
    </w:p>
    <w:p>
      <w:pPr>
        <w:spacing w:after="120" w:line="312" w:lineRule="auto"/>
        <w:ind w:firstLine="480"/>
      </w:pPr>
      <w:r>
        <w:rPr>
          <w:rFonts w:ascii="Times New Roman" w:hAnsi="Times New Roman" w:eastAsia="宋体" w:cs="Tahoma"/>
          <w:b w:val="0"/>
          <w:sz w:val="24"/>
        </w:rPr>
        <w:t>中国人民抗日战争是世界反法西斯战争的重要组成部分，中国人民以巨大的民族牺牲，为拯救人类文明、保卫世界和平作出了重大贡献。</w:t>
      </w:r>
    </w:p>
    <w:p>
      <w:pPr>
        <w:spacing w:after="120" w:line="312" w:lineRule="auto"/>
        <w:ind w:firstLine="480"/>
      </w:pPr>
      <w:r>
        <w:rPr>
          <w:rFonts w:ascii="Times New Roman" w:hAnsi="Times New Roman" w:eastAsia="宋体" w:cs="Tahoma"/>
          <w:b w:val="0"/>
          <w:sz w:val="24"/>
        </w:rPr>
        <w:t>历史警示我们，人类命运休戚与共，各个国家、各个民族只有平等相待、和睦相处、守望相助，才能维护共同安全，消弭战争根源，不让历史悲剧重演！</w:t>
      </w:r>
    </w:p>
    <w:p>
      <w:pPr>
        <w:spacing w:after="120" w:line="312" w:lineRule="auto"/>
        <w:ind w:firstLine="480"/>
      </w:pPr>
      <w:r>
        <w:rPr>
          <w:rFonts w:ascii="Times New Roman" w:hAnsi="Times New Roman" w:eastAsia="宋体" w:cs="Tahoma"/>
          <w:b w:val="0"/>
          <w:sz w:val="24"/>
        </w:rPr>
        <w:t>同志们、朋友们！</w:t>
      </w:r>
    </w:p>
    <w:p>
      <w:pPr>
        <w:spacing w:after="120" w:line="312" w:lineRule="auto"/>
        <w:ind w:firstLine="480"/>
      </w:pPr>
      <w:r>
        <w:rPr>
          <w:rFonts w:ascii="Times New Roman" w:hAnsi="Times New Roman" w:eastAsia="宋体" w:cs="Tahoma"/>
          <w:b w:val="0"/>
          <w:sz w:val="24"/>
        </w:rPr>
        <w:t>中华民族是不畏强暴、自立自强的伟大民族。当年，面对正义与邪恶、光明与黑暗、进步与反动的生死较量，中国人民同仇敌忾、奋起反抗，为国家生存而战，为民族复兴而战，为人类正义而战。今天，人类又面临和平还是战争、对话还是对抗、共赢还是零和的抉择。中国人民坚定站在历史正确一边、站在人类文明进步一边，坚持走和平发展道路，与各国人民携手构建人类命运共同体。</w:t>
      </w:r>
    </w:p>
    <w:p>
      <w:pPr>
        <w:spacing w:after="120" w:line="312" w:lineRule="auto"/>
        <w:ind w:firstLine="480"/>
      </w:pPr>
      <w:r>
        <w:rPr>
          <w:rFonts w:ascii="Times New Roman" w:hAnsi="Times New Roman" w:eastAsia="宋体" w:cs="Tahoma"/>
          <w:b w:val="0"/>
          <w:sz w:val="24"/>
        </w:rPr>
        <w:t>中国人民解放军始终是党和人民完全可以信赖的英雄部队。全军将士要忠实履行神圣职责，加快建设世界一流军队，坚决维护国家主权、统一、领土完整，为实现中华民族伟大复兴提供战略支撑，为世界和平与发展作出更大贡献！</w:t>
      </w:r>
    </w:p>
    <w:p>
      <w:pPr>
        <w:spacing w:after="120" w:line="312" w:lineRule="auto"/>
        <w:ind w:firstLine="480"/>
      </w:pPr>
      <w:r>
        <w:rPr>
          <w:rFonts w:ascii="Times New Roman" w:hAnsi="Times New Roman" w:eastAsia="宋体" w:cs="Tahoma"/>
          <w:b w:val="0"/>
          <w:sz w:val="24"/>
        </w:rPr>
        <w:t>历史承载过去，也启迪未来。新时代新征程，全国各族人民要在中国共产党坚强领导下，坚持马克思列宁主义、毛泽东思想、邓小平理论、“三个代表”重要思想、科学发展观，全面贯彻新时代中国特色社会主义思想，坚定不移走中国特色社会主义道路，传承和弘扬伟大抗战精神，踔厉奋发、勇毅前行，为以中国式现代化全面推进强国建设、民族复兴伟业而团结奋斗！</w:t>
      </w:r>
    </w:p>
    <w:p>
      <w:pPr>
        <w:spacing w:after="120" w:line="312" w:lineRule="auto"/>
        <w:ind w:firstLine="480"/>
      </w:pPr>
      <w:r>
        <w:rPr>
          <w:rFonts w:ascii="Times New Roman" w:hAnsi="Times New Roman" w:eastAsia="宋体" w:cs="Tahoma"/>
          <w:b w:val="0"/>
          <w:sz w:val="24"/>
        </w:rPr>
        <w:t>中华民族伟大复兴势不可挡！人类和平与发展的崇高事业必将胜利！</w:t>
      </w:r>
    </w:p>
    <w:p>
      <w:pPr>
        <w:spacing w:before="280" w:after="160"/>
      </w:pPr>
      <w:r>
        <w:rPr>
          <w:rFonts w:ascii="Arial" w:hAnsi="Arial" w:eastAsia="微软雅黑" w:cs="Tahoma"/>
          <w:b/>
          <w:color w:val="1F3B73"/>
          <w:sz w:val="28"/>
        </w:rPr>
        <w:t>泰文原文 (ภาษาไทย)</w:t>
      </w:r>
    </w:p>
    <w:p>
      <w:pPr>
        <w:spacing w:after="120" w:line="312" w:lineRule="auto"/>
        <w:ind w:firstLine="480"/>
      </w:pPr>
      <w:r>
        <w:rPr>
          <w:rFonts w:ascii="Times New Roman" w:hAnsi="Times New Roman" w:eastAsia="宋体" w:cs="Tahoma"/>
          <w:b w:val="0"/>
          <w:sz w:val="24"/>
        </w:rPr>
        <w:t>เช้าวันที่ 3 กันยายน ที่จัตุรัสเทียนอันเหมิน ณ กรุงปักกิ่ง มีการจัดกิจกรรมรำลึก 80 ปี ชัยชนะของประชาชนจีนในสงครามต่อต้านการรุกรานจากกองทัพญี่ปุ่น และสงครามต่อต้านฟาสซิสต์โลกอย่างยิ่งใหญ่ โดยมีการจัดพิธีตรวจพลสวนสนาม เพื่อรำลึกวันสำคัญร่วมกับประชาชนทั่วโลก ร่วมสร้างอนาคตที่สว่างไสวยิ่งขึ้น นายสี จิ้นผิงเลขาธิการใหญ่คณะกรรมการกลางพรรคคอมมิวนิสต์จีน ประธานาธิบดีจีน ประธานคณะกรรมการทหารส่วนกลางของจีนได้กล่าวปราศรัยสำคัญและตรวจพลสวนสนาม</w:t>
      </w:r>
    </w:p>
    <w:p>
      <w:pPr>
        <w:spacing w:after="120" w:line="312" w:lineRule="auto"/>
        <w:ind w:firstLine="480"/>
      </w:pPr>
      <w:r>
        <w:rPr>
          <w:rFonts w:ascii="Times New Roman" w:hAnsi="Times New Roman" w:eastAsia="宋体" w:cs="Tahoma"/>
          <w:b w:val="0"/>
          <w:sz w:val="24"/>
        </w:rPr>
        <w:t>นายสี จิ้นผิง ในนามของคณะกรรมการกลางพรรคคอมมิวนิสต์จีน สภาผู้แทนประชาชนแห่งชาติ คณะรัฐมนตรีและคณะกรรมการทหารกลาง แสดงความเคารพอย่างสูงต่อทหารวีรบุรุษ สหายเก่า บุคคลรักชาติและนายพลต่อต้านญี่ปุ่นที่เคยเข้าร่วมสงครามต่อต้านการรุกรานของกองทัพญี่ปุ่น และพี่น้องชาวจีนทั้งในและต่างประเทศที่เคยสร้างคุณูปการสำคัญในสงครามต่อต้านการรุกรานจากทัพทหารญี่ปุ่นของประชาชนจีน และแสดงขอบคุณอย่างจริงใจต่อรัฐบาลต่างประเทศและมิตรชาวต่างชาติที่เคยสนับสนุน และช่วยเหลือการต่อต้านการรุกรานของประชาชนจีน และแสดงความยินดีต้อนรับอย่างอบอุ่นต่อแขกผู้มีเกียรติประเทศต่างๆ ที่มาเข้าร่วมกิจกรรมในวันนี้</w:t>
      </w:r>
    </w:p>
    <w:p>
      <w:pPr>
        <w:spacing w:after="120" w:line="312" w:lineRule="auto"/>
        <w:ind w:firstLine="480"/>
      </w:pPr>
      <w:r>
        <w:rPr>
          <w:rFonts w:ascii="Times New Roman" w:hAnsi="Times New Roman" w:eastAsia="宋体" w:cs="Tahoma"/>
          <w:b w:val="0"/>
          <w:sz w:val="24"/>
        </w:rPr>
        <w:t>ประธานาธิบดีสี จิ้นผิง ชี้ให้เห็นว่า สงครามต่อต้านการรุกรานจากกองทัพญี่ปุ่นของประชาชนจีนเป็นสงครามยิ่งใหญ่แสนยากลำบาก เป็นส่วนสำคัญของสงครามต่อต้านฟาสซิสต์โลก ประชาชนจีนมีการเสียสละใหญ่หลวง สร้างคุณูปการสำคัญ เพื่อกอบกู้อารยธรรมมนุษย์และรักษาสันติภาพของโลก โดยสี จิ้นผิงชี้ให้เห็นว่า วันนี้ มนุษย์เผชิญกับทางเลือกอีกครั้งว่า ต้องการสันติภาพหรือสงคราม จะเจรจาหรือเป็นปรปักษ์ จะได้รับประโยชน์ร่วมกันหรือชัยชนะเพียงฝ่ายเดียว ประชาชนจีนยืนอยู่ข้างที่ถูกต้องของประวัติศาสตร์ ยืนอยู่ข้างความก้าวหน้าของอารยธรรมมนุษย์ ยืนหยัดเดินสู่หนทางการพัฒนาที่สันติภาพ ร่วมมือกับประชาชนประเทศต่างๆ ในการสร้างประชาคมที่มีอนาคตร่วมกัน</w:t>
      </w:r>
    </w:p>
    <w:p>
      <w:pPr>
        <w:spacing w:after="120" w:line="312" w:lineRule="auto"/>
        <w:ind w:firstLine="480"/>
      </w:pPr>
      <w:r>
        <w:rPr>
          <w:rFonts w:ascii="Times New Roman" w:hAnsi="Times New Roman" w:eastAsia="宋体" w:cs="Tahoma"/>
          <w:b w:val="0"/>
          <w:sz w:val="24"/>
        </w:rPr>
        <w:t>ต่อจากนั้น ณ จัตุรัสเทียนอันเหมินเริ่มพิธีตรวจพลสวนสนามอันยิ่งใหญ่ นับเป็นการสวนสนามครั้งแรก หลังจากจีนผลักดันกระบวนการก้าวสู่ความทันสมัยแบบจีนอย่างรอบด้าน การตรวจพลครั้งประกอบด้วยขบวนทหารบก ขบวนทหารธงสู้รบ ขบวนทหารอาวุธยุทโธปกรณ์และขบวนทหารทางอากาศ  เป็นต้น</w:t>
      </w:r>
    </w:p>
    <w:p>
      <w:pPr>
        <w:spacing w:after="120" w:line="312" w:lineRule="auto"/>
        <w:ind w:firstLine="480"/>
      </w:pPr>
      <w:r>
        <w:rPr>
          <w:rFonts w:ascii="Times New Roman" w:hAnsi="Times New Roman" w:eastAsia="宋体" w:cs="Tahoma"/>
          <w:b w:val="0"/>
          <w:sz w:val="24"/>
        </w:rPr>
        <w:t>การตรวจพลสวนสนามครั้งนี้ไม่เพียงแต่ได้แสดงให้เห็นอาวุธยุทโธปกรณ์ทันสมัยรุ่นใหม่เท่านั้น ยังได้แสดงให้เห็นโครงสร้างใหม่ของชนิดทหารต่างๆ อาวุธยุทโธปกรณ์ที่เข้าแสดงในพิธีสวนสนามครั้งนี้ล้วนเป็นอาวุธที่จีนวิจัยผลิตเอง และส่วนใหญ่โชว์ตัวเป็นครั้งแรก อย่างเช่น อาวุธยุทโธปกรณ์เชิงยุทธศาสตร์ทางบก ทางทะเลและทางอากาศ อาวุธไฮเปอร์โซนิกที่มีความแม่นยำสูง อาวุธยุทโธปกรณ์ไร้คนขับและอาวุธยุทโธปกรณ์ต่อต้านอาวุธไร้คนขับ เป็นต้น แสดงให้เห็นความสามารถที่แข็งแกร่งของกองทัพปลดแอกประชาชนจีนที่มีในการปกป้องอธิปไตย ความมั่นคง และผลประโยชน์แห่งชาติ ตลอดจนการรักษาสันติภาพโลก</w:t>
      </w:r>
    </w:p>
    <w:p>
      <w:pPr>
        <w:spacing w:after="120" w:line="312" w:lineRule="auto"/>
        <w:ind w:firstLine="480"/>
      </w:pPr>
      <w:r>
        <w:rPr>
          <w:rFonts w:ascii="Times New Roman" w:hAnsi="Times New Roman" w:eastAsia="宋体" w:cs="Tahoma"/>
          <w:b w:val="0"/>
          <w:sz w:val="24"/>
        </w:rPr>
        <w:t>ค่ำวันเดียวกัน (3 กันยา) ที่มหาศาลาประชาชน ณ กรุงปักกิ่ง จะมีจัดงานแสดงศิลปวัฒนธรรมหัวข้อ “ความเป็นธรรมย่อมชนะ” เพื่อเฉลิมฉลอง 80 ปีชัยชนะของประชาชนจีนในสงครามต่อต้านการรุกรานของกองทัพญี่ปุ่น และสงครามต่อต้านฟาสซิสต์โลก นายสี จิ้นผิง และผู้นำประเทศต่างๆ ที่มาเข้าร่วมงานรำลึกได้รับเชิญไปชมงานครั้งนี้ด้วย</w:t>
      </w:r>
    </w:p>
    <w:p>
      <w:pPr>
        <w:spacing w:after="120" w:line="312" w:lineRule="auto"/>
      </w:pPr>
      <w:r>
        <w:rPr>
          <w:rFonts w:ascii="Times New Roman" w:hAnsi="Times New Roman" w:eastAsia="宋体" w:cs="Tahoma"/>
          <w:b w:val="0"/>
          <w:sz w:val="20"/>
        </w:rPr>
        <w:t>来源：中文 politics.people.com.cn；泰文 thai.cri.cn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